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22C6" w14:textId="77777777" w:rsidR="00BD12AE" w:rsidRDefault="00000000">
      <w:pPr>
        <w:jc w:val="center"/>
      </w:pPr>
      <w:r>
        <w:rPr>
          <w:b/>
          <w:sz w:val="22"/>
        </w:rPr>
        <w:t>INSTITUTIONAL INVESTMENT PROPOSAL</w:t>
      </w:r>
    </w:p>
    <w:p w14:paraId="22EAC432" w14:textId="77777777" w:rsidR="00BD12AE" w:rsidRDefault="00BD12AE"/>
    <w:p w14:paraId="237589D5" w14:textId="77777777" w:rsidR="00BD12AE" w:rsidRDefault="00000000">
      <w:pPr>
        <w:jc w:val="center"/>
      </w:pPr>
      <w:r>
        <w:rPr>
          <w:b/>
          <w:sz w:val="50"/>
        </w:rPr>
        <w:t>데이터시티위마켓</w:t>
      </w:r>
      <w:r>
        <w:rPr>
          <w:b/>
          <w:sz w:val="50"/>
        </w:rPr>
        <w:t xml:space="preserve"> · RWAHUB</w:t>
      </w:r>
    </w:p>
    <w:p w14:paraId="6F3577C8" w14:textId="44278718" w:rsidR="00BD12AE" w:rsidRDefault="00DA1F65">
      <w:pPr>
        <w:jc w:val="center"/>
      </w:pPr>
      <w:r>
        <w:rPr>
          <w:rFonts w:ascii="맑은 고딕" w:eastAsia="맑은 고딕" w:hAnsi="맑은 고딕" w:cs="맑은 고딕" w:hint="eastAsia"/>
          <w:sz w:val="28"/>
          <w:lang w:eastAsia="ko-KR"/>
        </w:rPr>
        <w:t>STAGE 1</w:t>
      </w:r>
      <w:r w:rsidR="00000000">
        <w:rPr>
          <w:sz w:val="28"/>
        </w:rPr>
        <w:t>기관투자자</w:t>
      </w:r>
      <w:r w:rsidR="00000000">
        <w:rPr>
          <w:sz w:val="28"/>
        </w:rPr>
        <w:t xml:space="preserve"> </w:t>
      </w:r>
      <w:proofErr w:type="spellStart"/>
      <w:proofErr w:type="gramStart"/>
      <w:r w:rsidR="00000000">
        <w:rPr>
          <w:sz w:val="28"/>
        </w:rPr>
        <w:t>대상</w:t>
      </w:r>
      <w:proofErr w:type="spellEnd"/>
      <w:r w:rsidR="00000000">
        <w:rPr>
          <w:sz w:val="28"/>
        </w:rPr>
        <w:t xml:space="preserve">  IR</w:t>
      </w:r>
      <w:proofErr w:type="gramEnd"/>
      <w:r w:rsidR="00000000">
        <w:rPr>
          <w:sz w:val="28"/>
        </w:rPr>
        <w:t xml:space="preserve"> </w:t>
      </w:r>
      <w:r w:rsidR="00000000">
        <w:rPr>
          <w:sz w:val="28"/>
        </w:rPr>
        <w:t>제안서</w:t>
      </w:r>
      <w:r w:rsidR="00000000">
        <w:rPr>
          <w:sz w:val="28"/>
        </w:rPr>
        <w:br/>
        <w:t>Dual-Market Capital &amp; Multi-Exit Strategy</w:t>
      </w:r>
    </w:p>
    <w:p w14:paraId="714137D4" w14:textId="77777777" w:rsidR="00BD12AE" w:rsidRDefault="00BD12AE"/>
    <w:p w14:paraId="6E07A9BD" w14:textId="4DE38FCA" w:rsidR="00BD12AE" w:rsidRDefault="00000000">
      <w:pPr>
        <w:jc w:val="center"/>
      </w:pPr>
      <w:r>
        <w:rPr>
          <w:b/>
        </w:rPr>
        <w:t>데이터시티위마켓</w:t>
      </w:r>
      <w:r>
        <w:rPr>
          <w:b/>
        </w:rPr>
        <w:t>(</w:t>
      </w:r>
      <w:r>
        <w:rPr>
          <w:b/>
        </w:rPr>
        <w:t>주</w:t>
      </w:r>
      <w:r>
        <w:rPr>
          <w:b/>
        </w:rPr>
        <w:t xml:space="preserve">) | RWAHUB | </w:t>
      </w:r>
      <w:proofErr w:type="spellStart"/>
      <w:r>
        <w:rPr>
          <w:b/>
        </w:rPr>
        <w:t>대표이사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장진우</w:t>
      </w:r>
      <w:proofErr w:type="spellEnd"/>
    </w:p>
    <w:p w14:paraId="37079CE4" w14:textId="77777777" w:rsidR="00BD12AE" w:rsidRDefault="00000000">
      <w:pPr>
        <w:jc w:val="center"/>
      </w:pPr>
      <w:r>
        <w:t>www.rwahub.app | 2026.09</w:t>
      </w:r>
    </w:p>
    <w:p w14:paraId="3A1A9997" w14:textId="77777777" w:rsidR="00BD12AE" w:rsidRDefault="00000000">
      <w:r>
        <w:br w:type="page"/>
      </w:r>
    </w:p>
    <w:p w14:paraId="298309A1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lastRenderedPageBreak/>
        <w:t>1. Investment Snapshot</w:t>
      </w:r>
    </w:p>
    <w:p w14:paraId="23151BD0" w14:textId="77777777" w:rsidR="00BD12AE" w:rsidRDefault="00000000">
      <w:pPr>
        <w:rPr>
          <w:lang w:eastAsia="ko-KR"/>
        </w:rPr>
      </w:pPr>
      <w:r>
        <w:rPr>
          <w:lang w:eastAsia="ko-KR"/>
        </w:rPr>
        <w:t>기준</w:t>
      </w:r>
      <w:r>
        <w:rPr>
          <w:lang w:eastAsia="ko-KR"/>
        </w:rPr>
        <w:t xml:space="preserve"> </w:t>
      </w:r>
      <w:r>
        <w:rPr>
          <w:lang w:eastAsia="ko-KR"/>
        </w:rPr>
        <w:t>투자유치</w:t>
      </w:r>
      <w:r>
        <w:rPr>
          <w:lang w:eastAsia="ko-KR"/>
        </w:rPr>
        <w:t xml:space="preserve"> </w:t>
      </w:r>
      <w:r>
        <w:rPr>
          <w:lang w:eastAsia="ko-KR"/>
        </w:rPr>
        <w:t>시나리오</w:t>
      </w:r>
      <w:r>
        <w:rPr>
          <w:lang w:eastAsia="ko-KR"/>
        </w:rPr>
        <w:t xml:space="preserve"> 200</w:t>
      </w:r>
      <w:r>
        <w:rPr>
          <w:lang w:eastAsia="ko-KR"/>
        </w:rPr>
        <w:t>억원</w:t>
      </w:r>
      <w:r>
        <w:rPr>
          <w:lang w:eastAsia="ko-KR"/>
        </w:rPr>
        <w:t xml:space="preserve">, </w:t>
      </w:r>
      <w:r>
        <w:rPr>
          <w:lang w:eastAsia="ko-KR"/>
        </w:rPr>
        <w:t>협상</w:t>
      </w:r>
      <w:r>
        <w:rPr>
          <w:lang w:eastAsia="ko-KR"/>
        </w:rPr>
        <w:t xml:space="preserve"> </w:t>
      </w:r>
      <w:r>
        <w:rPr>
          <w:lang w:eastAsia="ko-KR"/>
        </w:rPr>
        <w:t>범위</w:t>
      </w:r>
      <w:r>
        <w:rPr>
          <w:lang w:eastAsia="ko-KR"/>
        </w:rPr>
        <w:t xml:space="preserve"> 100</w:t>
      </w:r>
      <w:r>
        <w:rPr>
          <w:lang w:eastAsia="ko-KR"/>
        </w:rPr>
        <w:t>억</w:t>
      </w:r>
      <w:r>
        <w:rPr>
          <w:lang w:eastAsia="ko-KR"/>
        </w:rPr>
        <w:t>~300</w:t>
      </w:r>
      <w:r>
        <w:rPr>
          <w:lang w:eastAsia="ko-KR"/>
        </w:rPr>
        <w:t>억원</w:t>
      </w:r>
      <w:r>
        <w:rPr>
          <w:lang w:eastAsia="ko-KR"/>
        </w:rPr>
        <w:t>.</w:t>
      </w:r>
    </w:p>
    <w:p w14:paraId="7BD8C87C" w14:textId="77777777" w:rsidR="00BD12AE" w:rsidRDefault="00000000">
      <w:proofErr w:type="spellStart"/>
      <w:r>
        <w:t>핵심</w:t>
      </w:r>
      <w:proofErr w:type="spellEnd"/>
      <w:r>
        <w:t xml:space="preserve"> </w:t>
      </w:r>
      <w:proofErr w:type="spellStart"/>
      <w:r>
        <w:t>구조는</w:t>
      </w:r>
      <w:proofErr w:type="spellEnd"/>
      <w:r>
        <w:t xml:space="preserve"> Corporate Equity, RWAHUB Utility Token, </w:t>
      </w:r>
      <w:r>
        <w:t>개별</w:t>
      </w:r>
      <w:r>
        <w:t xml:space="preserve"> RWA Project, </w:t>
      </w:r>
      <w:r>
        <w:t>향후</w:t>
      </w:r>
      <w:r>
        <w:t xml:space="preserve"> Tokenized Securities</w:t>
      </w:r>
      <w:r>
        <w:t>의</w:t>
      </w:r>
      <w:r>
        <w:t xml:space="preserve"> 4</w:t>
      </w:r>
      <w:r>
        <w:t>개</w:t>
      </w:r>
      <w:r>
        <w:t xml:space="preserve"> </w:t>
      </w:r>
      <w:r>
        <w:t>축이다</w:t>
      </w:r>
      <w:r>
        <w:t>.</w:t>
      </w:r>
    </w:p>
    <w:p w14:paraId="469039A7" w14:textId="77777777" w:rsidR="00BD12AE" w:rsidRDefault="00000000">
      <w:r>
        <w:t>기관의</w:t>
      </w:r>
      <w:r>
        <w:t xml:space="preserve"> </w:t>
      </w:r>
      <w:r>
        <w:t>회수는</w:t>
      </w:r>
      <w:r>
        <w:t xml:space="preserve"> IPO </w:t>
      </w:r>
      <w:r>
        <w:t>하나에</w:t>
      </w:r>
      <w:r>
        <w:t xml:space="preserve"> </w:t>
      </w:r>
      <w:r>
        <w:t>의존하지</w:t>
      </w:r>
      <w:r>
        <w:t xml:space="preserve"> </w:t>
      </w:r>
      <w:r>
        <w:t>않고</w:t>
      </w:r>
      <w:r>
        <w:t xml:space="preserve"> Secondary, M&amp;A, </w:t>
      </w:r>
      <w:r>
        <w:t>프로젝트</w:t>
      </w:r>
      <w:r>
        <w:t xml:space="preserve"> </w:t>
      </w:r>
      <w:r>
        <w:t>현금흐름</w:t>
      </w:r>
      <w:r>
        <w:t xml:space="preserve">, </w:t>
      </w:r>
      <w:r>
        <w:t>기초자산</w:t>
      </w:r>
      <w:r>
        <w:t xml:space="preserve"> </w:t>
      </w:r>
      <w:r>
        <w:t>매각</w:t>
      </w:r>
      <w:r>
        <w:t xml:space="preserve"> </w:t>
      </w:r>
      <w:r>
        <w:t>등으로</w:t>
      </w:r>
      <w:r>
        <w:t xml:space="preserve"> </w:t>
      </w:r>
      <w:r>
        <w:t>다변화한다</w:t>
      </w:r>
      <w:r>
        <w:t>.</w:t>
      </w:r>
    </w:p>
    <w:p w14:paraId="26009835" w14:textId="541748FC" w:rsidR="00BD12AE" w:rsidRDefault="00BD12AE"/>
    <w:p w14:paraId="7FDBE93D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2. Executive Summary</w:t>
      </w:r>
    </w:p>
    <w:p w14:paraId="328FCE02" w14:textId="77777777" w:rsidR="00BD12AE" w:rsidRDefault="00000000">
      <w:pPr>
        <w:rPr>
          <w:lang w:eastAsia="ko-KR"/>
        </w:rPr>
      </w:pPr>
      <w:r>
        <w:rPr>
          <w:lang w:eastAsia="ko-KR"/>
        </w:rPr>
        <w:t>RWAHUB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실물자산을</w:t>
      </w:r>
      <w:r>
        <w:rPr>
          <w:lang w:eastAsia="ko-KR"/>
        </w:rPr>
        <w:t xml:space="preserve"> </w:t>
      </w:r>
      <w:r>
        <w:rPr>
          <w:lang w:eastAsia="ko-KR"/>
        </w:rPr>
        <w:t>블록체인</w:t>
      </w:r>
      <w:r>
        <w:rPr>
          <w:lang w:eastAsia="ko-KR"/>
        </w:rPr>
        <w:t xml:space="preserve"> </w:t>
      </w:r>
      <w:r>
        <w:rPr>
          <w:lang w:eastAsia="ko-KR"/>
        </w:rPr>
        <w:t>기반</w:t>
      </w:r>
      <w:r>
        <w:rPr>
          <w:lang w:eastAsia="ko-KR"/>
        </w:rPr>
        <w:t xml:space="preserve"> </w:t>
      </w:r>
      <w:r>
        <w:rPr>
          <w:lang w:eastAsia="ko-KR"/>
        </w:rPr>
        <w:t>디지털</w:t>
      </w:r>
      <w:r>
        <w:rPr>
          <w:lang w:eastAsia="ko-KR"/>
        </w:rPr>
        <w:t xml:space="preserve"> </w:t>
      </w:r>
      <w:r>
        <w:rPr>
          <w:lang w:eastAsia="ko-KR"/>
        </w:rPr>
        <w:t>권리</w:t>
      </w:r>
      <w:r>
        <w:rPr>
          <w:lang w:eastAsia="ko-KR"/>
        </w:rPr>
        <w:t>·</w:t>
      </w:r>
      <w:r>
        <w:rPr>
          <w:lang w:eastAsia="ko-KR"/>
        </w:rPr>
        <w:t>토큰과</w:t>
      </w:r>
      <w:r>
        <w:rPr>
          <w:lang w:eastAsia="ko-KR"/>
        </w:rPr>
        <w:t xml:space="preserve"> </w:t>
      </w:r>
      <w:r>
        <w:rPr>
          <w:lang w:eastAsia="ko-KR"/>
        </w:rPr>
        <w:t>연결하는</w:t>
      </w:r>
      <w:r>
        <w:rPr>
          <w:lang w:eastAsia="ko-KR"/>
        </w:rPr>
        <w:t xml:space="preserve"> RWA </w:t>
      </w:r>
      <w:r>
        <w:rPr>
          <w:lang w:eastAsia="ko-KR"/>
        </w:rPr>
        <w:t>플랫폼을</w:t>
      </w:r>
      <w:r>
        <w:rPr>
          <w:lang w:eastAsia="ko-KR"/>
        </w:rPr>
        <w:t xml:space="preserve"> </w:t>
      </w:r>
      <w:r>
        <w:rPr>
          <w:lang w:eastAsia="ko-KR"/>
        </w:rPr>
        <w:t>지향한다</w:t>
      </w:r>
      <w:r>
        <w:rPr>
          <w:lang w:eastAsia="ko-KR"/>
        </w:rPr>
        <w:t>.</w:t>
      </w:r>
    </w:p>
    <w:p w14:paraId="51DEFE83" w14:textId="77777777" w:rsidR="00BD12AE" w:rsidRDefault="00000000">
      <w:pPr>
        <w:rPr>
          <w:lang w:eastAsia="ko-KR"/>
        </w:rPr>
      </w:pPr>
      <w:r>
        <w:rPr>
          <w:lang w:eastAsia="ko-KR"/>
        </w:rPr>
        <w:t>기관투자</w:t>
      </w:r>
      <w:r>
        <w:rPr>
          <w:lang w:eastAsia="ko-KR"/>
        </w:rPr>
        <w:t xml:space="preserve"> </w:t>
      </w:r>
      <w:r>
        <w:rPr>
          <w:lang w:eastAsia="ko-KR"/>
        </w:rPr>
        <w:t>전략은</w:t>
      </w:r>
      <w:r>
        <w:rPr>
          <w:lang w:eastAsia="ko-KR"/>
        </w:rPr>
        <w:t xml:space="preserve"> '</w:t>
      </w:r>
      <w:r>
        <w:rPr>
          <w:lang w:eastAsia="ko-KR"/>
        </w:rPr>
        <w:t>주식과</w:t>
      </w:r>
      <w:r>
        <w:rPr>
          <w:lang w:eastAsia="ko-KR"/>
        </w:rPr>
        <w:t xml:space="preserve"> </w:t>
      </w:r>
      <w:r>
        <w:rPr>
          <w:lang w:eastAsia="ko-KR"/>
        </w:rPr>
        <w:t>토큰의</w:t>
      </w:r>
      <w:r>
        <w:rPr>
          <w:lang w:eastAsia="ko-KR"/>
        </w:rPr>
        <w:t xml:space="preserve"> </w:t>
      </w:r>
      <w:r>
        <w:rPr>
          <w:lang w:eastAsia="ko-KR"/>
        </w:rPr>
        <w:t>권리</w:t>
      </w:r>
      <w:r>
        <w:rPr>
          <w:lang w:eastAsia="ko-KR"/>
        </w:rPr>
        <w:t xml:space="preserve"> </w:t>
      </w:r>
      <w:r>
        <w:rPr>
          <w:lang w:eastAsia="ko-KR"/>
        </w:rPr>
        <w:t>분리</w:t>
      </w:r>
      <w:r>
        <w:rPr>
          <w:lang w:eastAsia="ko-KR"/>
        </w:rPr>
        <w:t xml:space="preserve"> + </w:t>
      </w:r>
      <w:r>
        <w:rPr>
          <w:lang w:eastAsia="ko-KR"/>
        </w:rPr>
        <w:t>사업</w:t>
      </w:r>
      <w:r>
        <w:rPr>
          <w:lang w:eastAsia="ko-KR"/>
        </w:rPr>
        <w:t xml:space="preserve"> </w:t>
      </w:r>
      <w:r>
        <w:rPr>
          <w:lang w:eastAsia="ko-KR"/>
        </w:rPr>
        <w:t>성장의</w:t>
      </w:r>
      <w:r>
        <w:rPr>
          <w:lang w:eastAsia="ko-KR"/>
        </w:rPr>
        <w:t xml:space="preserve"> </w:t>
      </w:r>
      <w:r>
        <w:rPr>
          <w:lang w:eastAsia="ko-KR"/>
        </w:rPr>
        <w:t>연결</w:t>
      </w:r>
      <w:r>
        <w:rPr>
          <w:lang w:eastAsia="ko-KR"/>
        </w:rPr>
        <w:t>'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원칙으로</w:t>
      </w:r>
      <w:r>
        <w:rPr>
          <w:lang w:eastAsia="ko-KR"/>
        </w:rPr>
        <w:t xml:space="preserve"> </w:t>
      </w:r>
      <w:r>
        <w:rPr>
          <w:lang w:eastAsia="ko-KR"/>
        </w:rPr>
        <w:t>한다</w:t>
      </w:r>
      <w:r>
        <w:rPr>
          <w:lang w:eastAsia="ko-KR"/>
        </w:rPr>
        <w:t>.</w:t>
      </w:r>
    </w:p>
    <w:p w14:paraId="72D6D4FB" w14:textId="77777777" w:rsidR="00BD12AE" w:rsidRDefault="00000000">
      <w:pPr>
        <w:rPr>
          <w:rFonts w:eastAsia="맑은 고딕"/>
          <w:lang w:eastAsia="ko-KR"/>
        </w:rPr>
      </w:pP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상장과</w:t>
      </w:r>
      <w:r>
        <w:rPr>
          <w:lang w:eastAsia="ko-KR"/>
        </w:rPr>
        <w:t xml:space="preserve"> </w:t>
      </w:r>
      <w:r>
        <w:rPr>
          <w:lang w:eastAsia="ko-KR"/>
        </w:rPr>
        <w:t>주식</w:t>
      </w:r>
      <w:r>
        <w:rPr>
          <w:lang w:eastAsia="ko-KR"/>
        </w:rPr>
        <w:t xml:space="preserve"> </w:t>
      </w:r>
      <w:r>
        <w:rPr>
          <w:lang w:eastAsia="ko-KR"/>
        </w:rPr>
        <w:t>상장은</w:t>
      </w:r>
      <w:r>
        <w:rPr>
          <w:lang w:eastAsia="ko-KR"/>
        </w:rPr>
        <w:t xml:space="preserve"> </w:t>
      </w:r>
      <w:r>
        <w:rPr>
          <w:lang w:eastAsia="ko-KR"/>
        </w:rPr>
        <w:t>각각</w:t>
      </w:r>
      <w:r>
        <w:rPr>
          <w:lang w:eastAsia="ko-KR"/>
        </w:rPr>
        <w:t xml:space="preserve"> </w:t>
      </w:r>
      <w:r>
        <w:rPr>
          <w:lang w:eastAsia="ko-KR"/>
        </w:rPr>
        <w:t>별도의</w:t>
      </w:r>
      <w:r>
        <w:rPr>
          <w:lang w:eastAsia="ko-KR"/>
        </w:rPr>
        <w:t xml:space="preserve"> </w:t>
      </w:r>
      <w:r>
        <w:rPr>
          <w:lang w:eastAsia="ko-KR"/>
        </w:rPr>
        <w:t>심사</w:t>
      </w:r>
      <w:r>
        <w:rPr>
          <w:lang w:eastAsia="ko-KR"/>
        </w:rPr>
        <w:t>·</w:t>
      </w:r>
      <w:r>
        <w:rPr>
          <w:lang w:eastAsia="ko-KR"/>
        </w:rPr>
        <w:t>규제</w:t>
      </w:r>
      <w:r>
        <w:rPr>
          <w:lang w:eastAsia="ko-KR"/>
        </w:rPr>
        <w:t>·</w:t>
      </w:r>
      <w:r>
        <w:rPr>
          <w:lang w:eastAsia="ko-KR"/>
        </w:rPr>
        <w:t>시장결정에</w:t>
      </w:r>
      <w:r>
        <w:rPr>
          <w:lang w:eastAsia="ko-KR"/>
        </w:rPr>
        <w:t xml:space="preserve"> </w:t>
      </w:r>
      <w:r>
        <w:rPr>
          <w:lang w:eastAsia="ko-KR"/>
        </w:rPr>
        <w:t>따르며</w:t>
      </w:r>
      <w:r>
        <w:rPr>
          <w:lang w:eastAsia="ko-KR"/>
        </w:rPr>
        <w:t xml:space="preserve"> </w:t>
      </w:r>
      <w:r>
        <w:rPr>
          <w:lang w:eastAsia="ko-KR"/>
        </w:rPr>
        <w:t>어느</w:t>
      </w:r>
      <w:r>
        <w:rPr>
          <w:lang w:eastAsia="ko-KR"/>
        </w:rPr>
        <w:t xml:space="preserve"> </w:t>
      </w:r>
      <w:r>
        <w:rPr>
          <w:lang w:eastAsia="ko-KR"/>
        </w:rPr>
        <w:t>하나도</w:t>
      </w:r>
      <w:r>
        <w:rPr>
          <w:lang w:eastAsia="ko-KR"/>
        </w:rPr>
        <w:t xml:space="preserve"> </w:t>
      </w:r>
      <w:r>
        <w:rPr>
          <w:lang w:eastAsia="ko-KR"/>
        </w:rPr>
        <w:t>확정적</w:t>
      </w:r>
      <w:r>
        <w:rPr>
          <w:lang w:eastAsia="ko-KR"/>
        </w:rPr>
        <w:t xml:space="preserve"> </w:t>
      </w:r>
      <w:r>
        <w:rPr>
          <w:lang w:eastAsia="ko-KR"/>
        </w:rPr>
        <w:t>회수수단으로</w:t>
      </w:r>
      <w:r>
        <w:rPr>
          <w:lang w:eastAsia="ko-KR"/>
        </w:rPr>
        <w:t xml:space="preserve"> </w:t>
      </w:r>
      <w:r>
        <w:rPr>
          <w:lang w:eastAsia="ko-KR"/>
        </w:rPr>
        <w:t>표현하지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6D30E4A9" w14:textId="77777777" w:rsidR="00BF6820" w:rsidRDefault="00BF6820">
      <w:pPr>
        <w:rPr>
          <w:rFonts w:eastAsia="맑은 고딕"/>
          <w:lang w:eastAsia="ko-KR"/>
        </w:rPr>
      </w:pPr>
    </w:p>
    <w:p w14:paraId="721C97C7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3. Investment Thesis</w:t>
      </w:r>
    </w:p>
    <w:p w14:paraId="4DF7978A" w14:textId="77777777" w:rsidR="00BD12AE" w:rsidRDefault="00000000">
      <w:pPr>
        <w:rPr>
          <w:lang w:eastAsia="ko-KR"/>
        </w:rPr>
      </w:pPr>
      <w:proofErr w:type="spellStart"/>
      <w:r>
        <w:rPr>
          <w:lang w:eastAsia="ko-KR"/>
        </w:rPr>
        <w:t>다자산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플랫폼</w:t>
      </w:r>
      <w:r>
        <w:rPr>
          <w:lang w:eastAsia="ko-KR"/>
        </w:rPr>
        <w:t xml:space="preserve">: </w:t>
      </w:r>
      <w:r>
        <w:rPr>
          <w:lang w:eastAsia="ko-KR"/>
        </w:rPr>
        <w:t>부동산</w:t>
      </w:r>
      <w:r>
        <w:rPr>
          <w:lang w:eastAsia="ko-KR"/>
        </w:rPr>
        <w:t xml:space="preserve">, </w:t>
      </w:r>
      <w:r>
        <w:rPr>
          <w:lang w:eastAsia="ko-KR"/>
        </w:rPr>
        <w:t>문화</w:t>
      </w:r>
      <w:r>
        <w:rPr>
          <w:lang w:eastAsia="ko-KR"/>
        </w:rPr>
        <w:t>·</w:t>
      </w:r>
      <w:r>
        <w:rPr>
          <w:lang w:eastAsia="ko-KR"/>
        </w:rPr>
        <w:t>예술</w:t>
      </w:r>
      <w:r>
        <w:rPr>
          <w:lang w:eastAsia="ko-KR"/>
        </w:rPr>
        <w:t xml:space="preserve">, K-Culture, </w:t>
      </w:r>
      <w:proofErr w:type="spellStart"/>
      <w:r>
        <w:rPr>
          <w:lang w:eastAsia="ko-KR"/>
        </w:rPr>
        <w:t>스마트팜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기업</w:t>
      </w:r>
      <w:r>
        <w:rPr>
          <w:lang w:eastAsia="ko-KR"/>
        </w:rPr>
        <w:t>·</w:t>
      </w:r>
      <w:r>
        <w:rPr>
          <w:lang w:eastAsia="ko-KR"/>
        </w:rPr>
        <w:t>자원</w:t>
      </w:r>
      <w:r>
        <w:rPr>
          <w:lang w:eastAsia="ko-KR"/>
        </w:rPr>
        <w:t xml:space="preserve"> </w:t>
      </w:r>
      <w:r>
        <w:rPr>
          <w:lang w:eastAsia="ko-KR"/>
        </w:rPr>
        <w:t>등으로</w:t>
      </w:r>
      <w:r>
        <w:rPr>
          <w:lang w:eastAsia="ko-KR"/>
        </w:rPr>
        <w:t xml:space="preserve"> </w:t>
      </w:r>
      <w:r>
        <w:rPr>
          <w:lang w:eastAsia="ko-KR"/>
        </w:rPr>
        <w:t>확장</w:t>
      </w:r>
      <w:r>
        <w:rPr>
          <w:lang w:eastAsia="ko-KR"/>
        </w:rPr>
        <w:t xml:space="preserve"> </w:t>
      </w:r>
      <w:r>
        <w:rPr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lang w:eastAsia="ko-KR"/>
        </w:rPr>
        <w:t>구조</w:t>
      </w:r>
      <w:r>
        <w:rPr>
          <w:lang w:eastAsia="ko-KR"/>
        </w:rPr>
        <w:t>.</w:t>
      </w:r>
    </w:p>
    <w:p w14:paraId="2E7D78DA" w14:textId="77777777" w:rsidR="00BD12AE" w:rsidRDefault="00000000">
      <w:pPr>
        <w:rPr>
          <w:lang w:eastAsia="ko-KR"/>
        </w:rPr>
      </w:pPr>
      <w:proofErr w:type="spellStart"/>
      <w:r>
        <w:rPr>
          <w:lang w:eastAsia="ko-KR"/>
        </w:rPr>
        <w:t>멀티토큰</w:t>
      </w:r>
      <w:proofErr w:type="spellEnd"/>
      <w:r>
        <w:rPr>
          <w:lang w:eastAsia="ko-KR"/>
        </w:rPr>
        <w:t xml:space="preserve">: </w:t>
      </w: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레이어와</w:t>
      </w:r>
      <w:r>
        <w:rPr>
          <w:lang w:eastAsia="ko-KR"/>
        </w:rPr>
        <w:t xml:space="preserve"> </w:t>
      </w:r>
      <w:r>
        <w:rPr>
          <w:lang w:eastAsia="ko-KR"/>
        </w:rPr>
        <w:t>자산별</w:t>
      </w:r>
      <w:r>
        <w:rPr>
          <w:lang w:eastAsia="ko-KR"/>
        </w:rPr>
        <w:t xml:space="preserve">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레이어를</w:t>
      </w:r>
      <w:r>
        <w:rPr>
          <w:lang w:eastAsia="ko-KR"/>
        </w:rPr>
        <w:t xml:space="preserve"> </w:t>
      </w:r>
      <w:r>
        <w:rPr>
          <w:lang w:eastAsia="ko-KR"/>
        </w:rPr>
        <w:t>구분해</w:t>
      </w:r>
      <w:r>
        <w:rPr>
          <w:lang w:eastAsia="ko-KR"/>
        </w:rPr>
        <w:t xml:space="preserve"> </w:t>
      </w:r>
      <w:r>
        <w:rPr>
          <w:lang w:eastAsia="ko-KR"/>
        </w:rPr>
        <w:t>위험을</w:t>
      </w:r>
      <w:r>
        <w:rPr>
          <w:lang w:eastAsia="ko-KR"/>
        </w:rPr>
        <w:t xml:space="preserve"> </w:t>
      </w:r>
      <w:r>
        <w:rPr>
          <w:lang w:eastAsia="ko-KR"/>
        </w:rPr>
        <w:t>구획</w:t>
      </w:r>
      <w:r>
        <w:rPr>
          <w:lang w:eastAsia="ko-KR"/>
        </w:rPr>
        <w:t>.</w:t>
      </w:r>
    </w:p>
    <w:p w14:paraId="1E92165E" w14:textId="77777777" w:rsidR="00BD12AE" w:rsidRDefault="00000000">
      <w:pPr>
        <w:rPr>
          <w:lang w:eastAsia="ko-KR"/>
        </w:rPr>
      </w:pPr>
      <w:r>
        <w:rPr>
          <w:lang w:eastAsia="ko-KR"/>
        </w:rPr>
        <w:t>기관</w:t>
      </w:r>
      <w:r>
        <w:rPr>
          <w:lang w:eastAsia="ko-KR"/>
        </w:rPr>
        <w:t xml:space="preserve"> </w:t>
      </w:r>
      <w:r>
        <w:rPr>
          <w:lang w:eastAsia="ko-KR"/>
        </w:rPr>
        <w:t>친화적</w:t>
      </w:r>
      <w:r>
        <w:rPr>
          <w:lang w:eastAsia="ko-KR"/>
        </w:rPr>
        <w:t xml:space="preserve"> </w:t>
      </w:r>
      <w:r>
        <w:rPr>
          <w:lang w:eastAsia="ko-KR"/>
        </w:rPr>
        <w:t>구조</w:t>
      </w:r>
      <w:r>
        <w:rPr>
          <w:lang w:eastAsia="ko-KR"/>
        </w:rPr>
        <w:t>: SPV·</w:t>
      </w:r>
      <w:r>
        <w:rPr>
          <w:lang w:eastAsia="ko-KR"/>
        </w:rPr>
        <w:t>신탁</w:t>
      </w:r>
      <w:r>
        <w:rPr>
          <w:lang w:eastAsia="ko-KR"/>
        </w:rPr>
        <w:t>·</w:t>
      </w:r>
      <w:r>
        <w:rPr>
          <w:lang w:eastAsia="ko-KR"/>
        </w:rPr>
        <w:t>수탁</w:t>
      </w:r>
      <w:r>
        <w:rPr>
          <w:lang w:eastAsia="ko-KR"/>
        </w:rPr>
        <w:t>·</w:t>
      </w:r>
      <w:r>
        <w:rPr>
          <w:lang w:eastAsia="ko-KR"/>
        </w:rPr>
        <w:t>외부평가</w:t>
      </w:r>
      <w:r>
        <w:rPr>
          <w:lang w:eastAsia="ko-KR"/>
        </w:rPr>
        <w:t>·</w:t>
      </w:r>
      <w:r>
        <w:rPr>
          <w:lang w:eastAsia="ko-KR"/>
        </w:rPr>
        <w:t>회계보고를</w:t>
      </w:r>
      <w:r>
        <w:rPr>
          <w:lang w:eastAsia="ko-KR"/>
        </w:rPr>
        <w:t xml:space="preserve"> </w:t>
      </w:r>
      <w:r>
        <w:rPr>
          <w:lang w:eastAsia="ko-KR"/>
        </w:rPr>
        <w:t>결합할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구조</w:t>
      </w:r>
      <w:r>
        <w:rPr>
          <w:lang w:eastAsia="ko-KR"/>
        </w:rPr>
        <w:t>.</w:t>
      </w:r>
    </w:p>
    <w:p w14:paraId="6570DF73" w14:textId="77777777" w:rsidR="00BD12AE" w:rsidRDefault="00000000">
      <w:pPr>
        <w:rPr>
          <w:rFonts w:eastAsia="맑은 고딕"/>
          <w:lang w:eastAsia="ko-KR"/>
        </w:rPr>
      </w:pPr>
      <w:proofErr w:type="spellStart"/>
      <w:r>
        <w:t>복수</w:t>
      </w:r>
      <w:proofErr w:type="spellEnd"/>
      <w:r>
        <w:t xml:space="preserve"> </w:t>
      </w:r>
      <w:proofErr w:type="spellStart"/>
      <w:r>
        <w:t>자본시장</w:t>
      </w:r>
      <w:proofErr w:type="spellEnd"/>
      <w:r>
        <w:t>: Equity, Digital Asset, Tokenized Securities</w:t>
      </w:r>
      <w:r>
        <w:t>를</w:t>
      </w:r>
      <w:r>
        <w:t xml:space="preserve"> </w:t>
      </w:r>
      <w:proofErr w:type="spellStart"/>
      <w:r>
        <w:t>단계적으로</w:t>
      </w:r>
      <w:proofErr w:type="spellEnd"/>
      <w:r>
        <w:t xml:space="preserve"> </w:t>
      </w:r>
      <w:proofErr w:type="spellStart"/>
      <w:r>
        <w:t>연결</w:t>
      </w:r>
      <w:proofErr w:type="spellEnd"/>
      <w:r>
        <w:t>.</w:t>
      </w:r>
    </w:p>
    <w:p w14:paraId="36392DAC" w14:textId="0ADB19AF" w:rsidR="00BD12AE" w:rsidRDefault="00BD12AE"/>
    <w:p w14:paraId="4A99F2BB" w14:textId="77777777" w:rsidR="00BD12AE" w:rsidRDefault="00000000">
      <w:pPr>
        <w:pStyle w:val="1"/>
      </w:pPr>
      <w:r>
        <w:t>4. Company Overview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6"/>
        <w:gridCol w:w="5108"/>
      </w:tblGrid>
      <w:tr w:rsidR="00BD12AE" w14:paraId="57256060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0F01C235" w14:textId="77777777" w:rsidR="00BD12AE" w:rsidRDefault="00000000">
            <w:r>
              <w:rPr>
                <w:b/>
              </w:rPr>
              <w:t>항목</w:t>
            </w:r>
          </w:p>
        </w:tc>
        <w:tc>
          <w:tcPr>
            <w:tcW w:w="5112" w:type="dxa"/>
            <w:shd w:val="clear" w:color="auto" w:fill="DCE6F1"/>
          </w:tcPr>
          <w:p w14:paraId="51842FAA" w14:textId="77777777" w:rsidR="00BD12AE" w:rsidRDefault="00000000">
            <w:r>
              <w:rPr>
                <w:b/>
              </w:rPr>
              <w:t>내용</w:t>
            </w:r>
          </w:p>
        </w:tc>
      </w:tr>
      <w:tr w:rsidR="00BD12AE" w14:paraId="6C6CC3C2" w14:textId="77777777">
        <w:trPr>
          <w:jc w:val="center"/>
        </w:trPr>
        <w:tc>
          <w:tcPr>
            <w:tcW w:w="5112" w:type="dxa"/>
          </w:tcPr>
          <w:p w14:paraId="4FEF37FD" w14:textId="77777777" w:rsidR="00BD12AE" w:rsidRDefault="00000000">
            <w:r>
              <w:t>운영사</w:t>
            </w:r>
          </w:p>
        </w:tc>
        <w:tc>
          <w:tcPr>
            <w:tcW w:w="5112" w:type="dxa"/>
          </w:tcPr>
          <w:p w14:paraId="2743BB14" w14:textId="77777777" w:rsidR="00BD12AE" w:rsidRDefault="00000000">
            <w:r>
              <w:t>데이터시티위마켓</w:t>
            </w:r>
            <w:r>
              <w:t>(</w:t>
            </w:r>
            <w:r>
              <w:t>주</w:t>
            </w:r>
            <w:r>
              <w:t>)</w:t>
            </w:r>
          </w:p>
        </w:tc>
      </w:tr>
      <w:tr w:rsidR="00BD12AE" w14:paraId="6399105D" w14:textId="77777777">
        <w:trPr>
          <w:jc w:val="center"/>
        </w:trPr>
        <w:tc>
          <w:tcPr>
            <w:tcW w:w="5112" w:type="dxa"/>
          </w:tcPr>
          <w:p w14:paraId="239ECCFC" w14:textId="77777777" w:rsidR="00BD12AE" w:rsidRDefault="00000000">
            <w:r>
              <w:t>플랫폼</w:t>
            </w:r>
          </w:p>
        </w:tc>
        <w:tc>
          <w:tcPr>
            <w:tcW w:w="5112" w:type="dxa"/>
          </w:tcPr>
          <w:p w14:paraId="1E2A9B6B" w14:textId="77777777" w:rsidR="00BD12AE" w:rsidRDefault="00000000">
            <w:r>
              <w:t>RWAHUB</w:t>
            </w:r>
          </w:p>
        </w:tc>
      </w:tr>
      <w:tr w:rsidR="00BD12AE" w14:paraId="3C5BF9ED" w14:textId="77777777">
        <w:trPr>
          <w:jc w:val="center"/>
        </w:trPr>
        <w:tc>
          <w:tcPr>
            <w:tcW w:w="5112" w:type="dxa"/>
          </w:tcPr>
          <w:p w14:paraId="0215BE58" w14:textId="77777777" w:rsidR="00BD12AE" w:rsidRDefault="00000000">
            <w:r>
              <w:t>설립</w:t>
            </w:r>
          </w:p>
        </w:tc>
        <w:tc>
          <w:tcPr>
            <w:tcW w:w="5112" w:type="dxa"/>
          </w:tcPr>
          <w:p w14:paraId="1733E16E" w14:textId="77777777" w:rsidR="00BD12AE" w:rsidRDefault="00000000">
            <w:r>
              <w:t>2018</w:t>
            </w:r>
            <w:r>
              <w:t>년</w:t>
            </w:r>
          </w:p>
        </w:tc>
      </w:tr>
      <w:tr w:rsidR="00BD12AE" w14:paraId="0519BAB9" w14:textId="77777777">
        <w:trPr>
          <w:jc w:val="center"/>
        </w:trPr>
        <w:tc>
          <w:tcPr>
            <w:tcW w:w="5112" w:type="dxa"/>
          </w:tcPr>
          <w:p w14:paraId="2F8FD616" w14:textId="77777777" w:rsidR="00BD12AE" w:rsidRDefault="00000000">
            <w:r>
              <w:t>핵심</w:t>
            </w:r>
          </w:p>
        </w:tc>
        <w:tc>
          <w:tcPr>
            <w:tcW w:w="5112" w:type="dxa"/>
          </w:tcPr>
          <w:p w14:paraId="3C14CD6E" w14:textId="77777777" w:rsidR="00BD12AE" w:rsidRDefault="00000000">
            <w:r>
              <w:t>RWA Tokenization / Multi-Token / AGOS / Smart Contract / Oracle</w:t>
            </w:r>
          </w:p>
        </w:tc>
      </w:tr>
      <w:tr w:rsidR="00BD12AE" w14:paraId="34517744" w14:textId="77777777">
        <w:trPr>
          <w:jc w:val="center"/>
        </w:trPr>
        <w:tc>
          <w:tcPr>
            <w:tcW w:w="5112" w:type="dxa"/>
          </w:tcPr>
          <w:p w14:paraId="471D02CE" w14:textId="77777777" w:rsidR="00BD12AE" w:rsidRDefault="00000000">
            <w:r>
              <w:t>대표</w:t>
            </w:r>
          </w:p>
        </w:tc>
        <w:tc>
          <w:tcPr>
            <w:tcW w:w="5112" w:type="dxa"/>
          </w:tcPr>
          <w:p w14:paraId="3F016A22" w14:textId="77777777" w:rsidR="00BD12AE" w:rsidRDefault="00000000">
            <w:r>
              <w:t>대표이사회장</w:t>
            </w:r>
            <w:r>
              <w:t xml:space="preserve"> </w:t>
            </w:r>
            <w:r>
              <w:t>장진우</w:t>
            </w:r>
          </w:p>
        </w:tc>
      </w:tr>
      <w:tr w:rsidR="00BD12AE" w14:paraId="1626A0E0" w14:textId="77777777">
        <w:trPr>
          <w:jc w:val="center"/>
        </w:trPr>
        <w:tc>
          <w:tcPr>
            <w:tcW w:w="5112" w:type="dxa"/>
          </w:tcPr>
          <w:p w14:paraId="3459282C" w14:textId="77777777" w:rsidR="00BD12AE" w:rsidRDefault="00000000">
            <w:r>
              <w:t>공식</w:t>
            </w:r>
            <w:r>
              <w:t xml:space="preserve"> </w:t>
            </w:r>
            <w:r>
              <w:t>사이트</w:t>
            </w:r>
          </w:p>
        </w:tc>
        <w:tc>
          <w:tcPr>
            <w:tcW w:w="5112" w:type="dxa"/>
          </w:tcPr>
          <w:p w14:paraId="5B66E9DD" w14:textId="77777777" w:rsidR="00BD12AE" w:rsidRDefault="00000000">
            <w:r>
              <w:t>www.rwahub.app</w:t>
            </w:r>
          </w:p>
        </w:tc>
      </w:tr>
    </w:tbl>
    <w:p w14:paraId="62F65FD4" w14:textId="77777777" w:rsidR="00BD12AE" w:rsidRDefault="00000000">
      <w:r>
        <w:br w:type="page"/>
      </w:r>
    </w:p>
    <w:p w14:paraId="20C73989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lastRenderedPageBreak/>
        <w:t>5. RWAHUB Platform</w:t>
      </w:r>
    </w:p>
    <w:p w14:paraId="15F6F75E" w14:textId="77777777" w:rsidR="00BD12AE" w:rsidRDefault="00000000">
      <w:pPr>
        <w:rPr>
          <w:lang w:eastAsia="ko-KR"/>
        </w:rPr>
      </w:pPr>
      <w:r>
        <w:rPr>
          <w:lang w:eastAsia="ko-KR"/>
        </w:rPr>
        <w:t>자산</w:t>
      </w:r>
      <w:r>
        <w:rPr>
          <w:lang w:eastAsia="ko-KR"/>
        </w:rPr>
        <w:t xml:space="preserve"> </w:t>
      </w:r>
      <w:r>
        <w:rPr>
          <w:lang w:eastAsia="ko-KR"/>
        </w:rPr>
        <w:t>발굴</w:t>
      </w:r>
      <w:r>
        <w:rPr>
          <w:lang w:eastAsia="ko-KR"/>
        </w:rPr>
        <w:t xml:space="preserve"> → </w:t>
      </w:r>
      <w:r>
        <w:rPr>
          <w:lang w:eastAsia="ko-KR"/>
        </w:rPr>
        <w:t>실사</w:t>
      </w:r>
      <w:r>
        <w:rPr>
          <w:lang w:eastAsia="ko-KR"/>
        </w:rPr>
        <w:t>·</w:t>
      </w:r>
      <w:r>
        <w:rPr>
          <w:lang w:eastAsia="ko-KR"/>
        </w:rPr>
        <w:t>평가</w:t>
      </w:r>
      <w:r>
        <w:rPr>
          <w:lang w:eastAsia="ko-KR"/>
        </w:rPr>
        <w:t xml:space="preserve"> → </w:t>
      </w:r>
      <w:r>
        <w:rPr>
          <w:lang w:eastAsia="ko-KR"/>
        </w:rPr>
        <w:t>법적</w:t>
      </w:r>
      <w:r>
        <w:rPr>
          <w:lang w:eastAsia="ko-KR"/>
        </w:rPr>
        <w:t xml:space="preserve"> </w:t>
      </w:r>
      <w:r>
        <w:rPr>
          <w:lang w:eastAsia="ko-KR"/>
        </w:rPr>
        <w:t>구조화</w:t>
      </w:r>
      <w:r>
        <w:rPr>
          <w:lang w:eastAsia="ko-KR"/>
        </w:rPr>
        <w:t xml:space="preserve"> → </w:t>
      </w:r>
      <w:r>
        <w:rPr>
          <w:lang w:eastAsia="ko-KR"/>
        </w:rPr>
        <w:t>토큰</w:t>
      </w:r>
      <w:r>
        <w:rPr>
          <w:lang w:eastAsia="ko-KR"/>
        </w:rPr>
        <w:t>/</w:t>
      </w:r>
      <w:r>
        <w:rPr>
          <w:lang w:eastAsia="ko-KR"/>
        </w:rPr>
        <w:t>디지털</w:t>
      </w:r>
      <w:r>
        <w:rPr>
          <w:lang w:eastAsia="ko-KR"/>
        </w:rPr>
        <w:t xml:space="preserve"> </w:t>
      </w:r>
      <w:r>
        <w:rPr>
          <w:lang w:eastAsia="ko-KR"/>
        </w:rPr>
        <w:t>권리</w:t>
      </w:r>
      <w:r>
        <w:rPr>
          <w:lang w:eastAsia="ko-KR"/>
        </w:rPr>
        <w:t xml:space="preserve"> </w:t>
      </w:r>
      <w:r>
        <w:rPr>
          <w:lang w:eastAsia="ko-KR"/>
        </w:rPr>
        <w:t>설계</w:t>
      </w:r>
      <w:r>
        <w:rPr>
          <w:lang w:eastAsia="ko-KR"/>
        </w:rPr>
        <w:t xml:space="preserve"> → </w:t>
      </w:r>
      <w:r>
        <w:rPr>
          <w:lang w:eastAsia="ko-KR"/>
        </w:rPr>
        <w:t>발행</w:t>
      </w:r>
      <w:r>
        <w:rPr>
          <w:lang w:eastAsia="ko-KR"/>
        </w:rPr>
        <w:t>·</w:t>
      </w:r>
      <w:r>
        <w:rPr>
          <w:lang w:eastAsia="ko-KR"/>
        </w:rPr>
        <w:t>유통</w:t>
      </w:r>
      <w:r>
        <w:rPr>
          <w:lang w:eastAsia="ko-KR"/>
        </w:rPr>
        <w:t xml:space="preserve"> </w:t>
      </w:r>
      <w:r>
        <w:rPr>
          <w:lang w:eastAsia="ko-KR"/>
        </w:rPr>
        <w:t>연계</w:t>
      </w:r>
      <w:r>
        <w:rPr>
          <w:lang w:eastAsia="ko-KR"/>
        </w:rPr>
        <w:t xml:space="preserve"> → </w:t>
      </w:r>
      <w:r>
        <w:rPr>
          <w:lang w:eastAsia="ko-KR"/>
        </w:rPr>
        <w:t>수익</w:t>
      </w:r>
      <w:r>
        <w:rPr>
          <w:lang w:eastAsia="ko-KR"/>
        </w:rPr>
        <w:t>·</w:t>
      </w:r>
      <w:r>
        <w:rPr>
          <w:lang w:eastAsia="ko-KR"/>
        </w:rPr>
        <w:t>권리</w:t>
      </w:r>
      <w:r>
        <w:rPr>
          <w:lang w:eastAsia="ko-KR"/>
        </w:rPr>
        <w:t xml:space="preserve"> </w:t>
      </w:r>
      <w:r>
        <w:rPr>
          <w:lang w:eastAsia="ko-KR"/>
        </w:rPr>
        <w:t>관리의</w:t>
      </w:r>
      <w:r>
        <w:rPr>
          <w:lang w:eastAsia="ko-KR"/>
        </w:rPr>
        <w:t xml:space="preserve"> </w:t>
      </w:r>
      <w:r>
        <w:rPr>
          <w:lang w:eastAsia="ko-KR"/>
        </w:rPr>
        <w:t>전</w:t>
      </w:r>
      <w:r>
        <w:rPr>
          <w:lang w:eastAsia="ko-KR"/>
        </w:rPr>
        <w:t xml:space="preserve"> </w:t>
      </w:r>
      <w:r>
        <w:rPr>
          <w:lang w:eastAsia="ko-KR"/>
        </w:rPr>
        <w:t>과정을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모듈화한다</w:t>
      </w:r>
      <w:proofErr w:type="spellEnd"/>
      <w:r>
        <w:rPr>
          <w:lang w:eastAsia="ko-KR"/>
        </w:rPr>
        <w:t>.</w:t>
      </w:r>
    </w:p>
    <w:p w14:paraId="4A37FCF4" w14:textId="2BD715AD" w:rsidR="00BD12AE" w:rsidRDefault="00000000">
      <w:pPr>
        <w:rPr>
          <w:lang w:eastAsia="ko-KR"/>
        </w:rPr>
      </w:pP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사업과</w:t>
      </w:r>
      <w:r>
        <w:rPr>
          <w:lang w:eastAsia="ko-KR"/>
        </w:rPr>
        <w:t xml:space="preserve"> </w:t>
      </w:r>
      <w:r>
        <w:rPr>
          <w:lang w:eastAsia="ko-KR"/>
        </w:rPr>
        <w:t>증권</w:t>
      </w:r>
      <w:r>
        <w:rPr>
          <w:lang w:eastAsia="ko-KR"/>
        </w:rPr>
        <w:t xml:space="preserve"> </w:t>
      </w:r>
      <w:r>
        <w:rPr>
          <w:lang w:eastAsia="ko-KR"/>
        </w:rPr>
        <w:t>발행</w:t>
      </w:r>
      <w:r>
        <w:rPr>
          <w:lang w:eastAsia="ko-KR"/>
        </w:rPr>
        <w:t>·</w:t>
      </w:r>
      <w:r>
        <w:rPr>
          <w:lang w:eastAsia="ko-KR"/>
        </w:rPr>
        <w:t>중개</w:t>
      </w:r>
      <w:r>
        <w:rPr>
          <w:lang w:eastAsia="ko-KR"/>
        </w:rPr>
        <w:t>·</w:t>
      </w:r>
      <w:r>
        <w:rPr>
          <w:lang w:eastAsia="ko-KR"/>
        </w:rPr>
        <w:t>보관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규제업무는</w:t>
      </w:r>
      <w:r>
        <w:rPr>
          <w:lang w:eastAsia="ko-KR"/>
        </w:rPr>
        <w:t xml:space="preserve"> </w:t>
      </w:r>
      <w:r>
        <w:rPr>
          <w:lang w:eastAsia="ko-KR"/>
        </w:rPr>
        <w:t>필요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인가</w:t>
      </w:r>
      <w:r>
        <w:rPr>
          <w:lang w:eastAsia="ko-KR"/>
        </w:rPr>
        <w:t>·</w:t>
      </w:r>
      <w:r>
        <w:rPr>
          <w:lang w:eastAsia="ko-KR"/>
        </w:rPr>
        <w:t>등록된</w:t>
      </w:r>
      <w:r>
        <w:rPr>
          <w:lang w:eastAsia="ko-KR"/>
        </w:rPr>
        <w:t xml:space="preserve"> </w:t>
      </w:r>
      <w:r>
        <w:rPr>
          <w:lang w:eastAsia="ko-KR"/>
        </w:rPr>
        <w:t>금융기관과</w:t>
      </w:r>
      <w:r>
        <w:rPr>
          <w:lang w:eastAsia="ko-KR"/>
        </w:rPr>
        <w:t xml:space="preserve"> </w:t>
      </w:r>
      <w:r>
        <w:rPr>
          <w:lang w:eastAsia="ko-KR"/>
        </w:rPr>
        <w:t>역할을</w:t>
      </w:r>
      <w:r>
        <w:rPr>
          <w:lang w:eastAsia="ko-KR"/>
        </w:rPr>
        <w:t xml:space="preserve"> </w:t>
      </w:r>
      <w:r>
        <w:rPr>
          <w:lang w:eastAsia="ko-KR"/>
        </w:rPr>
        <w:t>분담한다</w:t>
      </w:r>
      <w:r>
        <w:rPr>
          <w:lang w:eastAsia="ko-KR"/>
        </w:rPr>
        <w:t>.</w:t>
      </w:r>
    </w:p>
    <w:p w14:paraId="60EFE817" w14:textId="77777777" w:rsidR="00BD12AE" w:rsidRDefault="00000000">
      <w:pPr>
        <w:pStyle w:val="1"/>
      </w:pPr>
      <w:r>
        <w:t>6. Multi-Token Architecture</w:t>
      </w:r>
    </w:p>
    <w:p w14:paraId="6EA7B72F" w14:textId="77777777" w:rsidR="00BD12AE" w:rsidRDefault="00000000">
      <w:r>
        <w:t xml:space="preserve">Main Token: </w:t>
      </w:r>
      <w:r>
        <w:t>플랫폼</w:t>
      </w:r>
      <w:r>
        <w:t xml:space="preserve"> </w:t>
      </w:r>
      <w:r>
        <w:t>이용과</w:t>
      </w:r>
      <w:r>
        <w:t xml:space="preserve"> </w:t>
      </w:r>
      <w:r>
        <w:t>생태계</w:t>
      </w:r>
      <w:r>
        <w:t xml:space="preserve"> </w:t>
      </w:r>
      <w:r>
        <w:t>기능</w:t>
      </w:r>
      <w:r>
        <w:t xml:space="preserve"> </w:t>
      </w:r>
      <w:r>
        <w:t>중심</w:t>
      </w:r>
      <w:r>
        <w:t>.</w:t>
      </w:r>
    </w:p>
    <w:p w14:paraId="332B7771" w14:textId="77777777" w:rsidR="00BD12AE" w:rsidRDefault="00000000">
      <w:r>
        <w:t xml:space="preserve">Sub-Token / Project Token: </w:t>
      </w:r>
      <w:r>
        <w:t>개별</w:t>
      </w:r>
      <w:r>
        <w:t xml:space="preserve"> </w:t>
      </w:r>
      <w:r>
        <w:t>실물자산</w:t>
      </w:r>
      <w:r>
        <w:t xml:space="preserve"> </w:t>
      </w:r>
      <w:r>
        <w:t>또는</w:t>
      </w:r>
      <w:r>
        <w:t xml:space="preserve"> </w:t>
      </w:r>
      <w:r>
        <w:t>프로젝트와</w:t>
      </w:r>
      <w:r>
        <w:t xml:space="preserve"> </w:t>
      </w:r>
      <w:r>
        <w:t>연결되는</w:t>
      </w:r>
      <w:r>
        <w:t xml:space="preserve"> </w:t>
      </w:r>
      <w:r>
        <w:t>구조</w:t>
      </w:r>
      <w:r>
        <w:t>.</w:t>
      </w:r>
    </w:p>
    <w:p w14:paraId="6CA95F23" w14:textId="171F095C" w:rsidR="00BD12AE" w:rsidRDefault="00000000">
      <w:pPr>
        <w:rPr>
          <w:lang w:eastAsia="ko-KR"/>
        </w:rPr>
      </w:pPr>
      <w:r>
        <w:rPr>
          <w:lang w:eastAsia="ko-KR"/>
        </w:rPr>
        <w:t>증권성이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프로젝트는</w:t>
      </w:r>
      <w:r>
        <w:rPr>
          <w:lang w:eastAsia="ko-KR"/>
        </w:rPr>
        <w:t xml:space="preserve"> Utility Token</w:t>
      </w:r>
      <w:r>
        <w:rPr>
          <w:lang w:eastAsia="ko-KR"/>
        </w:rPr>
        <w:t>과</w:t>
      </w:r>
      <w:r>
        <w:rPr>
          <w:lang w:eastAsia="ko-KR"/>
        </w:rPr>
        <w:t xml:space="preserve"> </w:t>
      </w:r>
      <w:r>
        <w:rPr>
          <w:lang w:eastAsia="ko-KR"/>
        </w:rPr>
        <w:t>분리하고</w:t>
      </w:r>
      <w:r>
        <w:rPr>
          <w:lang w:eastAsia="ko-KR"/>
        </w:rPr>
        <w:t xml:space="preserve"> </w:t>
      </w:r>
      <w:r>
        <w:rPr>
          <w:lang w:eastAsia="ko-KR"/>
        </w:rPr>
        <w:t>자본시장법상</w:t>
      </w:r>
      <w:r>
        <w:rPr>
          <w:lang w:eastAsia="ko-KR"/>
        </w:rPr>
        <w:t xml:space="preserve"> </w:t>
      </w:r>
      <w:r>
        <w:rPr>
          <w:lang w:eastAsia="ko-KR"/>
        </w:rPr>
        <w:t>증권</w:t>
      </w:r>
      <w:r>
        <w:rPr>
          <w:lang w:eastAsia="ko-KR"/>
        </w:rPr>
        <w:t xml:space="preserve"> </w:t>
      </w:r>
      <w:r>
        <w:rPr>
          <w:lang w:eastAsia="ko-KR"/>
        </w:rPr>
        <w:t>구조로</w:t>
      </w:r>
      <w:r>
        <w:rPr>
          <w:lang w:eastAsia="ko-KR"/>
        </w:rPr>
        <w:t xml:space="preserve"> </w:t>
      </w:r>
      <w:r>
        <w:rPr>
          <w:lang w:eastAsia="ko-KR"/>
        </w:rPr>
        <w:t>설계한다</w:t>
      </w:r>
      <w:r>
        <w:rPr>
          <w:lang w:eastAsia="ko-KR"/>
        </w:rPr>
        <w:t>.</w:t>
      </w:r>
    </w:p>
    <w:p w14:paraId="38B3B4BB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7. AGOS &amp; Risk Governance</w:t>
      </w:r>
    </w:p>
    <w:p w14:paraId="61293CE1" w14:textId="77777777" w:rsidR="00BD12AE" w:rsidRDefault="00000000">
      <w:pPr>
        <w:rPr>
          <w:lang w:eastAsia="ko-KR"/>
        </w:rPr>
      </w:pPr>
      <w:r>
        <w:rPr>
          <w:lang w:eastAsia="ko-KR"/>
        </w:rPr>
        <w:t>AGOS</w:t>
      </w:r>
      <w:r>
        <w:rPr>
          <w:lang w:eastAsia="ko-KR"/>
        </w:rPr>
        <w:t>는</w:t>
      </w:r>
      <w:r>
        <w:rPr>
          <w:lang w:eastAsia="ko-KR"/>
        </w:rPr>
        <w:t xml:space="preserve"> AI </w:t>
      </w:r>
      <w:r>
        <w:rPr>
          <w:lang w:eastAsia="ko-KR"/>
        </w:rPr>
        <w:t>기반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>·</w:t>
      </w:r>
      <w:r>
        <w:rPr>
          <w:lang w:eastAsia="ko-KR"/>
        </w:rPr>
        <w:t>모니터링</w:t>
      </w:r>
      <w:r>
        <w:rPr>
          <w:lang w:eastAsia="ko-KR"/>
        </w:rPr>
        <w:t>·</w:t>
      </w:r>
      <w:r>
        <w:rPr>
          <w:lang w:eastAsia="ko-KR"/>
        </w:rPr>
        <w:t>위험관리</w:t>
      </w:r>
      <w:r>
        <w:rPr>
          <w:lang w:eastAsia="ko-KR"/>
        </w:rPr>
        <w:t xml:space="preserve"> </w:t>
      </w:r>
      <w:r>
        <w:rPr>
          <w:lang w:eastAsia="ko-KR"/>
        </w:rPr>
        <w:t>체계로</w:t>
      </w:r>
      <w:r>
        <w:rPr>
          <w:lang w:eastAsia="ko-KR"/>
        </w:rPr>
        <w:t xml:space="preserve"> </w:t>
      </w:r>
      <w:r>
        <w:rPr>
          <w:lang w:eastAsia="ko-KR"/>
        </w:rPr>
        <w:t>제시한다</w:t>
      </w:r>
      <w:r>
        <w:rPr>
          <w:lang w:eastAsia="ko-KR"/>
        </w:rPr>
        <w:t>.</w:t>
      </w:r>
    </w:p>
    <w:p w14:paraId="06116081" w14:textId="77777777" w:rsidR="00BD12AE" w:rsidRDefault="00000000">
      <w:pPr>
        <w:rPr>
          <w:lang w:eastAsia="ko-KR"/>
        </w:rPr>
      </w:pPr>
      <w:r>
        <w:rPr>
          <w:lang w:eastAsia="ko-KR"/>
        </w:rPr>
        <w:t>기관투자</w:t>
      </w:r>
      <w:r>
        <w:rPr>
          <w:lang w:eastAsia="ko-KR"/>
        </w:rPr>
        <w:t xml:space="preserve"> </w:t>
      </w:r>
      <w:r>
        <w:rPr>
          <w:lang w:eastAsia="ko-KR"/>
        </w:rPr>
        <w:t>버전에서는</w:t>
      </w:r>
      <w:r>
        <w:rPr>
          <w:lang w:eastAsia="ko-KR"/>
        </w:rPr>
        <w:t xml:space="preserve"> AI </w:t>
      </w:r>
      <w:r>
        <w:rPr>
          <w:lang w:eastAsia="ko-KR"/>
        </w:rPr>
        <w:t>자동판단을</w:t>
      </w:r>
      <w:r>
        <w:rPr>
          <w:lang w:eastAsia="ko-KR"/>
        </w:rPr>
        <w:t xml:space="preserve"> </w:t>
      </w:r>
      <w:r>
        <w:rPr>
          <w:lang w:eastAsia="ko-KR"/>
        </w:rPr>
        <w:t>강조하기보다</w:t>
      </w:r>
      <w:r>
        <w:rPr>
          <w:lang w:eastAsia="ko-KR"/>
        </w:rPr>
        <w:t xml:space="preserve"> </w:t>
      </w:r>
      <w:r>
        <w:rPr>
          <w:lang w:eastAsia="ko-KR"/>
        </w:rPr>
        <w:t>사람의</w:t>
      </w:r>
      <w:r>
        <w:rPr>
          <w:lang w:eastAsia="ko-KR"/>
        </w:rPr>
        <w:t xml:space="preserve"> </w:t>
      </w:r>
      <w:r>
        <w:rPr>
          <w:lang w:eastAsia="ko-KR"/>
        </w:rPr>
        <w:t>승인</w:t>
      </w:r>
      <w:r>
        <w:rPr>
          <w:lang w:eastAsia="ko-KR"/>
        </w:rPr>
        <w:t xml:space="preserve">, </w:t>
      </w:r>
      <w:r>
        <w:rPr>
          <w:lang w:eastAsia="ko-KR"/>
        </w:rPr>
        <w:t>감사추적</w:t>
      </w:r>
      <w:r>
        <w:rPr>
          <w:lang w:eastAsia="ko-KR"/>
        </w:rPr>
        <w:t xml:space="preserve">, </w:t>
      </w:r>
      <w:r>
        <w:rPr>
          <w:lang w:eastAsia="ko-KR"/>
        </w:rPr>
        <w:t>예외처리</w:t>
      </w:r>
      <w:r>
        <w:rPr>
          <w:lang w:eastAsia="ko-KR"/>
        </w:rPr>
        <w:t xml:space="preserve">, </w:t>
      </w:r>
      <w:r>
        <w:rPr>
          <w:lang w:eastAsia="ko-KR"/>
        </w:rPr>
        <w:t>외부감사와</w:t>
      </w:r>
      <w:r>
        <w:rPr>
          <w:lang w:eastAsia="ko-KR"/>
        </w:rPr>
        <w:t xml:space="preserve"> </w:t>
      </w:r>
      <w:r>
        <w:rPr>
          <w:lang w:eastAsia="ko-KR"/>
        </w:rPr>
        <w:t>결합된</w:t>
      </w:r>
      <w:r>
        <w:rPr>
          <w:lang w:eastAsia="ko-KR"/>
        </w:rPr>
        <w:t xml:space="preserve"> Governance Layer</w:t>
      </w:r>
      <w:r>
        <w:rPr>
          <w:lang w:eastAsia="ko-KR"/>
        </w:rPr>
        <w:t>로</w:t>
      </w:r>
      <w:r>
        <w:rPr>
          <w:lang w:eastAsia="ko-KR"/>
        </w:rPr>
        <w:t xml:space="preserve"> </w:t>
      </w:r>
      <w:r>
        <w:rPr>
          <w:lang w:eastAsia="ko-KR"/>
        </w:rPr>
        <w:t>설명한다</w:t>
      </w:r>
      <w:r>
        <w:rPr>
          <w:lang w:eastAsia="ko-KR"/>
        </w:rPr>
        <w:t>.</w:t>
      </w:r>
    </w:p>
    <w:p w14:paraId="63AFE364" w14:textId="77777777" w:rsidR="00BD12AE" w:rsidRDefault="00000000">
      <w:pPr>
        <w:rPr>
          <w:rFonts w:eastAsia="맑은 고딕"/>
          <w:lang w:eastAsia="ko-KR"/>
        </w:rPr>
      </w:pPr>
      <w:r>
        <w:rPr>
          <w:lang w:eastAsia="ko-KR"/>
        </w:rPr>
        <w:t>핵심</w:t>
      </w:r>
      <w:r>
        <w:rPr>
          <w:lang w:eastAsia="ko-KR"/>
        </w:rPr>
        <w:t xml:space="preserve"> KPI: </w:t>
      </w:r>
      <w:r>
        <w:rPr>
          <w:lang w:eastAsia="ko-KR"/>
        </w:rPr>
        <w:t>자산상태</w:t>
      </w:r>
      <w:r>
        <w:rPr>
          <w:lang w:eastAsia="ko-KR"/>
        </w:rPr>
        <w:t xml:space="preserve">, </w:t>
      </w:r>
      <w:r>
        <w:rPr>
          <w:lang w:eastAsia="ko-KR"/>
        </w:rPr>
        <w:t>현금흐름</w:t>
      </w:r>
      <w:r>
        <w:rPr>
          <w:lang w:eastAsia="ko-KR"/>
        </w:rPr>
        <w:t xml:space="preserve">, </w:t>
      </w:r>
      <w:r>
        <w:rPr>
          <w:lang w:eastAsia="ko-KR"/>
        </w:rPr>
        <w:t>담보비율</w:t>
      </w:r>
      <w:r>
        <w:rPr>
          <w:lang w:eastAsia="ko-KR"/>
        </w:rPr>
        <w:t xml:space="preserve">, Oracle </w:t>
      </w:r>
      <w:r>
        <w:rPr>
          <w:lang w:eastAsia="ko-KR"/>
        </w:rPr>
        <w:t>이상치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스마트컨트랙트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이벤트</w:t>
      </w:r>
      <w:r>
        <w:rPr>
          <w:lang w:eastAsia="ko-KR"/>
        </w:rPr>
        <w:t xml:space="preserve">, </w:t>
      </w:r>
      <w:r>
        <w:rPr>
          <w:lang w:eastAsia="ko-KR"/>
        </w:rPr>
        <w:t>규제상태</w:t>
      </w:r>
      <w:r>
        <w:rPr>
          <w:lang w:eastAsia="ko-KR"/>
        </w:rPr>
        <w:t>.</w:t>
      </w:r>
    </w:p>
    <w:p w14:paraId="2B1F5BE2" w14:textId="77777777" w:rsidR="00BF6820" w:rsidRDefault="00BF6820">
      <w:pPr>
        <w:rPr>
          <w:rFonts w:eastAsia="맑은 고딕"/>
          <w:lang w:eastAsia="ko-KR"/>
        </w:rPr>
      </w:pPr>
    </w:p>
    <w:p w14:paraId="173BE767" w14:textId="77777777" w:rsidR="00BD12AE" w:rsidRDefault="00000000">
      <w:pPr>
        <w:pStyle w:val="1"/>
      </w:pPr>
      <w:r>
        <w:t>8. Asset Universe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BD12AE" w14:paraId="1BE11BC4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70290FFD" w14:textId="77777777" w:rsidR="00BD12AE" w:rsidRDefault="00000000">
            <w:r>
              <w:rPr>
                <w:b/>
              </w:rPr>
              <w:t>Vertical</w:t>
            </w:r>
          </w:p>
        </w:tc>
        <w:tc>
          <w:tcPr>
            <w:tcW w:w="5112" w:type="dxa"/>
            <w:shd w:val="clear" w:color="auto" w:fill="DCE6F1"/>
          </w:tcPr>
          <w:p w14:paraId="7257583D" w14:textId="77777777" w:rsidR="00BD12AE" w:rsidRDefault="00000000">
            <w:r>
              <w:rPr>
                <w:b/>
              </w:rPr>
              <w:t>대상</w:t>
            </w:r>
          </w:p>
        </w:tc>
      </w:tr>
      <w:tr w:rsidR="00BD12AE" w14:paraId="504659AF" w14:textId="77777777">
        <w:trPr>
          <w:jc w:val="center"/>
        </w:trPr>
        <w:tc>
          <w:tcPr>
            <w:tcW w:w="5112" w:type="dxa"/>
          </w:tcPr>
          <w:p w14:paraId="25F2EE92" w14:textId="77777777" w:rsidR="00BD12AE" w:rsidRDefault="00000000">
            <w:r>
              <w:t>Real Estate</w:t>
            </w:r>
          </w:p>
        </w:tc>
        <w:tc>
          <w:tcPr>
            <w:tcW w:w="5112" w:type="dxa"/>
          </w:tcPr>
          <w:p w14:paraId="73B70BA3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수익형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부동산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호텔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리조트</w:t>
            </w:r>
          </w:p>
        </w:tc>
      </w:tr>
      <w:tr w:rsidR="00BD12AE" w14:paraId="023208E5" w14:textId="77777777">
        <w:trPr>
          <w:jc w:val="center"/>
        </w:trPr>
        <w:tc>
          <w:tcPr>
            <w:tcW w:w="5112" w:type="dxa"/>
          </w:tcPr>
          <w:p w14:paraId="35EB76F3" w14:textId="77777777" w:rsidR="00BD12AE" w:rsidRDefault="00000000">
            <w:r>
              <w:t>Gold/Resources</w:t>
            </w:r>
          </w:p>
        </w:tc>
        <w:tc>
          <w:tcPr>
            <w:tcW w:w="5112" w:type="dxa"/>
          </w:tcPr>
          <w:p w14:paraId="253F2318" w14:textId="77777777" w:rsidR="00BD12AE" w:rsidRDefault="00000000">
            <w:r>
              <w:t>금</w:t>
            </w:r>
            <w:r>
              <w:t>·</w:t>
            </w:r>
            <w:r>
              <w:t>광산</w:t>
            </w:r>
            <w:r>
              <w:t>·</w:t>
            </w:r>
            <w:r>
              <w:t>원자재</w:t>
            </w:r>
          </w:p>
        </w:tc>
      </w:tr>
      <w:tr w:rsidR="00BD12AE" w14:paraId="688441FD" w14:textId="77777777">
        <w:trPr>
          <w:jc w:val="center"/>
        </w:trPr>
        <w:tc>
          <w:tcPr>
            <w:tcW w:w="5112" w:type="dxa"/>
          </w:tcPr>
          <w:p w14:paraId="548BDD02" w14:textId="77777777" w:rsidR="00BD12AE" w:rsidRDefault="00000000">
            <w:r>
              <w:t>Art/Culture</w:t>
            </w:r>
          </w:p>
        </w:tc>
        <w:tc>
          <w:tcPr>
            <w:tcW w:w="5112" w:type="dxa"/>
          </w:tcPr>
          <w:p w14:paraId="14AA68D4" w14:textId="77777777" w:rsidR="00BD12AE" w:rsidRDefault="00000000">
            <w:r>
              <w:t>미술품</w:t>
            </w:r>
            <w:r>
              <w:t>·</w:t>
            </w:r>
            <w:r>
              <w:t>문화재</w:t>
            </w:r>
            <w:r>
              <w:t>·Collectibles</w:t>
            </w:r>
          </w:p>
        </w:tc>
      </w:tr>
      <w:tr w:rsidR="00BD12AE" w14:paraId="04F5321F" w14:textId="77777777">
        <w:trPr>
          <w:jc w:val="center"/>
        </w:trPr>
        <w:tc>
          <w:tcPr>
            <w:tcW w:w="5112" w:type="dxa"/>
          </w:tcPr>
          <w:p w14:paraId="34E470DC" w14:textId="77777777" w:rsidR="00BD12AE" w:rsidRDefault="00000000">
            <w:r>
              <w:t>K-Culture/IP</w:t>
            </w:r>
          </w:p>
        </w:tc>
        <w:tc>
          <w:tcPr>
            <w:tcW w:w="5112" w:type="dxa"/>
          </w:tcPr>
          <w:p w14:paraId="3ACA7B9E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공연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음원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영상</w:t>
            </w:r>
            <w:r>
              <w:rPr>
                <w:lang w:eastAsia="ko-KR"/>
              </w:rPr>
              <w:t>·IP</w:t>
            </w:r>
          </w:p>
        </w:tc>
      </w:tr>
      <w:tr w:rsidR="00BD12AE" w14:paraId="5C38B7A3" w14:textId="77777777">
        <w:trPr>
          <w:jc w:val="center"/>
        </w:trPr>
        <w:tc>
          <w:tcPr>
            <w:tcW w:w="5112" w:type="dxa"/>
          </w:tcPr>
          <w:p w14:paraId="4D907AF2" w14:textId="77777777" w:rsidR="00BD12AE" w:rsidRDefault="00000000">
            <w:r>
              <w:t>Smart Farm/SOC</w:t>
            </w:r>
          </w:p>
        </w:tc>
        <w:tc>
          <w:tcPr>
            <w:tcW w:w="5112" w:type="dxa"/>
          </w:tcPr>
          <w:p w14:paraId="3AC96BC8" w14:textId="77777777" w:rsidR="00BD12AE" w:rsidRDefault="00000000">
            <w:r>
              <w:t>스마트팜</w:t>
            </w:r>
            <w:r>
              <w:t>·</w:t>
            </w:r>
            <w:r>
              <w:t>인프라</w:t>
            </w:r>
          </w:p>
        </w:tc>
      </w:tr>
      <w:tr w:rsidR="00BD12AE" w14:paraId="3C129BB5" w14:textId="77777777">
        <w:trPr>
          <w:jc w:val="center"/>
        </w:trPr>
        <w:tc>
          <w:tcPr>
            <w:tcW w:w="5112" w:type="dxa"/>
          </w:tcPr>
          <w:p w14:paraId="06E9DC35" w14:textId="77777777" w:rsidR="00BD12AE" w:rsidRDefault="00000000">
            <w:r>
              <w:t>Corporate/Financial</w:t>
            </w:r>
          </w:p>
        </w:tc>
        <w:tc>
          <w:tcPr>
            <w:tcW w:w="5112" w:type="dxa"/>
          </w:tcPr>
          <w:p w14:paraId="54B1979F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주식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채권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기업자산</w:t>
            </w:r>
          </w:p>
        </w:tc>
      </w:tr>
    </w:tbl>
    <w:p w14:paraId="2B63E361" w14:textId="77777777" w:rsidR="004C72B1" w:rsidRDefault="004C72B1" w:rsidP="004C72B1">
      <w:pPr>
        <w:rPr>
          <w:rFonts w:eastAsia="맑은 고딕"/>
          <w:lang w:eastAsia="ko-KR"/>
        </w:rPr>
      </w:pPr>
    </w:p>
    <w:p w14:paraId="2F29A06D" w14:textId="77777777" w:rsidR="004C72B1" w:rsidRDefault="004C72B1" w:rsidP="004C72B1">
      <w:pPr>
        <w:rPr>
          <w:rFonts w:eastAsia="맑은 고딕"/>
          <w:lang w:eastAsia="ko-KR"/>
        </w:rPr>
      </w:pPr>
    </w:p>
    <w:p w14:paraId="7444F9E7" w14:textId="3216C8FF" w:rsidR="00BD12AE" w:rsidRPr="004C72B1" w:rsidRDefault="00000000" w:rsidP="004C72B1">
      <w:pPr>
        <w:rPr>
          <w:color w:val="365F91" w:themeColor="accent1" w:themeShade="BF"/>
          <w:sz w:val="28"/>
          <w:szCs w:val="28"/>
          <w:lang w:eastAsia="ko-KR"/>
        </w:rPr>
      </w:pPr>
      <w:r w:rsidRPr="004C72B1">
        <w:rPr>
          <w:color w:val="365F91" w:themeColor="accent1" w:themeShade="BF"/>
          <w:sz w:val="28"/>
          <w:szCs w:val="28"/>
          <w:lang w:eastAsia="ko-KR"/>
        </w:rPr>
        <w:t>9. Business Model</w:t>
      </w:r>
    </w:p>
    <w:p w14:paraId="15341A51" w14:textId="77777777" w:rsidR="00BD12AE" w:rsidRDefault="00000000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플</w:t>
      </w:r>
      <w:r>
        <w:rPr>
          <w:lang w:eastAsia="ko-KR"/>
        </w:rPr>
        <w:t>랫폼</w:t>
      </w:r>
      <w:r>
        <w:rPr>
          <w:lang w:eastAsia="ko-KR"/>
        </w:rPr>
        <w:t xml:space="preserve"> </w:t>
      </w:r>
      <w:r>
        <w:rPr>
          <w:lang w:eastAsia="ko-KR"/>
        </w:rPr>
        <w:t>등록</w:t>
      </w:r>
      <w:r>
        <w:rPr>
          <w:lang w:eastAsia="ko-KR"/>
        </w:rPr>
        <w:t>·</w:t>
      </w:r>
      <w:r>
        <w:rPr>
          <w:lang w:eastAsia="ko-KR"/>
        </w:rPr>
        <w:t>구조화</w:t>
      </w:r>
      <w:r>
        <w:rPr>
          <w:lang w:eastAsia="ko-KR"/>
        </w:rPr>
        <w:t xml:space="preserve"> </w:t>
      </w:r>
      <w:r>
        <w:rPr>
          <w:lang w:eastAsia="ko-KR"/>
        </w:rPr>
        <w:t>수수료</w:t>
      </w:r>
      <w:r>
        <w:rPr>
          <w:lang w:eastAsia="ko-KR"/>
        </w:rPr>
        <w:t xml:space="preserve">, </w:t>
      </w:r>
      <w:r>
        <w:rPr>
          <w:lang w:eastAsia="ko-KR"/>
        </w:rPr>
        <w:t>기술사용료</w:t>
      </w:r>
      <w:r>
        <w:rPr>
          <w:lang w:eastAsia="ko-KR"/>
        </w:rPr>
        <w:t xml:space="preserve">,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관리수수료</w:t>
      </w:r>
      <w:r>
        <w:rPr>
          <w:lang w:eastAsia="ko-KR"/>
        </w:rPr>
        <w:t xml:space="preserve">, </w:t>
      </w:r>
      <w:r>
        <w:rPr>
          <w:lang w:eastAsia="ko-KR"/>
        </w:rPr>
        <w:t>거래</w:t>
      </w:r>
      <w:r>
        <w:rPr>
          <w:lang w:eastAsia="ko-KR"/>
        </w:rPr>
        <w:t>/</w:t>
      </w:r>
      <w:r>
        <w:rPr>
          <w:lang w:eastAsia="ko-KR"/>
        </w:rPr>
        <w:t>정산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수익</w:t>
      </w:r>
      <w:r>
        <w:rPr>
          <w:lang w:eastAsia="ko-KR"/>
        </w:rPr>
        <w:t xml:space="preserve">, </w:t>
      </w:r>
      <w:r>
        <w:rPr>
          <w:lang w:eastAsia="ko-KR"/>
        </w:rPr>
        <w:t>데이터</w:t>
      </w:r>
      <w:r>
        <w:rPr>
          <w:lang w:eastAsia="ko-KR"/>
        </w:rPr>
        <w:t>·</w:t>
      </w:r>
      <w:proofErr w:type="spellStart"/>
      <w:r>
        <w:rPr>
          <w:lang w:eastAsia="ko-KR"/>
        </w:rPr>
        <w:t>리스크관리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서비스</w:t>
      </w:r>
      <w:r>
        <w:rPr>
          <w:lang w:eastAsia="ko-KR"/>
        </w:rPr>
        <w:t>, OTA·</w:t>
      </w:r>
      <w:r>
        <w:rPr>
          <w:lang w:eastAsia="ko-KR"/>
        </w:rPr>
        <w:t>콘텐츠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전략사업</w:t>
      </w:r>
      <w:r>
        <w:rPr>
          <w:lang w:eastAsia="ko-KR"/>
        </w:rPr>
        <w:t xml:space="preserve"> </w:t>
      </w:r>
      <w:r>
        <w:rPr>
          <w:lang w:eastAsia="ko-KR"/>
        </w:rPr>
        <w:t>매출을</w:t>
      </w:r>
      <w:r>
        <w:rPr>
          <w:lang w:eastAsia="ko-KR"/>
        </w:rPr>
        <w:t xml:space="preserve"> </w:t>
      </w:r>
      <w:r>
        <w:rPr>
          <w:lang w:eastAsia="ko-KR"/>
        </w:rPr>
        <w:t>조합한다</w:t>
      </w:r>
      <w:r>
        <w:rPr>
          <w:lang w:eastAsia="ko-KR"/>
        </w:rPr>
        <w:t>.</w:t>
      </w:r>
    </w:p>
    <w:p w14:paraId="27610897" w14:textId="6D2249A0" w:rsidR="00BD12AE" w:rsidRDefault="00000000">
      <w:pPr>
        <w:rPr>
          <w:lang w:eastAsia="ko-KR"/>
        </w:rPr>
      </w:pPr>
      <w:r>
        <w:rPr>
          <w:lang w:eastAsia="ko-KR"/>
        </w:rPr>
        <w:t>증권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금융투자업에</w:t>
      </w:r>
      <w:r>
        <w:rPr>
          <w:lang w:eastAsia="ko-KR"/>
        </w:rPr>
        <w:t xml:space="preserve"> </w:t>
      </w:r>
      <w:r>
        <w:rPr>
          <w:lang w:eastAsia="ko-KR"/>
        </w:rPr>
        <w:t>해당하는</w:t>
      </w:r>
      <w:r>
        <w:rPr>
          <w:lang w:eastAsia="ko-KR"/>
        </w:rPr>
        <w:t xml:space="preserve"> </w:t>
      </w:r>
      <w:r>
        <w:rPr>
          <w:lang w:eastAsia="ko-KR"/>
        </w:rPr>
        <w:t>수익모델은</w:t>
      </w:r>
      <w:r>
        <w:rPr>
          <w:lang w:eastAsia="ko-KR"/>
        </w:rPr>
        <w:t xml:space="preserve"> </w:t>
      </w:r>
      <w:r>
        <w:rPr>
          <w:lang w:eastAsia="ko-KR"/>
        </w:rPr>
        <w:t>자체</w:t>
      </w:r>
      <w:r>
        <w:rPr>
          <w:lang w:eastAsia="ko-KR"/>
        </w:rPr>
        <w:t xml:space="preserve"> </w:t>
      </w:r>
      <w:r>
        <w:rPr>
          <w:lang w:eastAsia="ko-KR"/>
        </w:rPr>
        <w:t>수행</w:t>
      </w:r>
      <w:r>
        <w:rPr>
          <w:lang w:eastAsia="ko-KR"/>
        </w:rPr>
        <w:t xml:space="preserve"> </w:t>
      </w:r>
      <w:r>
        <w:rPr>
          <w:lang w:eastAsia="ko-KR"/>
        </w:rPr>
        <w:t>여부와</w:t>
      </w:r>
      <w:r>
        <w:rPr>
          <w:lang w:eastAsia="ko-KR"/>
        </w:rPr>
        <w:t xml:space="preserve"> </w:t>
      </w:r>
      <w:r>
        <w:rPr>
          <w:lang w:eastAsia="ko-KR"/>
        </w:rPr>
        <w:t>인허가</w:t>
      </w:r>
      <w:r>
        <w:rPr>
          <w:lang w:eastAsia="ko-KR"/>
        </w:rPr>
        <w:t xml:space="preserve"> </w:t>
      </w:r>
      <w:r>
        <w:rPr>
          <w:lang w:eastAsia="ko-KR"/>
        </w:rPr>
        <w:t>필요성을</w:t>
      </w:r>
      <w:r>
        <w:rPr>
          <w:lang w:eastAsia="ko-KR"/>
        </w:rPr>
        <w:t xml:space="preserve"> </w:t>
      </w:r>
      <w:r>
        <w:rPr>
          <w:lang w:eastAsia="ko-KR"/>
        </w:rPr>
        <w:t>별도로</w:t>
      </w:r>
      <w:r>
        <w:rPr>
          <w:lang w:eastAsia="ko-KR"/>
        </w:rPr>
        <w:t xml:space="preserve"> </w:t>
      </w:r>
      <w:r>
        <w:rPr>
          <w:lang w:eastAsia="ko-KR"/>
        </w:rPr>
        <w:t>검토한다</w:t>
      </w:r>
      <w:r>
        <w:rPr>
          <w:lang w:eastAsia="ko-KR"/>
        </w:rPr>
        <w:t>.</w:t>
      </w:r>
    </w:p>
    <w:p w14:paraId="50935090" w14:textId="77777777" w:rsidR="00BD12AE" w:rsidRDefault="00000000">
      <w:pPr>
        <w:pStyle w:val="1"/>
      </w:pPr>
      <w:r>
        <w:lastRenderedPageBreak/>
        <w:t>10. Revenue Engine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BD12AE" w14:paraId="20BB6802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3E8677A2" w14:textId="77777777" w:rsidR="00BD12AE" w:rsidRDefault="00000000">
            <w:r>
              <w:rPr>
                <w:b/>
              </w:rPr>
              <w:t>수익원</w:t>
            </w:r>
          </w:p>
        </w:tc>
        <w:tc>
          <w:tcPr>
            <w:tcW w:w="5112" w:type="dxa"/>
            <w:shd w:val="clear" w:color="auto" w:fill="DCE6F1"/>
          </w:tcPr>
          <w:p w14:paraId="47A85B17" w14:textId="77777777" w:rsidR="00BD12AE" w:rsidRDefault="00000000">
            <w:r>
              <w:rPr>
                <w:b/>
              </w:rPr>
              <w:t>예시</w:t>
            </w:r>
          </w:p>
        </w:tc>
      </w:tr>
      <w:tr w:rsidR="00BD12AE" w14:paraId="0F44A641" w14:textId="77777777">
        <w:trPr>
          <w:jc w:val="center"/>
        </w:trPr>
        <w:tc>
          <w:tcPr>
            <w:tcW w:w="5112" w:type="dxa"/>
          </w:tcPr>
          <w:p w14:paraId="5091E8B8" w14:textId="77777777" w:rsidR="00BD12AE" w:rsidRDefault="00000000">
            <w:r>
              <w:t>Onboarding</w:t>
            </w:r>
          </w:p>
        </w:tc>
        <w:tc>
          <w:tcPr>
            <w:tcW w:w="5112" w:type="dxa"/>
          </w:tcPr>
          <w:p w14:paraId="0899CC70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자산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실사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등록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구조화</w:t>
            </w:r>
          </w:p>
        </w:tc>
      </w:tr>
      <w:tr w:rsidR="00BD12AE" w14:paraId="080DEA8B" w14:textId="77777777">
        <w:trPr>
          <w:jc w:val="center"/>
        </w:trPr>
        <w:tc>
          <w:tcPr>
            <w:tcW w:w="5112" w:type="dxa"/>
          </w:tcPr>
          <w:p w14:paraId="57AABC9E" w14:textId="77777777" w:rsidR="00BD12AE" w:rsidRDefault="00000000">
            <w:r>
              <w:t>Platform SaaS</w:t>
            </w:r>
          </w:p>
        </w:tc>
        <w:tc>
          <w:tcPr>
            <w:tcW w:w="5112" w:type="dxa"/>
          </w:tcPr>
          <w:p w14:paraId="4C12CB4B" w14:textId="77777777" w:rsidR="00BD12AE" w:rsidRDefault="00000000">
            <w:r>
              <w:t>기술</w:t>
            </w:r>
            <w:r>
              <w:t>·</w:t>
            </w:r>
            <w:r>
              <w:t>관리</w:t>
            </w:r>
            <w:r>
              <w:t xml:space="preserve"> </w:t>
            </w:r>
            <w:r>
              <w:t>사용료</w:t>
            </w:r>
          </w:p>
        </w:tc>
      </w:tr>
      <w:tr w:rsidR="00BD12AE" w14:paraId="4E372162" w14:textId="77777777">
        <w:trPr>
          <w:jc w:val="center"/>
        </w:trPr>
        <w:tc>
          <w:tcPr>
            <w:tcW w:w="5112" w:type="dxa"/>
          </w:tcPr>
          <w:p w14:paraId="18EB985C" w14:textId="77777777" w:rsidR="00BD12AE" w:rsidRDefault="00000000">
            <w:r>
              <w:t>Project Management</w:t>
            </w:r>
          </w:p>
        </w:tc>
        <w:tc>
          <w:tcPr>
            <w:tcW w:w="5112" w:type="dxa"/>
          </w:tcPr>
          <w:p w14:paraId="2140CE4D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SPV/RWA </w:t>
            </w:r>
            <w:r>
              <w:rPr>
                <w:lang w:eastAsia="ko-KR"/>
              </w:rPr>
              <w:t>운영관리</w:t>
            </w:r>
          </w:p>
        </w:tc>
      </w:tr>
      <w:tr w:rsidR="00BD12AE" w14:paraId="35ADBA90" w14:textId="77777777">
        <w:trPr>
          <w:jc w:val="center"/>
        </w:trPr>
        <w:tc>
          <w:tcPr>
            <w:tcW w:w="5112" w:type="dxa"/>
          </w:tcPr>
          <w:p w14:paraId="34089C65" w14:textId="77777777" w:rsidR="00BD12AE" w:rsidRDefault="00000000">
            <w:r>
              <w:t>Marketplace</w:t>
            </w:r>
          </w:p>
        </w:tc>
        <w:tc>
          <w:tcPr>
            <w:tcW w:w="5112" w:type="dxa"/>
          </w:tcPr>
          <w:p w14:paraId="4964A8D4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적법한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범위의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거래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정산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연계</w:t>
            </w:r>
          </w:p>
        </w:tc>
      </w:tr>
      <w:tr w:rsidR="00BD12AE" w14:paraId="3AD3FB35" w14:textId="77777777">
        <w:trPr>
          <w:jc w:val="center"/>
        </w:trPr>
        <w:tc>
          <w:tcPr>
            <w:tcW w:w="5112" w:type="dxa"/>
          </w:tcPr>
          <w:p w14:paraId="64DAEF37" w14:textId="77777777" w:rsidR="00BD12AE" w:rsidRDefault="00000000">
            <w:r>
              <w:t>Strategic Business</w:t>
            </w:r>
          </w:p>
        </w:tc>
        <w:tc>
          <w:tcPr>
            <w:tcW w:w="5112" w:type="dxa"/>
          </w:tcPr>
          <w:p w14:paraId="3E180711" w14:textId="77777777" w:rsidR="00BD12AE" w:rsidRDefault="00000000">
            <w:r>
              <w:t>OTA·K-Culture·</w:t>
            </w:r>
            <w:r>
              <w:t>글로벌</w:t>
            </w:r>
            <w:r>
              <w:t xml:space="preserve"> </w:t>
            </w:r>
            <w:r>
              <w:t>프로젝트</w:t>
            </w:r>
          </w:p>
        </w:tc>
      </w:tr>
    </w:tbl>
    <w:p w14:paraId="11753B3F" w14:textId="77777777" w:rsidR="00BF6820" w:rsidRPr="00AC6A94" w:rsidRDefault="00BF6820" w:rsidP="00BF6820">
      <w:pPr>
        <w:rPr>
          <w:rFonts w:eastAsia="맑은 고딕"/>
          <w:color w:val="17365D" w:themeColor="text2" w:themeShade="BF"/>
          <w:lang w:eastAsia="ko-KR"/>
        </w:rPr>
      </w:pPr>
    </w:p>
    <w:p w14:paraId="7A90FE24" w14:textId="2675D4E6" w:rsidR="00BD12AE" w:rsidRPr="00AC6A94" w:rsidRDefault="00000000" w:rsidP="00BF6820">
      <w:pPr>
        <w:rPr>
          <w:color w:val="365F91" w:themeColor="accent1" w:themeShade="BF"/>
          <w:sz w:val="28"/>
          <w:szCs w:val="28"/>
        </w:rPr>
      </w:pPr>
      <w:r w:rsidRPr="00AC6A94">
        <w:rPr>
          <w:color w:val="365F91" w:themeColor="accent1" w:themeShade="BF"/>
          <w:sz w:val="28"/>
          <w:szCs w:val="28"/>
        </w:rPr>
        <w:t>11. Dual-Market Strategy</w:t>
      </w:r>
    </w:p>
    <w:p w14:paraId="2772AC55" w14:textId="77777777" w:rsidR="00BD12AE" w:rsidRDefault="00000000">
      <w:pPr>
        <w:rPr>
          <w:lang w:eastAsia="ko-KR"/>
        </w:rPr>
      </w:pPr>
      <w:r>
        <w:rPr>
          <w:lang w:eastAsia="ko-KR"/>
        </w:rPr>
        <w:t>Equity Track</w:t>
      </w:r>
      <w:r>
        <w:rPr>
          <w:lang w:eastAsia="ko-KR"/>
        </w:rPr>
        <w:t>과</w:t>
      </w:r>
      <w:r>
        <w:rPr>
          <w:lang w:eastAsia="ko-KR"/>
        </w:rPr>
        <w:t xml:space="preserve"> Token Track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병렬</w:t>
      </w:r>
      <w:r>
        <w:rPr>
          <w:lang w:eastAsia="ko-KR"/>
        </w:rPr>
        <w:t xml:space="preserve"> </w:t>
      </w:r>
      <w:r>
        <w:rPr>
          <w:lang w:eastAsia="ko-KR"/>
        </w:rPr>
        <w:t>추진하되</w:t>
      </w:r>
      <w:r>
        <w:rPr>
          <w:lang w:eastAsia="ko-KR"/>
        </w:rPr>
        <w:t xml:space="preserve"> </w:t>
      </w:r>
      <w:r>
        <w:rPr>
          <w:lang w:eastAsia="ko-KR"/>
        </w:rPr>
        <w:t>법적</w:t>
      </w:r>
      <w:r>
        <w:rPr>
          <w:lang w:eastAsia="ko-KR"/>
        </w:rPr>
        <w:t xml:space="preserve"> </w:t>
      </w:r>
      <w:r>
        <w:rPr>
          <w:lang w:eastAsia="ko-KR"/>
        </w:rPr>
        <w:t>권리와</w:t>
      </w:r>
      <w:r>
        <w:rPr>
          <w:lang w:eastAsia="ko-KR"/>
        </w:rPr>
        <w:t xml:space="preserve"> </w:t>
      </w:r>
      <w:r>
        <w:rPr>
          <w:lang w:eastAsia="ko-KR"/>
        </w:rPr>
        <w:t>회계처리를</w:t>
      </w:r>
      <w:r>
        <w:rPr>
          <w:lang w:eastAsia="ko-KR"/>
        </w:rPr>
        <w:t xml:space="preserve"> </w:t>
      </w:r>
      <w:r>
        <w:rPr>
          <w:lang w:eastAsia="ko-KR"/>
        </w:rPr>
        <w:t>분리한다</w:t>
      </w:r>
      <w:r>
        <w:rPr>
          <w:lang w:eastAsia="ko-KR"/>
        </w:rPr>
        <w:t>.</w:t>
      </w:r>
    </w:p>
    <w:p w14:paraId="7549F917" w14:textId="77777777" w:rsidR="00BD12AE" w:rsidRDefault="00000000">
      <w:pPr>
        <w:rPr>
          <w:lang w:eastAsia="ko-KR"/>
        </w:rPr>
      </w:pPr>
      <w:r>
        <w:rPr>
          <w:lang w:eastAsia="ko-KR"/>
        </w:rPr>
        <w:t>'</w:t>
      </w:r>
      <w:r>
        <w:rPr>
          <w:lang w:eastAsia="ko-KR"/>
        </w:rPr>
        <w:t>동시</w:t>
      </w:r>
      <w:r>
        <w:rPr>
          <w:lang w:eastAsia="ko-KR"/>
        </w:rPr>
        <w:t xml:space="preserve"> </w:t>
      </w:r>
      <w:r>
        <w:rPr>
          <w:lang w:eastAsia="ko-KR"/>
        </w:rPr>
        <w:t>상장</w:t>
      </w:r>
      <w:r>
        <w:rPr>
          <w:lang w:eastAsia="ko-KR"/>
        </w:rPr>
        <w:t>'</w:t>
      </w:r>
      <w:r>
        <w:rPr>
          <w:lang w:eastAsia="ko-KR"/>
        </w:rPr>
        <w:t>은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권리를</w:t>
      </w:r>
      <w:r>
        <w:rPr>
          <w:lang w:eastAsia="ko-KR"/>
        </w:rPr>
        <w:t xml:space="preserve"> </w:t>
      </w:r>
      <w:r>
        <w:rPr>
          <w:lang w:eastAsia="ko-KR"/>
        </w:rPr>
        <w:t>두</w:t>
      </w:r>
      <w:r>
        <w:rPr>
          <w:lang w:eastAsia="ko-KR"/>
        </w:rPr>
        <w:t xml:space="preserve"> </w:t>
      </w:r>
      <w:r>
        <w:rPr>
          <w:lang w:eastAsia="ko-KR"/>
        </w:rPr>
        <w:t>시장에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중복상장한다는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뜻이</w:t>
      </w:r>
      <w:r>
        <w:rPr>
          <w:lang w:eastAsia="ko-KR"/>
        </w:rPr>
        <w:t xml:space="preserve"> </w:t>
      </w:r>
      <w:r>
        <w:rPr>
          <w:lang w:eastAsia="ko-KR"/>
        </w:rPr>
        <w:t>아니라</w:t>
      </w:r>
      <w:r>
        <w:rPr>
          <w:lang w:eastAsia="ko-KR"/>
        </w:rPr>
        <w:t xml:space="preserve"> </w:t>
      </w:r>
      <w:r>
        <w:rPr>
          <w:lang w:eastAsia="ko-KR"/>
        </w:rPr>
        <w:t>기업지분시장과</w:t>
      </w:r>
      <w:r>
        <w:rPr>
          <w:lang w:eastAsia="ko-KR"/>
        </w:rPr>
        <w:t xml:space="preserve"> </w:t>
      </w:r>
      <w:r>
        <w:rPr>
          <w:lang w:eastAsia="ko-KR"/>
        </w:rPr>
        <w:t>디지털자산시장에</w:t>
      </w:r>
      <w:r>
        <w:rPr>
          <w:lang w:eastAsia="ko-KR"/>
        </w:rPr>
        <w:t xml:space="preserve"> </w:t>
      </w:r>
      <w:r>
        <w:rPr>
          <w:lang w:eastAsia="ko-KR"/>
        </w:rPr>
        <w:t>각각</w:t>
      </w:r>
      <w:r>
        <w:rPr>
          <w:lang w:eastAsia="ko-KR"/>
        </w:rPr>
        <w:t xml:space="preserve"> </w:t>
      </w:r>
      <w:r>
        <w:rPr>
          <w:lang w:eastAsia="ko-KR"/>
        </w:rPr>
        <w:t>독립적인</w:t>
      </w:r>
      <w:r>
        <w:rPr>
          <w:lang w:eastAsia="ko-KR"/>
        </w:rPr>
        <w:t xml:space="preserve"> </w:t>
      </w:r>
      <w:r>
        <w:rPr>
          <w:lang w:eastAsia="ko-KR"/>
        </w:rPr>
        <w:t>상품이</w:t>
      </w:r>
      <w:r>
        <w:rPr>
          <w:lang w:eastAsia="ko-KR"/>
        </w:rPr>
        <w:t xml:space="preserve"> </w:t>
      </w:r>
      <w:r>
        <w:rPr>
          <w:lang w:eastAsia="ko-KR"/>
        </w:rPr>
        <w:t>진입하는</w:t>
      </w:r>
      <w:r>
        <w:rPr>
          <w:lang w:eastAsia="ko-KR"/>
        </w:rPr>
        <w:t xml:space="preserve"> </w:t>
      </w:r>
      <w:r>
        <w:rPr>
          <w:lang w:eastAsia="ko-KR"/>
        </w:rPr>
        <w:t>전략을</w:t>
      </w:r>
      <w:r>
        <w:rPr>
          <w:lang w:eastAsia="ko-KR"/>
        </w:rPr>
        <w:t xml:space="preserve"> </w:t>
      </w:r>
      <w:r>
        <w:rPr>
          <w:lang w:eastAsia="ko-KR"/>
        </w:rPr>
        <w:t>의미한다</w:t>
      </w:r>
      <w:r>
        <w:rPr>
          <w:lang w:eastAsia="ko-KR"/>
        </w:rPr>
        <w:t>.</w:t>
      </w:r>
    </w:p>
    <w:p w14:paraId="31E5DABF" w14:textId="67165DA5" w:rsidR="00BD12AE" w:rsidRDefault="00BD12AE">
      <w:pPr>
        <w:rPr>
          <w:lang w:eastAsia="ko-KR"/>
        </w:rPr>
      </w:pPr>
    </w:p>
    <w:p w14:paraId="5A05A0BC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12. Equity Track</w:t>
      </w:r>
    </w:p>
    <w:p w14:paraId="24F433DA" w14:textId="77777777" w:rsidR="00BD12AE" w:rsidRDefault="00000000">
      <w:pPr>
        <w:rPr>
          <w:lang w:eastAsia="ko-KR"/>
        </w:rPr>
      </w:pPr>
      <w:r>
        <w:rPr>
          <w:lang w:eastAsia="ko-KR"/>
        </w:rPr>
        <w:t>기관투자</w:t>
      </w:r>
      <w:r>
        <w:rPr>
          <w:lang w:eastAsia="ko-KR"/>
        </w:rPr>
        <w:t xml:space="preserve"> → </w:t>
      </w:r>
      <w:r>
        <w:rPr>
          <w:lang w:eastAsia="ko-KR"/>
        </w:rPr>
        <w:t>신주</w:t>
      </w:r>
      <w:r>
        <w:rPr>
          <w:lang w:eastAsia="ko-KR"/>
        </w:rPr>
        <w:t xml:space="preserve">/RCPS/CB </w:t>
      </w:r>
      <w:r>
        <w:rPr>
          <w:lang w:eastAsia="ko-KR"/>
        </w:rPr>
        <w:t>등</w:t>
      </w:r>
      <w:r>
        <w:rPr>
          <w:lang w:eastAsia="ko-KR"/>
        </w:rPr>
        <w:t xml:space="preserve"> → </w:t>
      </w:r>
      <w:r>
        <w:rPr>
          <w:lang w:eastAsia="ko-KR"/>
        </w:rPr>
        <w:t>성장</w:t>
      </w:r>
      <w:r>
        <w:rPr>
          <w:lang w:eastAsia="ko-KR"/>
        </w:rPr>
        <w:t>·</w:t>
      </w:r>
      <w:r>
        <w:rPr>
          <w:lang w:eastAsia="ko-KR"/>
        </w:rPr>
        <w:t>매출</w:t>
      </w:r>
      <w:r>
        <w:rPr>
          <w:lang w:eastAsia="ko-KR"/>
        </w:rPr>
        <w:t>·</w:t>
      </w:r>
      <w:r>
        <w:rPr>
          <w:lang w:eastAsia="ko-KR"/>
        </w:rPr>
        <w:t>내부통제</w:t>
      </w:r>
      <w:r>
        <w:rPr>
          <w:lang w:eastAsia="ko-KR"/>
        </w:rPr>
        <w:t xml:space="preserve"> </w:t>
      </w:r>
      <w:r>
        <w:rPr>
          <w:lang w:eastAsia="ko-KR"/>
        </w:rPr>
        <w:t>강화</w:t>
      </w:r>
      <w:r>
        <w:rPr>
          <w:lang w:eastAsia="ko-KR"/>
        </w:rPr>
        <w:t xml:space="preserve"> → Pre-IPO → </w:t>
      </w:r>
      <w:r>
        <w:rPr>
          <w:lang w:eastAsia="ko-KR"/>
        </w:rPr>
        <w:t>적합한</w:t>
      </w:r>
      <w:r>
        <w:rPr>
          <w:lang w:eastAsia="ko-KR"/>
        </w:rPr>
        <w:t xml:space="preserve"> </w:t>
      </w:r>
      <w:r>
        <w:rPr>
          <w:lang w:eastAsia="ko-KR"/>
        </w:rPr>
        <w:t>증권시장</w:t>
      </w:r>
      <w:r>
        <w:rPr>
          <w:lang w:eastAsia="ko-KR"/>
        </w:rPr>
        <w:t xml:space="preserve"> IPO </w:t>
      </w:r>
      <w:r>
        <w:rPr>
          <w:lang w:eastAsia="ko-KR"/>
        </w:rPr>
        <w:t>추진</w:t>
      </w:r>
      <w:r>
        <w:rPr>
          <w:lang w:eastAsia="ko-KR"/>
        </w:rPr>
        <w:t>.</w:t>
      </w:r>
    </w:p>
    <w:p w14:paraId="4775E6B8" w14:textId="77777777" w:rsidR="00BD12AE" w:rsidRDefault="00000000">
      <w:pPr>
        <w:rPr>
          <w:lang w:eastAsia="ko-KR"/>
        </w:rPr>
      </w:pPr>
      <w:r>
        <w:rPr>
          <w:lang w:eastAsia="ko-KR"/>
        </w:rPr>
        <w:t>투자계약에는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정보권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주요사항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동의권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후속투자</w:t>
      </w:r>
      <w:r>
        <w:rPr>
          <w:lang w:eastAsia="ko-KR"/>
        </w:rPr>
        <w:t>·</w:t>
      </w:r>
      <w:r>
        <w:rPr>
          <w:lang w:eastAsia="ko-KR"/>
        </w:rPr>
        <w:t>구주매각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보호예수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등을</w:t>
      </w:r>
      <w:r>
        <w:rPr>
          <w:lang w:eastAsia="ko-KR"/>
        </w:rPr>
        <w:t xml:space="preserve"> </w:t>
      </w:r>
      <w:r>
        <w:rPr>
          <w:lang w:eastAsia="ko-KR"/>
        </w:rPr>
        <w:t>협상한다</w:t>
      </w:r>
      <w:r>
        <w:rPr>
          <w:lang w:eastAsia="ko-KR"/>
        </w:rPr>
        <w:t>.</w:t>
      </w:r>
    </w:p>
    <w:p w14:paraId="11210759" w14:textId="77777777" w:rsidR="00BD12AE" w:rsidRDefault="00000000">
      <w:pPr>
        <w:rPr>
          <w:lang w:eastAsia="ko-KR"/>
        </w:rPr>
      </w:pPr>
      <w:r>
        <w:rPr>
          <w:lang w:eastAsia="ko-KR"/>
        </w:rPr>
        <w:t>상장시장과</w:t>
      </w:r>
      <w:r>
        <w:rPr>
          <w:lang w:eastAsia="ko-KR"/>
        </w:rPr>
        <w:t xml:space="preserve"> </w:t>
      </w:r>
      <w:r>
        <w:rPr>
          <w:lang w:eastAsia="ko-KR"/>
        </w:rPr>
        <w:t>일정은</w:t>
      </w:r>
      <w:r>
        <w:rPr>
          <w:lang w:eastAsia="ko-KR"/>
        </w:rPr>
        <w:t xml:space="preserve"> </w:t>
      </w:r>
      <w:r>
        <w:rPr>
          <w:lang w:eastAsia="ko-KR"/>
        </w:rPr>
        <w:t>상장주관사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거래소</w:t>
      </w:r>
      <w:r>
        <w:rPr>
          <w:lang w:eastAsia="ko-KR"/>
        </w:rPr>
        <w:t xml:space="preserve"> </w:t>
      </w:r>
      <w:r>
        <w:rPr>
          <w:lang w:eastAsia="ko-KR"/>
        </w:rPr>
        <w:t>요건</w:t>
      </w:r>
      <w:r>
        <w:rPr>
          <w:lang w:eastAsia="ko-KR"/>
        </w:rPr>
        <w:t xml:space="preserve"> </w:t>
      </w:r>
      <w:r>
        <w:rPr>
          <w:lang w:eastAsia="ko-KR"/>
        </w:rPr>
        <w:t>검토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확정한다</w:t>
      </w:r>
      <w:r>
        <w:rPr>
          <w:lang w:eastAsia="ko-KR"/>
        </w:rPr>
        <w:t>.</w:t>
      </w:r>
    </w:p>
    <w:p w14:paraId="62A74D25" w14:textId="77777777" w:rsidR="00BF6820" w:rsidRDefault="00BF6820">
      <w:pPr>
        <w:rPr>
          <w:rFonts w:eastAsia="맑은 고딕"/>
          <w:lang w:eastAsia="ko-KR"/>
        </w:rPr>
      </w:pPr>
    </w:p>
    <w:p w14:paraId="61D97ACC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13. Token Track</w:t>
      </w:r>
    </w:p>
    <w:p w14:paraId="6F48CB48" w14:textId="77777777" w:rsidR="00BD12AE" w:rsidRDefault="00000000">
      <w:pPr>
        <w:rPr>
          <w:lang w:eastAsia="ko-KR"/>
        </w:rPr>
      </w:pPr>
      <w:r>
        <w:rPr>
          <w:lang w:eastAsia="ko-KR"/>
        </w:rPr>
        <w:t>RWAHUB Utility Token</w:t>
      </w:r>
      <w:r>
        <w:rPr>
          <w:lang w:eastAsia="ko-KR"/>
        </w:rPr>
        <w:t>은</w:t>
      </w:r>
      <w:r>
        <w:rPr>
          <w:lang w:eastAsia="ko-KR"/>
        </w:rPr>
        <w:t xml:space="preserve"> </w:t>
      </w: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이용</w:t>
      </w:r>
      <w:r>
        <w:rPr>
          <w:lang w:eastAsia="ko-KR"/>
        </w:rPr>
        <w:t>·</w:t>
      </w:r>
      <w:r>
        <w:rPr>
          <w:lang w:eastAsia="ko-KR"/>
        </w:rPr>
        <w:t>결제</w:t>
      </w:r>
      <w:r>
        <w:rPr>
          <w:lang w:eastAsia="ko-KR"/>
        </w:rPr>
        <w:t>·</w:t>
      </w:r>
      <w:r>
        <w:rPr>
          <w:lang w:eastAsia="ko-KR"/>
        </w:rPr>
        <w:t>수수료</w:t>
      </w:r>
      <w:r>
        <w:rPr>
          <w:lang w:eastAsia="ko-KR"/>
        </w:rPr>
        <w:t>·</w:t>
      </w:r>
      <w:r>
        <w:rPr>
          <w:lang w:eastAsia="ko-KR"/>
        </w:rPr>
        <w:t>생태계</w:t>
      </w:r>
      <w:r>
        <w:rPr>
          <w:lang w:eastAsia="ko-KR"/>
        </w:rPr>
        <w:t xml:space="preserve"> </w:t>
      </w:r>
      <w:r>
        <w:rPr>
          <w:lang w:eastAsia="ko-KR"/>
        </w:rPr>
        <w:t>기능</w:t>
      </w:r>
      <w:r>
        <w:rPr>
          <w:lang w:eastAsia="ko-KR"/>
        </w:rPr>
        <w:t xml:space="preserve"> </w:t>
      </w:r>
      <w:r>
        <w:rPr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lang w:eastAsia="ko-KR"/>
        </w:rPr>
        <w:t>설계한다</w:t>
      </w:r>
      <w:r>
        <w:rPr>
          <w:lang w:eastAsia="ko-KR"/>
        </w:rPr>
        <w:t>.</w:t>
      </w:r>
    </w:p>
    <w:p w14:paraId="56AB8DEE" w14:textId="77777777" w:rsidR="00BD12AE" w:rsidRDefault="00000000">
      <w:pPr>
        <w:rPr>
          <w:lang w:eastAsia="ko-KR"/>
        </w:rPr>
      </w:pPr>
      <w:r>
        <w:rPr>
          <w:lang w:eastAsia="ko-KR"/>
        </w:rPr>
        <w:t>회사</w:t>
      </w:r>
      <w:r>
        <w:rPr>
          <w:lang w:eastAsia="ko-KR"/>
        </w:rPr>
        <w:t xml:space="preserve"> </w:t>
      </w:r>
      <w:r>
        <w:rPr>
          <w:lang w:eastAsia="ko-KR"/>
        </w:rPr>
        <w:t>주식의</w:t>
      </w:r>
      <w:r>
        <w:rPr>
          <w:lang w:eastAsia="ko-KR"/>
        </w:rPr>
        <w:t xml:space="preserve"> </w:t>
      </w:r>
      <w:r>
        <w:rPr>
          <w:lang w:eastAsia="ko-KR"/>
        </w:rPr>
        <w:t>의결권</w:t>
      </w:r>
      <w:r>
        <w:rPr>
          <w:lang w:eastAsia="ko-KR"/>
        </w:rPr>
        <w:t>·</w:t>
      </w:r>
      <w:proofErr w:type="spellStart"/>
      <w:r>
        <w:rPr>
          <w:lang w:eastAsia="ko-KR"/>
        </w:rPr>
        <w:t>배당권</w:t>
      </w:r>
      <w:proofErr w:type="spellEnd"/>
      <w:r>
        <w:rPr>
          <w:lang w:eastAsia="ko-KR"/>
        </w:rPr>
        <w:t>·</w:t>
      </w:r>
      <w:r>
        <w:rPr>
          <w:lang w:eastAsia="ko-KR"/>
        </w:rPr>
        <w:t>잔여재산분배권과</w:t>
      </w:r>
      <w:r>
        <w:rPr>
          <w:lang w:eastAsia="ko-KR"/>
        </w:rPr>
        <w:t xml:space="preserve"> </w:t>
      </w:r>
      <w:r>
        <w:rPr>
          <w:lang w:eastAsia="ko-KR"/>
        </w:rPr>
        <w:t>분리한다</w:t>
      </w:r>
      <w:r>
        <w:rPr>
          <w:lang w:eastAsia="ko-KR"/>
        </w:rPr>
        <w:t>.</w:t>
      </w:r>
    </w:p>
    <w:p w14:paraId="0E70B835" w14:textId="77777777" w:rsidR="00BD12AE" w:rsidRDefault="00000000">
      <w:pPr>
        <w:rPr>
          <w:lang w:eastAsia="ko-KR"/>
        </w:rPr>
      </w:pP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거래지원</w:t>
      </w:r>
      <w:r>
        <w:rPr>
          <w:lang w:eastAsia="ko-KR"/>
        </w:rPr>
        <w:t xml:space="preserve"> </w:t>
      </w:r>
      <w:r>
        <w:rPr>
          <w:lang w:eastAsia="ko-KR"/>
        </w:rPr>
        <w:t>여부와</w:t>
      </w:r>
      <w:r>
        <w:rPr>
          <w:lang w:eastAsia="ko-KR"/>
        </w:rPr>
        <w:t xml:space="preserve"> </w:t>
      </w:r>
      <w:r>
        <w:rPr>
          <w:lang w:eastAsia="ko-KR"/>
        </w:rPr>
        <w:t>가격은</w:t>
      </w:r>
      <w:r>
        <w:rPr>
          <w:lang w:eastAsia="ko-KR"/>
        </w:rPr>
        <w:t xml:space="preserve"> </w:t>
      </w:r>
      <w:r>
        <w:rPr>
          <w:lang w:eastAsia="ko-KR"/>
        </w:rPr>
        <w:t>거래소</w:t>
      </w:r>
      <w:r>
        <w:rPr>
          <w:lang w:eastAsia="ko-KR"/>
        </w:rPr>
        <w:t>·</w:t>
      </w:r>
      <w:r>
        <w:rPr>
          <w:lang w:eastAsia="ko-KR"/>
        </w:rPr>
        <w:t>시장에</w:t>
      </w:r>
      <w:r>
        <w:rPr>
          <w:lang w:eastAsia="ko-KR"/>
        </w:rPr>
        <w:t xml:space="preserve"> </w:t>
      </w:r>
      <w:r>
        <w:rPr>
          <w:lang w:eastAsia="ko-KR"/>
        </w:rPr>
        <w:t>의해</w:t>
      </w:r>
      <w:r>
        <w:rPr>
          <w:lang w:eastAsia="ko-KR"/>
        </w:rPr>
        <w:t xml:space="preserve"> </w:t>
      </w:r>
      <w:r>
        <w:rPr>
          <w:lang w:eastAsia="ko-KR"/>
        </w:rPr>
        <w:t>결정되므로</w:t>
      </w:r>
      <w:r>
        <w:rPr>
          <w:lang w:eastAsia="ko-KR"/>
        </w:rPr>
        <w:t xml:space="preserve"> </w:t>
      </w:r>
      <w:r>
        <w:rPr>
          <w:lang w:eastAsia="ko-KR"/>
        </w:rPr>
        <w:t>기관</w:t>
      </w:r>
      <w:r>
        <w:rPr>
          <w:lang w:eastAsia="ko-KR"/>
        </w:rPr>
        <w:t xml:space="preserve"> Exit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보장수단으로</w:t>
      </w:r>
      <w:r>
        <w:rPr>
          <w:lang w:eastAsia="ko-KR"/>
        </w:rPr>
        <w:t xml:space="preserve"> </w:t>
      </w:r>
      <w:r>
        <w:rPr>
          <w:lang w:eastAsia="ko-KR"/>
        </w:rPr>
        <w:t>사용하지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6E13412D" w14:textId="77777777" w:rsidR="00BF6820" w:rsidRDefault="00BF6820">
      <w:pPr>
        <w:rPr>
          <w:rFonts w:eastAsia="맑은 고딕"/>
          <w:lang w:eastAsia="ko-KR"/>
        </w:rPr>
      </w:pPr>
    </w:p>
    <w:p w14:paraId="5AD9E6C4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14. Tokenized Securities Track</w:t>
      </w:r>
    </w:p>
    <w:p w14:paraId="7476C850" w14:textId="77777777" w:rsidR="00BD12AE" w:rsidRDefault="00000000">
      <w:pPr>
        <w:rPr>
          <w:lang w:eastAsia="ko-KR"/>
        </w:rPr>
      </w:pPr>
      <w:r>
        <w:rPr>
          <w:lang w:eastAsia="ko-KR"/>
        </w:rPr>
        <w:t>2027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국내</w:t>
      </w:r>
      <w:r>
        <w:rPr>
          <w:lang w:eastAsia="ko-KR"/>
        </w:rPr>
        <w:t xml:space="preserve"> </w:t>
      </w:r>
      <w:r>
        <w:rPr>
          <w:lang w:eastAsia="ko-KR"/>
        </w:rPr>
        <w:t>토큰증권</w:t>
      </w:r>
      <w:r>
        <w:rPr>
          <w:lang w:eastAsia="ko-KR"/>
        </w:rPr>
        <w:t xml:space="preserve">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시행을</w:t>
      </w:r>
      <w:r>
        <w:rPr>
          <w:lang w:eastAsia="ko-KR"/>
        </w:rPr>
        <w:t xml:space="preserve"> </w:t>
      </w:r>
      <w:r>
        <w:rPr>
          <w:lang w:eastAsia="ko-KR"/>
        </w:rPr>
        <w:t>전제로</w:t>
      </w:r>
      <w:r>
        <w:rPr>
          <w:lang w:eastAsia="ko-KR"/>
        </w:rPr>
        <w:t xml:space="preserve"> </w:t>
      </w:r>
      <w:r>
        <w:rPr>
          <w:lang w:eastAsia="ko-KR"/>
        </w:rPr>
        <w:t>비상장주식</w:t>
      </w:r>
      <w:r>
        <w:rPr>
          <w:lang w:eastAsia="ko-KR"/>
        </w:rPr>
        <w:t xml:space="preserve"> </w:t>
      </w:r>
      <w:r>
        <w:rPr>
          <w:lang w:eastAsia="ko-KR"/>
        </w:rPr>
        <w:t>신탁방식</w:t>
      </w:r>
      <w:r>
        <w:rPr>
          <w:lang w:eastAsia="ko-KR"/>
        </w:rPr>
        <w:t xml:space="preserve">, </w:t>
      </w:r>
      <w:r>
        <w:rPr>
          <w:lang w:eastAsia="ko-KR"/>
        </w:rPr>
        <w:t>기관전용</w:t>
      </w:r>
      <w:r>
        <w:rPr>
          <w:lang w:eastAsia="ko-KR"/>
        </w:rPr>
        <w:t xml:space="preserve"> </w:t>
      </w:r>
      <w:r>
        <w:rPr>
          <w:lang w:eastAsia="ko-KR"/>
        </w:rPr>
        <w:t>사모사채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제도권</w:t>
      </w:r>
      <w:r>
        <w:rPr>
          <w:lang w:eastAsia="ko-KR"/>
        </w:rPr>
        <w:t xml:space="preserve"> </w:t>
      </w:r>
      <w:r>
        <w:rPr>
          <w:lang w:eastAsia="ko-KR"/>
        </w:rPr>
        <w:t>토큰화를</w:t>
      </w:r>
      <w:r>
        <w:rPr>
          <w:lang w:eastAsia="ko-KR"/>
        </w:rPr>
        <w:t xml:space="preserve"> </w:t>
      </w:r>
      <w:r>
        <w:rPr>
          <w:lang w:eastAsia="ko-KR"/>
        </w:rPr>
        <w:t>검토한다</w:t>
      </w:r>
      <w:r>
        <w:rPr>
          <w:lang w:eastAsia="ko-KR"/>
        </w:rPr>
        <w:t>.</w:t>
      </w:r>
    </w:p>
    <w:p w14:paraId="0BEFA079" w14:textId="77777777" w:rsidR="00BD12AE" w:rsidRDefault="00000000">
      <w:pPr>
        <w:rPr>
          <w:lang w:eastAsia="ko-KR"/>
        </w:rPr>
      </w:pPr>
      <w:r>
        <w:rPr>
          <w:lang w:eastAsia="ko-KR"/>
        </w:rPr>
        <w:t>토큰증권은</w:t>
      </w:r>
      <w:r>
        <w:rPr>
          <w:lang w:eastAsia="ko-KR"/>
        </w:rPr>
        <w:t xml:space="preserve"> '</w:t>
      </w:r>
      <w:r>
        <w:rPr>
          <w:lang w:eastAsia="ko-KR"/>
        </w:rPr>
        <w:t>증권의</w:t>
      </w:r>
      <w:r>
        <w:rPr>
          <w:lang w:eastAsia="ko-KR"/>
        </w:rPr>
        <w:t xml:space="preserve"> </w:t>
      </w:r>
      <w:r>
        <w:rPr>
          <w:lang w:eastAsia="ko-KR"/>
        </w:rPr>
        <w:t>형식</w:t>
      </w:r>
      <w:r>
        <w:rPr>
          <w:lang w:eastAsia="ko-KR"/>
        </w:rPr>
        <w:t>'</w:t>
      </w:r>
      <w:r>
        <w:rPr>
          <w:lang w:eastAsia="ko-KR"/>
        </w:rPr>
        <w:t>이므로</w:t>
      </w:r>
      <w:r>
        <w:rPr>
          <w:lang w:eastAsia="ko-KR"/>
        </w:rPr>
        <w:t xml:space="preserve"> </w:t>
      </w:r>
      <w:r>
        <w:rPr>
          <w:lang w:eastAsia="ko-KR"/>
        </w:rPr>
        <w:t>권리의</w:t>
      </w:r>
      <w:r>
        <w:rPr>
          <w:lang w:eastAsia="ko-KR"/>
        </w:rPr>
        <w:t xml:space="preserve"> </w:t>
      </w:r>
      <w:r>
        <w:rPr>
          <w:lang w:eastAsia="ko-KR"/>
        </w:rPr>
        <w:t>실질이</w:t>
      </w:r>
      <w:r>
        <w:rPr>
          <w:lang w:eastAsia="ko-KR"/>
        </w:rPr>
        <w:t xml:space="preserve"> </w:t>
      </w:r>
      <w:r>
        <w:rPr>
          <w:lang w:eastAsia="ko-KR"/>
        </w:rPr>
        <w:t>지분</w:t>
      </w:r>
      <w:r>
        <w:rPr>
          <w:lang w:eastAsia="ko-KR"/>
        </w:rPr>
        <w:t>·</w:t>
      </w:r>
      <w:r>
        <w:rPr>
          <w:lang w:eastAsia="ko-KR"/>
        </w:rPr>
        <w:t>채무</w:t>
      </w:r>
      <w:r>
        <w:rPr>
          <w:lang w:eastAsia="ko-KR"/>
        </w:rPr>
        <w:t>·</w:t>
      </w:r>
      <w:r>
        <w:rPr>
          <w:lang w:eastAsia="ko-KR"/>
        </w:rPr>
        <w:t>수익증권이면</w:t>
      </w:r>
      <w:r>
        <w:rPr>
          <w:lang w:eastAsia="ko-KR"/>
        </w:rPr>
        <w:t xml:space="preserve"> </w:t>
      </w:r>
      <w:r>
        <w:rPr>
          <w:lang w:eastAsia="ko-KR"/>
        </w:rPr>
        <w:t>해당</w:t>
      </w:r>
      <w:r>
        <w:rPr>
          <w:lang w:eastAsia="ko-KR"/>
        </w:rPr>
        <w:t xml:space="preserve"> </w:t>
      </w:r>
      <w:r>
        <w:rPr>
          <w:lang w:eastAsia="ko-KR"/>
        </w:rPr>
        <w:t>증권</w:t>
      </w:r>
      <w:r>
        <w:rPr>
          <w:lang w:eastAsia="ko-KR"/>
        </w:rPr>
        <w:t xml:space="preserve"> </w:t>
      </w:r>
      <w:r>
        <w:rPr>
          <w:lang w:eastAsia="ko-KR"/>
        </w:rPr>
        <w:t>규제가</w:t>
      </w:r>
      <w:r>
        <w:rPr>
          <w:lang w:eastAsia="ko-KR"/>
        </w:rPr>
        <w:t xml:space="preserve"> </w:t>
      </w:r>
      <w:r>
        <w:rPr>
          <w:lang w:eastAsia="ko-KR"/>
        </w:rPr>
        <w:t>적용된다</w:t>
      </w:r>
      <w:r>
        <w:rPr>
          <w:lang w:eastAsia="ko-KR"/>
        </w:rPr>
        <w:t>.</w:t>
      </w:r>
    </w:p>
    <w:p w14:paraId="02EBFBBB" w14:textId="77777777" w:rsidR="00BD12AE" w:rsidRDefault="00000000">
      <w:pPr>
        <w:rPr>
          <w:lang w:eastAsia="ko-KR"/>
        </w:rPr>
      </w:pPr>
      <w:r>
        <w:rPr>
          <w:lang w:eastAsia="ko-KR"/>
        </w:rPr>
        <w:t>RWAHUB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발행</w:t>
      </w:r>
      <w:r>
        <w:rPr>
          <w:lang w:eastAsia="ko-KR"/>
        </w:rPr>
        <w:t>·</w:t>
      </w:r>
      <w:r>
        <w:rPr>
          <w:lang w:eastAsia="ko-KR"/>
        </w:rPr>
        <w:t>유통</w:t>
      </w:r>
      <w:r>
        <w:rPr>
          <w:lang w:eastAsia="ko-KR"/>
        </w:rPr>
        <w:t xml:space="preserve"> </w:t>
      </w:r>
      <w:r>
        <w:rPr>
          <w:lang w:eastAsia="ko-KR"/>
        </w:rPr>
        <w:t>인프라</w:t>
      </w:r>
      <w:r>
        <w:rPr>
          <w:lang w:eastAsia="ko-KR"/>
        </w:rPr>
        <w:t xml:space="preserve"> </w:t>
      </w:r>
      <w:r>
        <w:rPr>
          <w:lang w:eastAsia="ko-KR"/>
        </w:rPr>
        <w:t>사업자와</w:t>
      </w:r>
      <w:r>
        <w:rPr>
          <w:lang w:eastAsia="ko-KR"/>
        </w:rPr>
        <w:t xml:space="preserve"> </w:t>
      </w:r>
      <w:r>
        <w:rPr>
          <w:lang w:eastAsia="ko-KR"/>
        </w:rPr>
        <w:t>제휴하는</w:t>
      </w:r>
      <w:r>
        <w:rPr>
          <w:lang w:eastAsia="ko-KR"/>
        </w:rPr>
        <w:t xml:space="preserve"> B2B </w:t>
      </w:r>
      <w:r>
        <w:rPr>
          <w:lang w:eastAsia="ko-KR"/>
        </w:rPr>
        <w:t>기술</w:t>
      </w:r>
      <w:r>
        <w:rPr>
          <w:lang w:eastAsia="ko-KR"/>
        </w:rPr>
        <w:t>·</w:t>
      </w:r>
      <w:r>
        <w:rPr>
          <w:lang w:eastAsia="ko-KR"/>
        </w:rPr>
        <w:t>상품</w:t>
      </w:r>
      <w:r>
        <w:rPr>
          <w:lang w:eastAsia="ko-KR"/>
        </w:rPr>
        <w:t xml:space="preserve"> </w:t>
      </w:r>
      <w:r>
        <w:rPr>
          <w:lang w:eastAsia="ko-KR"/>
        </w:rPr>
        <w:t>공급자</w:t>
      </w:r>
      <w:r>
        <w:rPr>
          <w:lang w:eastAsia="ko-KR"/>
        </w:rPr>
        <w:t xml:space="preserve"> </w:t>
      </w:r>
      <w:r>
        <w:rPr>
          <w:lang w:eastAsia="ko-KR"/>
        </w:rPr>
        <w:t>모델을</w:t>
      </w:r>
      <w:r>
        <w:rPr>
          <w:lang w:eastAsia="ko-KR"/>
        </w:rPr>
        <w:t xml:space="preserve"> </w:t>
      </w:r>
      <w:r>
        <w:rPr>
          <w:lang w:eastAsia="ko-KR"/>
        </w:rPr>
        <w:t>우선</w:t>
      </w:r>
      <w:r>
        <w:rPr>
          <w:lang w:eastAsia="ko-KR"/>
        </w:rPr>
        <w:t xml:space="preserve"> </w:t>
      </w:r>
      <w:r>
        <w:rPr>
          <w:lang w:eastAsia="ko-KR"/>
        </w:rPr>
        <w:t>검토한다</w:t>
      </w:r>
      <w:r>
        <w:rPr>
          <w:lang w:eastAsia="ko-KR"/>
        </w:rPr>
        <w:t>.</w:t>
      </w:r>
    </w:p>
    <w:p w14:paraId="3224EA22" w14:textId="7FC2E2D1" w:rsidR="00BD12AE" w:rsidRDefault="00BD12AE">
      <w:pPr>
        <w:rPr>
          <w:lang w:eastAsia="ko-KR"/>
        </w:rPr>
      </w:pPr>
    </w:p>
    <w:p w14:paraId="4D36F2D8" w14:textId="77777777" w:rsidR="00BD12AE" w:rsidRDefault="00000000">
      <w:pPr>
        <w:pStyle w:val="1"/>
      </w:pPr>
      <w:r>
        <w:lastRenderedPageBreak/>
        <w:t>15. Capital Architecture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3405"/>
        <w:gridCol w:w="3405"/>
        <w:gridCol w:w="3404"/>
      </w:tblGrid>
      <w:tr w:rsidR="00BD12AE" w14:paraId="7A466B61" w14:textId="77777777">
        <w:trPr>
          <w:jc w:val="center"/>
        </w:trPr>
        <w:tc>
          <w:tcPr>
            <w:tcW w:w="3408" w:type="dxa"/>
            <w:shd w:val="clear" w:color="auto" w:fill="DCE6F1"/>
          </w:tcPr>
          <w:p w14:paraId="500F26CE" w14:textId="77777777" w:rsidR="00BD12AE" w:rsidRDefault="00000000">
            <w:r>
              <w:rPr>
                <w:b/>
              </w:rPr>
              <w:t>Layer</w:t>
            </w:r>
          </w:p>
        </w:tc>
        <w:tc>
          <w:tcPr>
            <w:tcW w:w="3408" w:type="dxa"/>
            <w:shd w:val="clear" w:color="auto" w:fill="DCE6F1"/>
          </w:tcPr>
          <w:p w14:paraId="70507A9C" w14:textId="77777777" w:rsidR="00BD12AE" w:rsidRDefault="00000000">
            <w:r>
              <w:rPr>
                <w:b/>
              </w:rPr>
              <w:t>상품</w:t>
            </w:r>
            <w:r>
              <w:rPr>
                <w:b/>
              </w:rPr>
              <w:t>/</w:t>
            </w:r>
            <w:r>
              <w:rPr>
                <w:b/>
              </w:rPr>
              <w:t>권리</w:t>
            </w:r>
          </w:p>
        </w:tc>
        <w:tc>
          <w:tcPr>
            <w:tcW w:w="3408" w:type="dxa"/>
            <w:shd w:val="clear" w:color="auto" w:fill="DCE6F1"/>
          </w:tcPr>
          <w:p w14:paraId="5A7CA157" w14:textId="77777777" w:rsidR="00BD12AE" w:rsidRDefault="00000000">
            <w:r>
              <w:rPr>
                <w:b/>
              </w:rPr>
              <w:t>핵심</w:t>
            </w:r>
            <w:r>
              <w:rPr>
                <w:b/>
              </w:rPr>
              <w:t xml:space="preserve"> Exit</w:t>
            </w:r>
          </w:p>
        </w:tc>
      </w:tr>
      <w:tr w:rsidR="00BD12AE" w14:paraId="03949D84" w14:textId="77777777">
        <w:trPr>
          <w:jc w:val="center"/>
        </w:trPr>
        <w:tc>
          <w:tcPr>
            <w:tcW w:w="3408" w:type="dxa"/>
          </w:tcPr>
          <w:p w14:paraId="7A927433" w14:textId="77777777" w:rsidR="00BD12AE" w:rsidRDefault="00000000">
            <w:r>
              <w:t>Corporate</w:t>
            </w:r>
          </w:p>
        </w:tc>
        <w:tc>
          <w:tcPr>
            <w:tcW w:w="3408" w:type="dxa"/>
          </w:tcPr>
          <w:p w14:paraId="5F80D46B" w14:textId="77777777" w:rsidR="00BD12AE" w:rsidRDefault="00000000">
            <w:r>
              <w:t>주식</w:t>
            </w:r>
            <w:r>
              <w:t>·RCPS·CB</w:t>
            </w:r>
          </w:p>
        </w:tc>
        <w:tc>
          <w:tcPr>
            <w:tcW w:w="3408" w:type="dxa"/>
          </w:tcPr>
          <w:p w14:paraId="6C61EB81" w14:textId="77777777" w:rsidR="00BD12AE" w:rsidRDefault="00000000">
            <w:r>
              <w:t>IPO / Secondary / M&amp;A</w:t>
            </w:r>
          </w:p>
        </w:tc>
      </w:tr>
      <w:tr w:rsidR="00BD12AE" w14:paraId="3F4F4DBB" w14:textId="77777777">
        <w:trPr>
          <w:jc w:val="center"/>
        </w:trPr>
        <w:tc>
          <w:tcPr>
            <w:tcW w:w="3408" w:type="dxa"/>
          </w:tcPr>
          <w:p w14:paraId="776B88EC" w14:textId="77777777" w:rsidR="00BD12AE" w:rsidRDefault="00000000">
            <w:r>
              <w:t>Utility</w:t>
            </w:r>
          </w:p>
        </w:tc>
        <w:tc>
          <w:tcPr>
            <w:tcW w:w="3408" w:type="dxa"/>
          </w:tcPr>
          <w:p w14:paraId="7370B9DF" w14:textId="77777777" w:rsidR="00BD12AE" w:rsidRDefault="00000000">
            <w:r>
              <w:t>RWAHUB Token</w:t>
            </w:r>
          </w:p>
        </w:tc>
        <w:tc>
          <w:tcPr>
            <w:tcW w:w="3408" w:type="dxa"/>
          </w:tcPr>
          <w:p w14:paraId="46978ED5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생태계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유동성</w:t>
            </w:r>
            <w:r>
              <w:rPr>
                <w:lang w:eastAsia="ko-KR"/>
              </w:rPr>
              <w:t>(</w:t>
            </w:r>
            <w:r>
              <w:rPr>
                <w:lang w:eastAsia="ko-KR"/>
              </w:rPr>
              <w:t>보장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아님</w:t>
            </w:r>
            <w:r>
              <w:rPr>
                <w:lang w:eastAsia="ko-KR"/>
              </w:rPr>
              <w:t>)</w:t>
            </w:r>
          </w:p>
        </w:tc>
      </w:tr>
      <w:tr w:rsidR="00BD12AE" w14:paraId="57B9E0FF" w14:textId="77777777">
        <w:trPr>
          <w:jc w:val="center"/>
        </w:trPr>
        <w:tc>
          <w:tcPr>
            <w:tcW w:w="3408" w:type="dxa"/>
          </w:tcPr>
          <w:p w14:paraId="6065DC4B" w14:textId="77777777" w:rsidR="00BD12AE" w:rsidRDefault="00000000">
            <w:r>
              <w:t>Project</w:t>
            </w:r>
          </w:p>
        </w:tc>
        <w:tc>
          <w:tcPr>
            <w:tcW w:w="3408" w:type="dxa"/>
          </w:tcPr>
          <w:p w14:paraId="3EC10F86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SPV </w:t>
            </w:r>
            <w:r>
              <w:rPr>
                <w:lang w:eastAsia="ko-KR"/>
              </w:rPr>
              <w:t>지분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대출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증권</w:t>
            </w:r>
          </w:p>
        </w:tc>
        <w:tc>
          <w:tcPr>
            <w:tcW w:w="3408" w:type="dxa"/>
          </w:tcPr>
          <w:p w14:paraId="0F7D5F33" w14:textId="77777777" w:rsidR="00BD12AE" w:rsidRDefault="00000000">
            <w:r>
              <w:t>Cash Flow / Asset Sale</w:t>
            </w:r>
          </w:p>
        </w:tc>
      </w:tr>
      <w:tr w:rsidR="00BD12AE" w14:paraId="1110CF09" w14:textId="77777777">
        <w:trPr>
          <w:jc w:val="center"/>
        </w:trPr>
        <w:tc>
          <w:tcPr>
            <w:tcW w:w="3408" w:type="dxa"/>
          </w:tcPr>
          <w:p w14:paraId="10F97CB1" w14:textId="77777777" w:rsidR="00BD12AE" w:rsidRDefault="00000000">
            <w:r>
              <w:t>Security Token</w:t>
            </w:r>
          </w:p>
        </w:tc>
        <w:tc>
          <w:tcPr>
            <w:tcW w:w="3408" w:type="dxa"/>
          </w:tcPr>
          <w:p w14:paraId="4E3154E9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주식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채권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수익증권</w:t>
            </w:r>
          </w:p>
        </w:tc>
        <w:tc>
          <w:tcPr>
            <w:tcW w:w="3408" w:type="dxa"/>
          </w:tcPr>
          <w:p w14:paraId="55935AD7" w14:textId="77777777" w:rsidR="00BD12AE" w:rsidRDefault="00000000">
            <w:proofErr w:type="spellStart"/>
            <w:r>
              <w:t>제도권</w:t>
            </w:r>
            <w:proofErr w:type="spellEnd"/>
            <w:r>
              <w:t xml:space="preserve"> </w:t>
            </w:r>
            <w:proofErr w:type="spellStart"/>
            <w:r>
              <w:t>유통시장</w:t>
            </w:r>
            <w:proofErr w:type="spellEnd"/>
          </w:p>
        </w:tc>
      </w:tr>
    </w:tbl>
    <w:p w14:paraId="3DCFEBD0" w14:textId="77777777" w:rsidR="00BF6820" w:rsidRDefault="00BF6820" w:rsidP="00BF6820">
      <w:pPr>
        <w:rPr>
          <w:rFonts w:eastAsia="맑은 고딕"/>
          <w:lang w:eastAsia="ko-KR"/>
        </w:rPr>
      </w:pPr>
    </w:p>
    <w:p w14:paraId="48EB47B3" w14:textId="23F309E9" w:rsidR="00BD12AE" w:rsidRPr="00AC6A94" w:rsidRDefault="00000000" w:rsidP="00BF6820">
      <w:pPr>
        <w:rPr>
          <w:rFonts w:eastAsia="맑은 고딕"/>
          <w:color w:val="365F91" w:themeColor="accent1" w:themeShade="BF"/>
          <w:sz w:val="28"/>
          <w:szCs w:val="28"/>
          <w:lang w:eastAsia="ko-KR"/>
        </w:rPr>
      </w:pPr>
      <w:r w:rsidRPr="00AC6A94">
        <w:rPr>
          <w:color w:val="365F91" w:themeColor="accent1" w:themeShade="BF"/>
          <w:sz w:val="28"/>
          <w:szCs w:val="28"/>
        </w:rPr>
        <w:t>16. 200</w:t>
      </w:r>
      <w:r w:rsidRPr="00AC6A94">
        <w:rPr>
          <w:rFonts w:ascii="맑은 고딕" w:eastAsia="맑은 고딕" w:hAnsi="맑은 고딕" w:cs="맑은 고딕" w:hint="eastAsia"/>
          <w:color w:val="365F91" w:themeColor="accent1" w:themeShade="BF"/>
          <w:sz w:val="28"/>
          <w:szCs w:val="28"/>
        </w:rPr>
        <w:t>억원</w:t>
      </w:r>
      <w:r w:rsidRPr="00AC6A94">
        <w:rPr>
          <w:color w:val="365F91" w:themeColor="accent1" w:themeShade="BF"/>
          <w:sz w:val="28"/>
          <w:szCs w:val="28"/>
        </w:rPr>
        <w:t xml:space="preserve"> Investment Structure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3404"/>
        <w:gridCol w:w="3404"/>
        <w:gridCol w:w="3406"/>
      </w:tblGrid>
      <w:tr w:rsidR="00BD12AE" w14:paraId="4263E1BD" w14:textId="77777777">
        <w:trPr>
          <w:jc w:val="center"/>
        </w:trPr>
        <w:tc>
          <w:tcPr>
            <w:tcW w:w="3408" w:type="dxa"/>
            <w:shd w:val="clear" w:color="auto" w:fill="DCE6F1"/>
          </w:tcPr>
          <w:p w14:paraId="052A7D57" w14:textId="77777777" w:rsidR="00BD12AE" w:rsidRDefault="00000000">
            <w:r>
              <w:rPr>
                <w:rFonts w:ascii="맑은 고딕" w:eastAsia="맑은 고딕" w:hAnsi="맑은 고딕" w:cs="맑은 고딕" w:hint="eastAsia"/>
                <w:b/>
              </w:rPr>
              <w:t>영</w:t>
            </w:r>
            <w:r>
              <w:rPr>
                <w:b/>
              </w:rPr>
              <w:t>역</w:t>
            </w:r>
          </w:p>
        </w:tc>
        <w:tc>
          <w:tcPr>
            <w:tcW w:w="3408" w:type="dxa"/>
            <w:shd w:val="clear" w:color="auto" w:fill="DCE6F1"/>
          </w:tcPr>
          <w:p w14:paraId="4A1727E1" w14:textId="77777777" w:rsidR="00BD12AE" w:rsidRDefault="00000000">
            <w:r>
              <w:rPr>
                <w:b/>
              </w:rPr>
              <w:t>금액</w:t>
            </w:r>
          </w:p>
        </w:tc>
        <w:tc>
          <w:tcPr>
            <w:tcW w:w="3408" w:type="dxa"/>
            <w:shd w:val="clear" w:color="auto" w:fill="DCE6F1"/>
          </w:tcPr>
          <w:p w14:paraId="7561C232" w14:textId="77777777" w:rsidR="00BD12AE" w:rsidRDefault="00000000">
            <w:r>
              <w:rPr>
                <w:b/>
              </w:rPr>
              <w:t>목적</w:t>
            </w:r>
          </w:p>
        </w:tc>
      </w:tr>
      <w:tr w:rsidR="00BD12AE" w14:paraId="492E2435" w14:textId="77777777">
        <w:trPr>
          <w:jc w:val="center"/>
        </w:trPr>
        <w:tc>
          <w:tcPr>
            <w:tcW w:w="3408" w:type="dxa"/>
          </w:tcPr>
          <w:p w14:paraId="0CD7E6F4" w14:textId="77777777" w:rsidR="00BD12AE" w:rsidRDefault="00000000">
            <w:r>
              <w:t>Corporate Equity</w:t>
            </w:r>
          </w:p>
        </w:tc>
        <w:tc>
          <w:tcPr>
            <w:tcW w:w="3408" w:type="dxa"/>
          </w:tcPr>
          <w:p w14:paraId="51C3E991" w14:textId="77777777" w:rsidR="00BD12AE" w:rsidRDefault="00000000">
            <w:r>
              <w:t>100</w:t>
            </w:r>
            <w:r>
              <w:t>억원</w:t>
            </w:r>
          </w:p>
        </w:tc>
        <w:tc>
          <w:tcPr>
            <w:tcW w:w="3408" w:type="dxa"/>
          </w:tcPr>
          <w:p w14:paraId="63E45217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플랫폼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조직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글로벌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성장</w:t>
            </w:r>
          </w:p>
        </w:tc>
      </w:tr>
      <w:tr w:rsidR="00BD12AE" w14:paraId="509FDD85" w14:textId="77777777">
        <w:trPr>
          <w:jc w:val="center"/>
        </w:trPr>
        <w:tc>
          <w:tcPr>
            <w:tcW w:w="3408" w:type="dxa"/>
          </w:tcPr>
          <w:p w14:paraId="0A2FD5A8" w14:textId="77777777" w:rsidR="00BD12AE" w:rsidRDefault="00000000">
            <w:r>
              <w:t>RWA Project</w:t>
            </w:r>
          </w:p>
        </w:tc>
        <w:tc>
          <w:tcPr>
            <w:tcW w:w="3408" w:type="dxa"/>
          </w:tcPr>
          <w:p w14:paraId="68243DAF" w14:textId="77777777" w:rsidR="00BD12AE" w:rsidRDefault="00000000">
            <w:r>
              <w:t>60</w:t>
            </w:r>
            <w:r>
              <w:t>억원</w:t>
            </w:r>
          </w:p>
        </w:tc>
        <w:tc>
          <w:tcPr>
            <w:tcW w:w="3408" w:type="dxa"/>
          </w:tcPr>
          <w:p w14:paraId="515F507E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기초자산</w:t>
            </w:r>
            <w:r>
              <w:rPr>
                <w:lang w:eastAsia="ko-KR"/>
              </w:rPr>
              <w:t>/</w:t>
            </w:r>
            <w:r>
              <w:rPr>
                <w:lang w:eastAsia="ko-KR"/>
              </w:rPr>
              <w:t>프로젝트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자본</w:t>
            </w:r>
          </w:p>
        </w:tc>
      </w:tr>
      <w:tr w:rsidR="00BD12AE" w14:paraId="67FEC610" w14:textId="77777777">
        <w:trPr>
          <w:jc w:val="center"/>
        </w:trPr>
        <w:tc>
          <w:tcPr>
            <w:tcW w:w="3408" w:type="dxa"/>
          </w:tcPr>
          <w:p w14:paraId="200218CD" w14:textId="77777777" w:rsidR="00BD12AE" w:rsidRDefault="00000000">
            <w:r>
              <w:t>Strategic Growth</w:t>
            </w:r>
          </w:p>
        </w:tc>
        <w:tc>
          <w:tcPr>
            <w:tcW w:w="3408" w:type="dxa"/>
          </w:tcPr>
          <w:p w14:paraId="0B7E3004" w14:textId="77777777" w:rsidR="00BD12AE" w:rsidRDefault="00000000">
            <w:r>
              <w:t>40</w:t>
            </w:r>
            <w:r>
              <w:t>억원</w:t>
            </w:r>
          </w:p>
        </w:tc>
        <w:tc>
          <w:tcPr>
            <w:tcW w:w="3408" w:type="dxa"/>
          </w:tcPr>
          <w:p w14:paraId="0304BE22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OTA·</w:t>
            </w:r>
            <w:r>
              <w:rPr>
                <w:lang w:eastAsia="ko-KR"/>
              </w:rPr>
              <w:t>콘텐츠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해외사업</w:t>
            </w:r>
          </w:p>
        </w:tc>
      </w:tr>
      <w:tr w:rsidR="00BD12AE" w14:paraId="4016D047" w14:textId="77777777">
        <w:trPr>
          <w:jc w:val="center"/>
        </w:trPr>
        <w:tc>
          <w:tcPr>
            <w:tcW w:w="3408" w:type="dxa"/>
          </w:tcPr>
          <w:p w14:paraId="340137FF" w14:textId="77777777" w:rsidR="00BD12AE" w:rsidRDefault="00000000">
            <w:proofErr w:type="spellStart"/>
            <w:r>
              <w:t>합계</w:t>
            </w:r>
            <w:proofErr w:type="spellEnd"/>
          </w:p>
        </w:tc>
        <w:tc>
          <w:tcPr>
            <w:tcW w:w="3408" w:type="dxa"/>
          </w:tcPr>
          <w:p w14:paraId="2DCDF67F" w14:textId="77777777" w:rsidR="00BD12AE" w:rsidRDefault="00000000">
            <w:r>
              <w:t>200</w:t>
            </w:r>
            <w:r>
              <w:t>억원</w:t>
            </w:r>
          </w:p>
        </w:tc>
        <w:tc>
          <w:tcPr>
            <w:tcW w:w="3408" w:type="dxa"/>
          </w:tcPr>
          <w:p w14:paraId="51763D34" w14:textId="77777777" w:rsidR="00BD12AE" w:rsidRDefault="00000000">
            <w:r>
              <w:t>기준</w:t>
            </w:r>
            <w:r>
              <w:t xml:space="preserve"> </w:t>
            </w:r>
            <w:r>
              <w:t>시나리오</w:t>
            </w:r>
          </w:p>
        </w:tc>
      </w:tr>
    </w:tbl>
    <w:p w14:paraId="7FF15223" w14:textId="77777777" w:rsidR="00BF6820" w:rsidRDefault="00BF6820" w:rsidP="00BF6820">
      <w:pPr>
        <w:rPr>
          <w:rFonts w:eastAsia="맑은 고딕"/>
          <w:lang w:eastAsia="ko-KR"/>
        </w:rPr>
      </w:pPr>
    </w:p>
    <w:p w14:paraId="718F368C" w14:textId="77777777" w:rsidR="00BF6820" w:rsidRDefault="00BF6820" w:rsidP="00BF6820">
      <w:pPr>
        <w:rPr>
          <w:rFonts w:eastAsia="맑은 고딕"/>
          <w:lang w:eastAsia="ko-KR"/>
        </w:rPr>
      </w:pPr>
    </w:p>
    <w:p w14:paraId="487E33FB" w14:textId="67E905C5" w:rsidR="00BD12AE" w:rsidRPr="00AC6A94" w:rsidRDefault="00000000" w:rsidP="00BF6820">
      <w:pPr>
        <w:rPr>
          <w:color w:val="365F91" w:themeColor="accent1" w:themeShade="BF"/>
          <w:sz w:val="28"/>
          <w:szCs w:val="28"/>
        </w:rPr>
      </w:pPr>
      <w:r w:rsidRPr="00AC6A94">
        <w:rPr>
          <w:color w:val="365F91" w:themeColor="accent1" w:themeShade="BF"/>
          <w:sz w:val="28"/>
          <w:szCs w:val="28"/>
        </w:rPr>
        <w:t>17. Use of Proceeds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BD12AE" w14:paraId="5F3CA1F1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2C9CFF26" w14:textId="77777777" w:rsidR="00BD12AE" w:rsidRDefault="00000000">
            <w:r>
              <w:rPr>
                <w:rFonts w:ascii="맑은 고딕" w:eastAsia="맑은 고딕" w:hAnsi="맑은 고딕" w:cs="맑은 고딕" w:hint="eastAsia"/>
                <w:b/>
              </w:rPr>
              <w:t>분</w:t>
            </w:r>
            <w:r>
              <w:rPr>
                <w:b/>
              </w:rPr>
              <w:t>야</w:t>
            </w:r>
          </w:p>
        </w:tc>
        <w:tc>
          <w:tcPr>
            <w:tcW w:w="5112" w:type="dxa"/>
            <w:shd w:val="clear" w:color="auto" w:fill="DCE6F1"/>
          </w:tcPr>
          <w:p w14:paraId="1DF51BEA" w14:textId="77777777" w:rsidR="00BD12AE" w:rsidRDefault="00000000">
            <w:r>
              <w:rPr>
                <w:b/>
              </w:rPr>
              <w:t>200</w:t>
            </w:r>
            <w:r>
              <w:rPr>
                <w:b/>
              </w:rPr>
              <w:t>억원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기준</w:t>
            </w:r>
          </w:p>
        </w:tc>
      </w:tr>
      <w:tr w:rsidR="00BD12AE" w14:paraId="61517427" w14:textId="77777777">
        <w:trPr>
          <w:jc w:val="center"/>
        </w:trPr>
        <w:tc>
          <w:tcPr>
            <w:tcW w:w="5112" w:type="dxa"/>
          </w:tcPr>
          <w:p w14:paraId="341D94C3" w14:textId="77777777" w:rsidR="00BD12AE" w:rsidRDefault="00000000">
            <w:r>
              <w:t>플랫폼</w:t>
            </w:r>
            <w:r>
              <w:t xml:space="preserve"> </w:t>
            </w:r>
            <w:r>
              <w:t>고도화</w:t>
            </w:r>
          </w:p>
        </w:tc>
        <w:tc>
          <w:tcPr>
            <w:tcW w:w="5112" w:type="dxa"/>
          </w:tcPr>
          <w:p w14:paraId="6DE0BA21" w14:textId="77777777" w:rsidR="00BD12AE" w:rsidRDefault="00000000">
            <w:r>
              <w:t>40</w:t>
            </w:r>
            <w:r>
              <w:t>억원</w:t>
            </w:r>
          </w:p>
        </w:tc>
      </w:tr>
      <w:tr w:rsidR="00BD12AE" w14:paraId="58E9770E" w14:textId="77777777">
        <w:trPr>
          <w:jc w:val="center"/>
        </w:trPr>
        <w:tc>
          <w:tcPr>
            <w:tcW w:w="5112" w:type="dxa"/>
          </w:tcPr>
          <w:p w14:paraId="0CE1F93A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규제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법률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컴플라이언스</w:t>
            </w:r>
          </w:p>
        </w:tc>
        <w:tc>
          <w:tcPr>
            <w:tcW w:w="5112" w:type="dxa"/>
          </w:tcPr>
          <w:p w14:paraId="5422DF9D" w14:textId="77777777" w:rsidR="00BD12AE" w:rsidRDefault="00000000">
            <w:r>
              <w:t>30</w:t>
            </w:r>
            <w:r>
              <w:t>억원</w:t>
            </w:r>
          </w:p>
        </w:tc>
      </w:tr>
      <w:tr w:rsidR="00BD12AE" w14:paraId="06B362E3" w14:textId="77777777">
        <w:trPr>
          <w:jc w:val="center"/>
        </w:trPr>
        <w:tc>
          <w:tcPr>
            <w:tcW w:w="5112" w:type="dxa"/>
          </w:tcPr>
          <w:p w14:paraId="0F8938F1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RWA </w:t>
            </w:r>
            <w:r>
              <w:rPr>
                <w:lang w:eastAsia="ko-KR"/>
              </w:rPr>
              <w:t>자산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확보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실사</w:t>
            </w:r>
          </w:p>
        </w:tc>
        <w:tc>
          <w:tcPr>
            <w:tcW w:w="5112" w:type="dxa"/>
          </w:tcPr>
          <w:p w14:paraId="1E5A3BC3" w14:textId="77777777" w:rsidR="00BD12AE" w:rsidRDefault="00000000">
            <w:r>
              <w:t>40</w:t>
            </w:r>
            <w:r>
              <w:t>억원</w:t>
            </w:r>
          </w:p>
        </w:tc>
      </w:tr>
      <w:tr w:rsidR="00BD12AE" w14:paraId="73E3F0A9" w14:textId="77777777">
        <w:trPr>
          <w:jc w:val="center"/>
        </w:trPr>
        <w:tc>
          <w:tcPr>
            <w:tcW w:w="5112" w:type="dxa"/>
          </w:tcPr>
          <w:p w14:paraId="2AE5570A" w14:textId="77777777" w:rsidR="00BD12AE" w:rsidRDefault="00000000">
            <w:r>
              <w:t>OTA</w:t>
            </w:r>
          </w:p>
        </w:tc>
        <w:tc>
          <w:tcPr>
            <w:tcW w:w="5112" w:type="dxa"/>
          </w:tcPr>
          <w:p w14:paraId="3B48D36E" w14:textId="77777777" w:rsidR="00BD12AE" w:rsidRDefault="00000000">
            <w:r>
              <w:t>30</w:t>
            </w:r>
            <w:r>
              <w:t>억원</w:t>
            </w:r>
          </w:p>
        </w:tc>
      </w:tr>
      <w:tr w:rsidR="00BD12AE" w14:paraId="19CD92C2" w14:textId="77777777">
        <w:trPr>
          <w:jc w:val="center"/>
        </w:trPr>
        <w:tc>
          <w:tcPr>
            <w:tcW w:w="5112" w:type="dxa"/>
          </w:tcPr>
          <w:p w14:paraId="0A946B19" w14:textId="77777777" w:rsidR="00BD12AE" w:rsidRDefault="00000000">
            <w:r>
              <w:t>AGOS·Oracle·</w:t>
            </w:r>
            <w:r>
              <w:t>보안</w:t>
            </w:r>
          </w:p>
        </w:tc>
        <w:tc>
          <w:tcPr>
            <w:tcW w:w="5112" w:type="dxa"/>
          </w:tcPr>
          <w:p w14:paraId="7ADD608A" w14:textId="77777777" w:rsidR="00BD12AE" w:rsidRDefault="00000000">
            <w:r>
              <w:t>20</w:t>
            </w:r>
            <w:r>
              <w:t>억원</w:t>
            </w:r>
          </w:p>
        </w:tc>
      </w:tr>
      <w:tr w:rsidR="00BD12AE" w14:paraId="6669832C" w14:textId="77777777">
        <w:trPr>
          <w:jc w:val="center"/>
        </w:trPr>
        <w:tc>
          <w:tcPr>
            <w:tcW w:w="5112" w:type="dxa"/>
          </w:tcPr>
          <w:p w14:paraId="7E83E36E" w14:textId="77777777" w:rsidR="00BD12AE" w:rsidRDefault="00000000">
            <w:r>
              <w:t>해외사업</w:t>
            </w:r>
          </w:p>
        </w:tc>
        <w:tc>
          <w:tcPr>
            <w:tcW w:w="5112" w:type="dxa"/>
          </w:tcPr>
          <w:p w14:paraId="24B8F3B1" w14:textId="77777777" w:rsidR="00BD12AE" w:rsidRDefault="00000000">
            <w:r>
              <w:t>20</w:t>
            </w:r>
            <w:r>
              <w:t>억원</w:t>
            </w:r>
          </w:p>
        </w:tc>
      </w:tr>
      <w:tr w:rsidR="00BD12AE" w14:paraId="24673E0D" w14:textId="77777777">
        <w:trPr>
          <w:jc w:val="center"/>
        </w:trPr>
        <w:tc>
          <w:tcPr>
            <w:tcW w:w="5112" w:type="dxa"/>
          </w:tcPr>
          <w:p w14:paraId="78DA1FD3" w14:textId="77777777" w:rsidR="00BD12AE" w:rsidRDefault="00000000">
            <w:r>
              <w:t>기관영업</w:t>
            </w:r>
          </w:p>
        </w:tc>
        <w:tc>
          <w:tcPr>
            <w:tcW w:w="5112" w:type="dxa"/>
          </w:tcPr>
          <w:p w14:paraId="6303D09F" w14:textId="77777777" w:rsidR="00BD12AE" w:rsidRDefault="00000000">
            <w:r>
              <w:t>10</w:t>
            </w:r>
            <w:r>
              <w:t>억원</w:t>
            </w:r>
          </w:p>
        </w:tc>
      </w:tr>
      <w:tr w:rsidR="00BD12AE" w14:paraId="4609A0D3" w14:textId="77777777">
        <w:trPr>
          <w:jc w:val="center"/>
        </w:trPr>
        <w:tc>
          <w:tcPr>
            <w:tcW w:w="5112" w:type="dxa"/>
          </w:tcPr>
          <w:p w14:paraId="27C44DD8" w14:textId="77777777" w:rsidR="00BD12AE" w:rsidRDefault="00000000">
            <w:r>
              <w:t>예비비</w:t>
            </w:r>
          </w:p>
        </w:tc>
        <w:tc>
          <w:tcPr>
            <w:tcW w:w="5112" w:type="dxa"/>
          </w:tcPr>
          <w:p w14:paraId="30EB1822" w14:textId="77777777" w:rsidR="00BD12AE" w:rsidRDefault="00000000">
            <w:r>
              <w:t>10</w:t>
            </w:r>
            <w:r>
              <w:t>억원</w:t>
            </w:r>
          </w:p>
        </w:tc>
      </w:tr>
    </w:tbl>
    <w:p w14:paraId="0AB4719B" w14:textId="77777777" w:rsidR="004C72B1" w:rsidRDefault="004C72B1" w:rsidP="004C72B1">
      <w:pPr>
        <w:rPr>
          <w:rFonts w:eastAsia="맑은 고딕"/>
          <w:lang w:eastAsia="ko-KR"/>
        </w:rPr>
      </w:pPr>
    </w:p>
    <w:p w14:paraId="0D3EA604" w14:textId="2BC048C5" w:rsidR="00BD12AE" w:rsidRPr="004C72B1" w:rsidRDefault="00000000" w:rsidP="004C72B1">
      <w:pPr>
        <w:rPr>
          <w:color w:val="365F91" w:themeColor="accent1" w:themeShade="BF"/>
          <w:sz w:val="28"/>
          <w:szCs w:val="28"/>
        </w:rPr>
      </w:pPr>
      <w:r w:rsidRPr="004C72B1">
        <w:rPr>
          <w:color w:val="365F91" w:themeColor="accent1" w:themeShade="BF"/>
          <w:sz w:val="28"/>
          <w:szCs w:val="28"/>
        </w:rPr>
        <w:t>18. Pre/Post Money Framework</w:t>
      </w:r>
    </w:p>
    <w:p w14:paraId="3773AD36" w14:textId="77777777" w:rsidR="00BD12AE" w:rsidRDefault="00000000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실</w:t>
      </w:r>
      <w:r>
        <w:rPr>
          <w:lang w:eastAsia="ko-KR"/>
        </w:rPr>
        <w:t>제</w:t>
      </w:r>
      <w:r>
        <w:rPr>
          <w:lang w:eastAsia="ko-KR"/>
        </w:rPr>
        <w:t xml:space="preserve"> </w:t>
      </w:r>
      <w:r>
        <w:rPr>
          <w:lang w:eastAsia="ko-KR"/>
        </w:rPr>
        <w:t>기업가치는</w:t>
      </w:r>
      <w:r>
        <w:rPr>
          <w:lang w:eastAsia="ko-KR"/>
        </w:rPr>
        <w:t xml:space="preserve"> </w:t>
      </w:r>
      <w:r>
        <w:rPr>
          <w:lang w:eastAsia="ko-KR"/>
        </w:rPr>
        <w:t>재무제표</w:t>
      </w:r>
      <w:r>
        <w:rPr>
          <w:lang w:eastAsia="ko-KR"/>
        </w:rPr>
        <w:t xml:space="preserve">, IP, </w:t>
      </w:r>
      <w:r>
        <w:rPr>
          <w:lang w:eastAsia="ko-KR"/>
        </w:rPr>
        <w:t>사용자</w:t>
      </w:r>
      <w:r>
        <w:rPr>
          <w:lang w:eastAsia="ko-KR"/>
        </w:rPr>
        <w:t>·</w:t>
      </w:r>
      <w:r>
        <w:rPr>
          <w:lang w:eastAsia="ko-KR"/>
        </w:rPr>
        <w:t>거래</w:t>
      </w:r>
      <w:r>
        <w:rPr>
          <w:lang w:eastAsia="ko-KR"/>
        </w:rPr>
        <w:t xml:space="preserve"> </w:t>
      </w:r>
      <w:r>
        <w:rPr>
          <w:lang w:eastAsia="ko-KR"/>
        </w:rPr>
        <w:t>데이터</w:t>
      </w:r>
      <w:r>
        <w:rPr>
          <w:lang w:eastAsia="ko-KR"/>
        </w:rPr>
        <w:t xml:space="preserve">, </w:t>
      </w:r>
      <w:r>
        <w:rPr>
          <w:lang w:eastAsia="ko-KR"/>
        </w:rPr>
        <w:t>자산</w:t>
      </w:r>
      <w:r>
        <w:rPr>
          <w:lang w:eastAsia="ko-KR"/>
        </w:rPr>
        <w:t xml:space="preserve"> </w:t>
      </w:r>
      <w:r>
        <w:rPr>
          <w:lang w:eastAsia="ko-KR"/>
        </w:rPr>
        <w:t>파이프라인</w:t>
      </w:r>
      <w:r>
        <w:rPr>
          <w:lang w:eastAsia="ko-KR"/>
        </w:rPr>
        <w:t xml:space="preserve">, </w:t>
      </w:r>
      <w:r>
        <w:rPr>
          <w:lang w:eastAsia="ko-KR"/>
        </w:rPr>
        <w:t>계약의</w:t>
      </w:r>
      <w:r>
        <w:rPr>
          <w:lang w:eastAsia="ko-KR"/>
        </w:rPr>
        <w:t xml:space="preserve"> </w:t>
      </w:r>
      <w:r>
        <w:rPr>
          <w:lang w:eastAsia="ko-KR"/>
        </w:rPr>
        <w:t>구속력</w:t>
      </w:r>
      <w:r>
        <w:rPr>
          <w:lang w:eastAsia="ko-KR"/>
        </w:rPr>
        <w:t xml:space="preserve">, </w:t>
      </w:r>
      <w:r>
        <w:rPr>
          <w:lang w:eastAsia="ko-KR"/>
        </w:rPr>
        <w:t>규제준비도에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DD </w:t>
      </w:r>
      <w:r>
        <w:rPr>
          <w:lang w:eastAsia="ko-KR"/>
        </w:rPr>
        <w:t>이후</w:t>
      </w:r>
      <w:r>
        <w:rPr>
          <w:lang w:eastAsia="ko-KR"/>
        </w:rPr>
        <w:t xml:space="preserve"> </w:t>
      </w:r>
      <w:r>
        <w:rPr>
          <w:lang w:eastAsia="ko-KR"/>
        </w:rPr>
        <w:t>협상한다</w:t>
      </w:r>
      <w:r>
        <w:rPr>
          <w:lang w:eastAsia="ko-KR"/>
        </w:rPr>
        <w:t>.</w:t>
      </w:r>
    </w:p>
    <w:p w14:paraId="6BC8CE93" w14:textId="77777777" w:rsidR="00BD12AE" w:rsidRDefault="00000000">
      <w:pPr>
        <w:rPr>
          <w:lang w:eastAsia="ko-KR"/>
        </w:rPr>
      </w:pPr>
      <w:r>
        <w:rPr>
          <w:lang w:eastAsia="ko-KR"/>
        </w:rPr>
        <w:t xml:space="preserve">IR </w:t>
      </w:r>
      <w:r>
        <w:rPr>
          <w:lang w:eastAsia="ko-KR"/>
        </w:rPr>
        <w:t>문서에는</w:t>
      </w:r>
      <w:r>
        <w:rPr>
          <w:lang w:eastAsia="ko-KR"/>
        </w:rPr>
        <w:t xml:space="preserve"> </w:t>
      </w:r>
      <w:r>
        <w:rPr>
          <w:lang w:eastAsia="ko-KR"/>
        </w:rPr>
        <w:t>근거</w:t>
      </w:r>
      <w:r>
        <w:rPr>
          <w:lang w:eastAsia="ko-KR"/>
        </w:rPr>
        <w:t xml:space="preserve"> </w:t>
      </w:r>
      <w:r>
        <w:rPr>
          <w:lang w:eastAsia="ko-KR"/>
        </w:rPr>
        <w:t>없는</w:t>
      </w:r>
      <w:r>
        <w:rPr>
          <w:lang w:eastAsia="ko-KR"/>
        </w:rPr>
        <w:t xml:space="preserve"> </w:t>
      </w:r>
      <w:r>
        <w:rPr>
          <w:lang w:eastAsia="ko-KR"/>
        </w:rPr>
        <w:t>확정</w:t>
      </w:r>
      <w:r>
        <w:rPr>
          <w:lang w:eastAsia="ko-KR"/>
        </w:rPr>
        <w:t xml:space="preserve"> Valuation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제시하지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 xml:space="preserve"> </w:t>
      </w:r>
      <w:r>
        <w:rPr>
          <w:lang w:eastAsia="ko-KR"/>
        </w:rPr>
        <w:t>투자금액별</w:t>
      </w:r>
      <w:r>
        <w:rPr>
          <w:lang w:eastAsia="ko-KR"/>
        </w:rPr>
        <w:t xml:space="preserve"> </w:t>
      </w:r>
      <w:r>
        <w:rPr>
          <w:lang w:eastAsia="ko-KR"/>
        </w:rPr>
        <w:t>희석률</w:t>
      </w:r>
      <w:r>
        <w:rPr>
          <w:lang w:eastAsia="ko-KR"/>
        </w:rPr>
        <w:t xml:space="preserve"> </w:t>
      </w:r>
      <w:r>
        <w:rPr>
          <w:lang w:eastAsia="ko-KR"/>
        </w:rPr>
        <w:t>시나리오를</w:t>
      </w:r>
      <w:r>
        <w:rPr>
          <w:lang w:eastAsia="ko-KR"/>
        </w:rPr>
        <w:t xml:space="preserve"> </w:t>
      </w:r>
      <w:r>
        <w:rPr>
          <w:lang w:eastAsia="ko-KR"/>
        </w:rPr>
        <w:t>별첨</w:t>
      </w:r>
      <w:r>
        <w:rPr>
          <w:lang w:eastAsia="ko-KR"/>
        </w:rPr>
        <w:t xml:space="preserve"> Cap Table</w:t>
      </w:r>
      <w:r>
        <w:rPr>
          <w:lang w:eastAsia="ko-KR"/>
        </w:rPr>
        <w:t>에서</w:t>
      </w:r>
      <w:r>
        <w:rPr>
          <w:lang w:eastAsia="ko-KR"/>
        </w:rPr>
        <w:t xml:space="preserve"> </w:t>
      </w:r>
      <w:r>
        <w:rPr>
          <w:lang w:eastAsia="ko-KR"/>
        </w:rPr>
        <w:t>제시한다</w:t>
      </w:r>
      <w:r>
        <w:rPr>
          <w:lang w:eastAsia="ko-KR"/>
        </w:rPr>
        <w:t>.</w:t>
      </w:r>
    </w:p>
    <w:p w14:paraId="3B5FA3CD" w14:textId="2E244191" w:rsidR="00BD12AE" w:rsidRDefault="00000000">
      <w:pPr>
        <w:rPr>
          <w:rFonts w:eastAsia="맑은 고딕"/>
          <w:lang w:eastAsia="ko-KR"/>
        </w:rPr>
      </w:pPr>
      <w:r>
        <w:rPr>
          <w:lang w:eastAsia="ko-KR"/>
        </w:rPr>
        <w:t>RCPS·CB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전환가</w:t>
      </w:r>
      <w:proofErr w:type="spellEnd"/>
      <w:r>
        <w:rPr>
          <w:lang w:eastAsia="ko-KR"/>
        </w:rPr>
        <w:t xml:space="preserve">, </w:t>
      </w:r>
      <w:proofErr w:type="spellStart"/>
      <w:r>
        <w:rPr>
          <w:lang w:eastAsia="ko-KR"/>
        </w:rPr>
        <w:t>리픽싱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상환</w:t>
      </w:r>
      <w:r>
        <w:rPr>
          <w:lang w:eastAsia="ko-KR"/>
        </w:rPr>
        <w:t>·</w:t>
      </w:r>
      <w:r>
        <w:rPr>
          <w:lang w:eastAsia="ko-KR"/>
        </w:rPr>
        <w:t>배당조건은</w:t>
      </w:r>
      <w:r>
        <w:rPr>
          <w:lang w:eastAsia="ko-KR"/>
        </w:rPr>
        <w:t xml:space="preserve"> </w:t>
      </w:r>
      <w:r>
        <w:rPr>
          <w:lang w:eastAsia="ko-KR"/>
        </w:rPr>
        <w:t>증권</w:t>
      </w:r>
      <w:r>
        <w:rPr>
          <w:lang w:eastAsia="ko-KR"/>
        </w:rPr>
        <w:t>·</w:t>
      </w:r>
      <w:r>
        <w:rPr>
          <w:lang w:eastAsia="ko-KR"/>
        </w:rPr>
        <w:t>상법</w:t>
      </w:r>
      <w:r>
        <w:rPr>
          <w:lang w:eastAsia="ko-KR"/>
        </w:rPr>
        <w:t>·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검토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Term Sheet</w:t>
      </w:r>
      <w:r>
        <w:rPr>
          <w:lang w:eastAsia="ko-KR"/>
        </w:rPr>
        <w:t>에서</w:t>
      </w:r>
      <w:r>
        <w:rPr>
          <w:lang w:eastAsia="ko-KR"/>
        </w:rPr>
        <w:t xml:space="preserve"> </w:t>
      </w:r>
      <w:r>
        <w:rPr>
          <w:lang w:eastAsia="ko-KR"/>
        </w:rPr>
        <w:t>확정한다</w:t>
      </w:r>
      <w:r>
        <w:rPr>
          <w:lang w:eastAsia="ko-KR"/>
        </w:rPr>
        <w:t>.</w:t>
      </w:r>
    </w:p>
    <w:p w14:paraId="74E76598" w14:textId="77777777" w:rsidR="004C72B1" w:rsidRPr="004C72B1" w:rsidRDefault="004C72B1">
      <w:pPr>
        <w:rPr>
          <w:rFonts w:eastAsia="맑은 고딕" w:hint="eastAsia"/>
          <w:lang w:eastAsia="ko-KR"/>
        </w:rPr>
      </w:pPr>
    </w:p>
    <w:p w14:paraId="5F1BB2E8" w14:textId="77777777" w:rsidR="00BD12AE" w:rsidRDefault="00000000">
      <w:pPr>
        <w:pStyle w:val="1"/>
      </w:pPr>
      <w:r>
        <w:lastRenderedPageBreak/>
        <w:t>19. Multi-Exit Overview</w:t>
      </w:r>
    </w:p>
    <w:p w14:paraId="44AB5A67" w14:textId="77777777" w:rsidR="00BD12AE" w:rsidRDefault="00000000">
      <w:r>
        <w:t xml:space="preserve">Exit A: IPO. Exit B: Secondary. Exit C: Strategic M&amp;A. Exit D: RWA Project Cash Flow. Exit E: Asset Disposal. Exit F: </w:t>
      </w:r>
      <w:r>
        <w:t>제도권</w:t>
      </w:r>
      <w:r>
        <w:t xml:space="preserve"> Tokenized Securities.</w:t>
      </w:r>
    </w:p>
    <w:p w14:paraId="39CCFD89" w14:textId="1339A7DD" w:rsidR="00BD12AE" w:rsidRDefault="00000000">
      <w:r>
        <w:t>각</w:t>
      </w:r>
      <w:r>
        <w:t xml:space="preserve"> Exit</w:t>
      </w:r>
      <w:r>
        <w:t>는</w:t>
      </w:r>
      <w:r>
        <w:t xml:space="preserve"> </w:t>
      </w:r>
      <w:r>
        <w:t>독립</w:t>
      </w:r>
      <w:r>
        <w:t xml:space="preserve"> </w:t>
      </w:r>
      <w:r>
        <w:t>경로이며</w:t>
      </w:r>
      <w:r>
        <w:t xml:space="preserve"> </w:t>
      </w:r>
      <w:r>
        <w:t>실제</w:t>
      </w:r>
      <w:r>
        <w:t xml:space="preserve"> </w:t>
      </w:r>
      <w:r>
        <w:t>실현</w:t>
      </w:r>
      <w:r>
        <w:t xml:space="preserve"> </w:t>
      </w:r>
      <w:r>
        <w:t>여부와</w:t>
      </w:r>
      <w:r>
        <w:t xml:space="preserve"> </w:t>
      </w:r>
      <w:r>
        <w:t>시점은</w:t>
      </w:r>
      <w:r>
        <w:t xml:space="preserve"> </w:t>
      </w:r>
      <w:r>
        <w:t>시장</w:t>
      </w:r>
      <w:r>
        <w:t>·</w:t>
      </w:r>
      <w:r>
        <w:t>계</w:t>
      </w:r>
      <w:proofErr w:type="spellStart"/>
      <w:r>
        <w:t>약</w:t>
      </w:r>
      <w:r>
        <w:t>·</w:t>
      </w:r>
      <w:r>
        <w:t>규제</w:t>
      </w:r>
      <w:r>
        <w:t>·</w:t>
      </w:r>
      <w:r>
        <w:t>사업성과에</w:t>
      </w:r>
      <w:proofErr w:type="spellEnd"/>
      <w:r>
        <w:t xml:space="preserve"> </w:t>
      </w:r>
      <w:proofErr w:type="spellStart"/>
      <w:r>
        <w:t>따라</w:t>
      </w:r>
      <w:proofErr w:type="spellEnd"/>
      <w:r>
        <w:t xml:space="preserve"> </w:t>
      </w:r>
      <w:proofErr w:type="spellStart"/>
      <w:r>
        <w:t>달라진다</w:t>
      </w:r>
      <w:proofErr w:type="spellEnd"/>
      <w:r>
        <w:t>.</w:t>
      </w:r>
    </w:p>
    <w:p w14:paraId="08274DC2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20. Exit A - IPO</w:t>
      </w:r>
    </w:p>
    <w:p w14:paraId="66DECEE9" w14:textId="77777777" w:rsidR="00BD12AE" w:rsidRDefault="00000000">
      <w:pPr>
        <w:rPr>
          <w:lang w:eastAsia="ko-KR"/>
        </w:rPr>
      </w:pPr>
      <w:r>
        <w:rPr>
          <w:lang w:eastAsia="ko-KR"/>
        </w:rPr>
        <w:t>회사</w:t>
      </w:r>
      <w:r>
        <w:rPr>
          <w:lang w:eastAsia="ko-KR"/>
        </w:rPr>
        <w:t xml:space="preserve"> </w:t>
      </w:r>
      <w:r>
        <w:rPr>
          <w:lang w:eastAsia="ko-KR"/>
        </w:rPr>
        <w:t>매출</w:t>
      </w:r>
      <w:r>
        <w:rPr>
          <w:lang w:eastAsia="ko-KR"/>
        </w:rPr>
        <w:t>·</w:t>
      </w:r>
      <w:r>
        <w:rPr>
          <w:lang w:eastAsia="ko-KR"/>
        </w:rPr>
        <w:t>감사</w:t>
      </w:r>
      <w:r>
        <w:rPr>
          <w:lang w:eastAsia="ko-KR"/>
        </w:rPr>
        <w:t>·</w:t>
      </w:r>
      <w:r>
        <w:rPr>
          <w:lang w:eastAsia="ko-KR"/>
        </w:rPr>
        <w:t>내부통제</w:t>
      </w:r>
      <w:r>
        <w:rPr>
          <w:lang w:eastAsia="ko-KR"/>
        </w:rPr>
        <w:t>·</w:t>
      </w:r>
      <w:r>
        <w:rPr>
          <w:lang w:eastAsia="ko-KR"/>
        </w:rPr>
        <w:t>지배구조를</w:t>
      </w:r>
      <w:r>
        <w:rPr>
          <w:lang w:eastAsia="ko-KR"/>
        </w:rPr>
        <w:t xml:space="preserve"> </w:t>
      </w:r>
      <w:r>
        <w:rPr>
          <w:lang w:eastAsia="ko-KR"/>
        </w:rPr>
        <w:t>상장기업</w:t>
      </w:r>
      <w:r>
        <w:rPr>
          <w:lang w:eastAsia="ko-KR"/>
        </w:rPr>
        <w:t xml:space="preserve"> </w:t>
      </w:r>
      <w:r>
        <w:rPr>
          <w:lang w:eastAsia="ko-KR"/>
        </w:rPr>
        <w:t>수준으로</w:t>
      </w:r>
      <w:r>
        <w:rPr>
          <w:lang w:eastAsia="ko-KR"/>
        </w:rPr>
        <w:t xml:space="preserve"> </w:t>
      </w:r>
      <w:r>
        <w:rPr>
          <w:lang w:eastAsia="ko-KR"/>
        </w:rPr>
        <w:t>단계적으로</w:t>
      </w:r>
      <w:r>
        <w:rPr>
          <w:lang w:eastAsia="ko-KR"/>
        </w:rPr>
        <w:t xml:space="preserve"> </w:t>
      </w:r>
      <w:r>
        <w:rPr>
          <w:lang w:eastAsia="ko-KR"/>
        </w:rPr>
        <w:t>정비한다</w:t>
      </w:r>
      <w:r>
        <w:rPr>
          <w:lang w:eastAsia="ko-KR"/>
        </w:rPr>
        <w:t>.</w:t>
      </w:r>
    </w:p>
    <w:p w14:paraId="0A54B92B" w14:textId="0CD0CF12" w:rsidR="00BD12AE" w:rsidRDefault="00000000">
      <w:pPr>
        <w:rPr>
          <w:lang w:eastAsia="ko-KR"/>
        </w:rPr>
      </w:pPr>
      <w:r>
        <w:rPr>
          <w:lang w:eastAsia="ko-KR"/>
        </w:rPr>
        <w:t>기관은</w:t>
      </w:r>
      <w:r>
        <w:rPr>
          <w:lang w:eastAsia="ko-KR"/>
        </w:rPr>
        <w:t xml:space="preserve"> </w:t>
      </w:r>
      <w:r>
        <w:rPr>
          <w:lang w:eastAsia="ko-KR"/>
        </w:rPr>
        <w:t>상장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보호예수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시장상황을</w:t>
      </w:r>
      <w:r>
        <w:rPr>
          <w:lang w:eastAsia="ko-KR"/>
        </w:rPr>
        <w:t xml:space="preserve"> </w:t>
      </w:r>
      <w:r>
        <w:rPr>
          <w:lang w:eastAsia="ko-KR"/>
        </w:rPr>
        <w:t>고려해</w:t>
      </w:r>
      <w:r>
        <w:rPr>
          <w:lang w:eastAsia="ko-KR"/>
        </w:rPr>
        <w:t xml:space="preserve"> </w:t>
      </w:r>
      <w:r>
        <w:rPr>
          <w:lang w:eastAsia="ko-KR"/>
        </w:rPr>
        <w:t>장내매각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블록딜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등으로</w:t>
      </w:r>
      <w:r>
        <w:rPr>
          <w:lang w:eastAsia="ko-KR"/>
        </w:rPr>
        <w:t xml:space="preserve"> </w:t>
      </w:r>
      <w:r>
        <w:rPr>
          <w:lang w:eastAsia="ko-KR"/>
        </w:rPr>
        <w:t>회수할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lang w:eastAsia="ko-KR"/>
        </w:rPr>
        <w:t xml:space="preserve"> </w:t>
      </w:r>
      <w:r>
        <w:rPr>
          <w:lang w:eastAsia="ko-KR"/>
        </w:rPr>
        <w:t>구조를</w:t>
      </w:r>
      <w:r>
        <w:rPr>
          <w:lang w:eastAsia="ko-KR"/>
        </w:rPr>
        <w:t xml:space="preserve"> </w:t>
      </w:r>
      <w:r>
        <w:rPr>
          <w:lang w:eastAsia="ko-KR"/>
        </w:rPr>
        <w:t>협의한다</w:t>
      </w:r>
      <w:r>
        <w:rPr>
          <w:lang w:eastAsia="ko-KR"/>
        </w:rPr>
        <w:t>.</w:t>
      </w:r>
    </w:p>
    <w:p w14:paraId="6F50518D" w14:textId="77777777" w:rsidR="00BD12AE" w:rsidRDefault="00000000">
      <w:pPr>
        <w:pStyle w:val="1"/>
      </w:pPr>
      <w:r>
        <w:t>21. Exit B/C - Secondary &amp; M&amp;A</w:t>
      </w:r>
    </w:p>
    <w:p w14:paraId="7755917E" w14:textId="77777777" w:rsidR="00BD12AE" w:rsidRDefault="00000000">
      <w:pPr>
        <w:rPr>
          <w:lang w:eastAsia="ko-KR"/>
        </w:rPr>
      </w:pPr>
      <w:r>
        <w:rPr>
          <w:lang w:eastAsia="ko-KR"/>
        </w:rPr>
        <w:t>후속</w:t>
      </w:r>
      <w:r>
        <w:rPr>
          <w:lang w:eastAsia="ko-KR"/>
        </w:rPr>
        <w:t xml:space="preserve"> </w:t>
      </w:r>
      <w:r>
        <w:rPr>
          <w:lang w:eastAsia="ko-KR"/>
        </w:rPr>
        <w:t>투자라운드에서</w:t>
      </w:r>
      <w:r>
        <w:rPr>
          <w:lang w:eastAsia="ko-KR"/>
        </w:rPr>
        <w:t xml:space="preserve"> </w:t>
      </w:r>
      <w:r>
        <w:rPr>
          <w:lang w:eastAsia="ko-KR"/>
        </w:rPr>
        <w:t>일부</w:t>
      </w:r>
      <w:r>
        <w:rPr>
          <w:lang w:eastAsia="ko-KR"/>
        </w:rPr>
        <w:t xml:space="preserve"> </w:t>
      </w:r>
      <w:r>
        <w:rPr>
          <w:lang w:eastAsia="ko-KR"/>
        </w:rPr>
        <w:t>구주매각을</w:t>
      </w:r>
      <w:r>
        <w:rPr>
          <w:lang w:eastAsia="ko-KR"/>
        </w:rPr>
        <w:t xml:space="preserve"> </w:t>
      </w:r>
      <w:r>
        <w:rPr>
          <w:lang w:eastAsia="ko-KR"/>
        </w:rPr>
        <w:t>허용해</w:t>
      </w:r>
      <w:r>
        <w:rPr>
          <w:lang w:eastAsia="ko-KR"/>
        </w:rPr>
        <w:t xml:space="preserve"> IPO </w:t>
      </w:r>
      <w:r>
        <w:rPr>
          <w:lang w:eastAsia="ko-KR"/>
        </w:rPr>
        <w:t>전</w:t>
      </w:r>
      <w:r>
        <w:rPr>
          <w:lang w:eastAsia="ko-KR"/>
        </w:rPr>
        <w:t xml:space="preserve"> </w:t>
      </w:r>
      <w:r>
        <w:rPr>
          <w:lang w:eastAsia="ko-KR"/>
        </w:rPr>
        <w:t>부분회수</w:t>
      </w:r>
      <w:r>
        <w:rPr>
          <w:lang w:eastAsia="ko-KR"/>
        </w:rPr>
        <w:t xml:space="preserve"> </w:t>
      </w:r>
      <w:r>
        <w:rPr>
          <w:lang w:eastAsia="ko-KR"/>
        </w:rPr>
        <w:t>경로를</w:t>
      </w:r>
      <w:r>
        <w:rPr>
          <w:lang w:eastAsia="ko-KR"/>
        </w:rPr>
        <w:t xml:space="preserve"> </w:t>
      </w:r>
      <w:r>
        <w:rPr>
          <w:lang w:eastAsia="ko-KR"/>
        </w:rPr>
        <w:t>마련한다</w:t>
      </w:r>
      <w:r>
        <w:rPr>
          <w:lang w:eastAsia="ko-KR"/>
        </w:rPr>
        <w:t>.</w:t>
      </w:r>
    </w:p>
    <w:p w14:paraId="28BB97F8" w14:textId="77777777" w:rsidR="00BD12AE" w:rsidRDefault="00000000">
      <w:pPr>
        <w:rPr>
          <w:lang w:eastAsia="ko-KR"/>
        </w:rPr>
      </w:pPr>
      <w:r>
        <w:rPr>
          <w:lang w:eastAsia="ko-KR"/>
        </w:rPr>
        <w:t>금융기관</w:t>
      </w:r>
      <w:r>
        <w:rPr>
          <w:lang w:eastAsia="ko-KR"/>
        </w:rPr>
        <w:t xml:space="preserve">, </w:t>
      </w:r>
      <w:r>
        <w:rPr>
          <w:lang w:eastAsia="ko-KR"/>
        </w:rPr>
        <w:t>거래인프라</w:t>
      </w:r>
      <w:r>
        <w:rPr>
          <w:lang w:eastAsia="ko-KR"/>
        </w:rPr>
        <w:t xml:space="preserve">, Web3, OTA, </w:t>
      </w:r>
      <w:r>
        <w:rPr>
          <w:lang w:eastAsia="ko-KR"/>
        </w:rPr>
        <w:t>콘텐츠</w:t>
      </w:r>
      <w:r>
        <w:rPr>
          <w:lang w:eastAsia="ko-KR"/>
        </w:rPr>
        <w:t>·</w:t>
      </w:r>
      <w:r>
        <w:rPr>
          <w:lang w:eastAsia="ko-KR"/>
        </w:rPr>
        <w:t>자산운용</w:t>
      </w:r>
      <w:r>
        <w:rPr>
          <w:lang w:eastAsia="ko-KR"/>
        </w:rPr>
        <w:t xml:space="preserve"> </w:t>
      </w:r>
      <w:r>
        <w:rPr>
          <w:lang w:eastAsia="ko-KR"/>
        </w:rPr>
        <w:t>기업</w:t>
      </w:r>
      <w:r>
        <w:rPr>
          <w:lang w:eastAsia="ko-KR"/>
        </w:rPr>
        <w:t xml:space="preserve"> </w:t>
      </w:r>
      <w:r>
        <w:rPr>
          <w:lang w:eastAsia="ko-KR"/>
        </w:rPr>
        <w:t>등과</w:t>
      </w:r>
      <w:r>
        <w:rPr>
          <w:lang w:eastAsia="ko-KR"/>
        </w:rPr>
        <w:t xml:space="preserve"> </w:t>
      </w:r>
      <w:r>
        <w:rPr>
          <w:lang w:eastAsia="ko-KR"/>
        </w:rPr>
        <w:t>전략적</w:t>
      </w:r>
      <w:r>
        <w:rPr>
          <w:lang w:eastAsia="ko-KR"/>
        </w:rPr>
        <w:t xml:space="preserve"> </w:t>
      </w:r>
      <w:r>
        <w:rPr>
          <w:lang w:eastAsia="ko-KR"/>
        </w:rPr>
        <w:t>지분투자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M&amp;A </w:t>
      </w:r>
      <w:r>
        <w:rPr>
          <w:lang w:eastAsia="ko-KR"/>
        </w:rPr>
        <w:t>가능성을</w:t>
      </w:r>
      <w:r>
        <w:rPr>
          <w:lang w:eastAsia="ko-KR"/>
        </w:rPr>
        <w:t xml:space="preserve"> </w:t>
      </w:r>
      <w:r>
        <w:rPr>
          <w:lang w:eastAsia="ko-KR"/>
        </w:rPr>
        <w:t>열어둔다</w:t>
      </w:r>
      <w:r>
        <w:rPr>
          <w:lang w:eastAsia="ko-KR"/>
        </w:rPr>
        <w:t>.</w:t>
      </w:r>
    </w:p>
    <w:p w14:paraId="0930E3EB" w14:textId="63D99140" w:rsidR="00BD12AE" w:rsidRDefault="00000000">
      <w:pPr>
        <w:rPr>
          <w:lang w:eastAsia="ko-KR"/>
        </w:rPr>
      </w:pPr>
      <w:r>
        <w:rPr>
          <w:lang w:eastAsia="ko-KR"/>
        </w:rPr>
        <w:t xml:space="preserve">Drag/Tag, ROFR, </w:t>
      </w:r>
      <w:r>
        <w:rPr>
          <w:lang w:eastAsia="ko-KR"/>
        </w:rPr>
        <w:t>동반매도권</w:t>
      </w:r>
      <w:r>
        <w:rPr>
          <w:lang w:eastAsia="ko-KR"/>
        </w:rPr>
        <w:t xml:space="preserve"> </w:t>
      </w:r>
      <w:r>
        <w:rPr>
          <w:lang w:eastAsia="ko-KR"/>
        </w:rPr>
        <w:t>등은</w:t>
      </w:r>
      <w:r>
        <w:rPr>
          <w:lang w:eastAsia="ko-KR"/>
        </w:rPr>
        <w:t xml:space="preserve"> </w:t>
      </w:r>
      <w:r>
        <w:rPr>
          <w:lang w:eastAsia="ko-KR"/>
        </w:rPr>
        <w:t>투자계약에서</w:t>
      </w:r>
      <w:r>
        <w:rPr>
          <w:lang w:eastAsia="ko-KR"/>
        </w:rPr>
        <w:t xml:space="preserve"> </w:t>
      </w:r>
      <w:r>
        <w:rPr>
          <w:lang w:eastAsia="ko-KR"/>
        </w:rPr>
        <w:t>협상한다</w:t>
      </w:r>
      <w:r>
        <w:rPr>
          <w:lang w:eastAsia="ko-KR"/>
        </w:rPr>
        <w:t>.</w:t>
      </w:r>
    </w:p>
    <w:p w14:paraId="33A458B5" w14:textId="77777777" w:rsidR="00BD12AE" w:rsidRDefault="00000000">
      <w:pPr>
        <w:pStyle w:val="1"/>
      </w:pPr>
      <w:r>
        <w:t>22. Exit D/E - Project Cash Flow &amp; Asset Sale</w:t>
      </w:r>
    </w:p>
    <w:p w14:paraId="42EBE348" w14:textId="77777777" w:rsidR="00BD12AE" w:rsidRDefault="00000000">
      <w:pPr>
        <w:rPr>
          <w:lang w:eastAsia="ko-KR"/>
        </w:rPr>
      </w:pPr>
      <w:r>
        <w:rPr>
          <w:lang w:eastAsia="ko-KR"/>
        </w:rPr>
        <w:t>프로젝트</w:t>
      </w:r>
      <w:r>
        <w:rPr>
          <w:lang w:eastAsia="ko-KR"/>
        </w:rPr>
        <w:t xml:space="preserve"> SPV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회사</w:t>
      </w:r>
      <w:r>
        <w:rPr>
          <w:lang w:eastAsia="ko-KR"/>
        </w:rPr>
        <w:t xml:space="preserve"> </w:t>
      </w:r>
      <w:r>
        <w:rPr>
          <w:lang w:eastAsia="ko-KR"/>
        </w:rPr>
        <w:t>지분투자와</w:t>
      </w:r>
      <w:r>
        <w:rPr>
          <w:lang w:eastAsia="ko-KR"/>
        </w:rPr>
        <w:t xml:space="preserve"> </w:t>
      </w:r>
      <w:r>
        <w:rPr>
          <w:lang w:eastAsia="ko-KR"/>
        </w:rPr>
        <w:t>분리해</w:t>
      </w:r>
      <w:r>
        <w:rPr>
          <w:lang w:eastAsia="ko-KR"/>
        </w:rPr>
        <w:t xml:space="preserve"> </w:t>
      </w:r>
      <w:r>
        <w:rPr>
          <w:lang w:eastAsia="ko-KR"/>
        </w:rPr>
        <w:t>기초자산의</w:t>
      </w:r>
      <w:r>
        <w:rPr>
          <w:lang w:eastAsia="ko-KR"/>
        </w:rPr>
        <w:t xml:space="preserve"> </w:t>
      </w:r>
      <w:r>
        <w:rPr>
          <w:lang w:eastAsia="ko-KR"/>
        </w:rPr>
        <w:t>임대</w:t>
      </w:r>
      <w:r>
        <w:rPr>
          <w:lang w:eastAsia="ko-KR"/>
        </w:rPr>
        <w:t>·</w:t>
      </w:r>
      <w:r>
        <w:rPr>
          <w:lang w:eastAsia="ko-KR"/>
        </w:rPr>
        <w:t>운영</w:t>
      </w:r>
      <w:r>
        <w:rPr>
          <w:lang w:eastAsia="ko-KR"/>
        </w:rPr>
        <w:t>·</w:t>
      </w:r>
      <w:r>
        <w:rPr>
          <w:lang w:eastAsia="ko-KR"/>
        </w:rPr>
        <w:t>라이선스</w:t>
      </w:r>
      <w:r>
        <w:rPr>
          <w:lang w:eastAsia="ko-KR"/>
        </w:rPr>
        <w:t>·</w:t>
      </w:r>
      <w:r>
        <w:rPr>
          <w:lang w:eastAsia="ko-KR"/>
        </w:rPr>
        <w:t>매각</w:t>
      </w:r>
      <w:r>
        <w:rPr>
          <w:lang w:eastAsia="ko-KR"/>
        </w:rPr>
        <w:t xml:space="preserve"> </w:t>
      </w:r>
      <w:r>
        <w:rPr>
          <w:lang w:eastAsia="ko-KR"/>
        </w:rPr>
        <w:t>현금흐름을</w:t>
      </w:r>
      <w:r>
        <w:rPr>
          <w:lang w:eastAsia="ko-KR"/>
        </w:rPr>
        <w:t xml:space="preserve"> </w:t>
      </w:r>
      <w:r>
        <w:rPr>
          <w:lang w:eastAsia="ko-KR"/>
        </w:rPr>
        <w:t>투자자에게</w:t>
      </w:r>
      <w:r>
        <w:rPr>
          <w:lang w:eastAsia="ko-KR"/>
        </w:rPr>
        <w:t xml:space="preserve"> </w:t>
      </w:r>
      <w:r>
        <w:rPr>
          <w:lang w:eastAsia="ko-KR"/>
        </w:rPr>
        <w:t>배분하도록</w:t>
      </w:r>
      <w:r>
        <w:rPr>
          <w:lang w:eastAsia="ko-KR"/>
        </w:rPr>
        <w:t xml:space="preserve"> </w:t>
      </w:r>
      <w:r>
        <w:rPr>
          <w:lang w:eastAsia="ko-KR"/>
        </w:rPr>
        <w:t>설계할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>.</w:t>
      </w:r>
    </w:p>
    <w:p w14:paraId="6E7B1E97" w14:textId="77777777" w:rsidR="00BD12AE" w:rsidRDefault="00000000">
      <w:pPr>
        <w:rPr>
          <w:lang w:eastAsia="ko-KR"/>
        </w:rPr>
      </w:pPr>
      <w:r>
        <w:rPr>
          <w:lang w:eastAsia="ko-KR"/>
        </w:rPr>
        <w:t xml:space="preserve">Waterfall </w:t>
      </w:r>
      <w:r>
        <w:rPr>
          <w:lang w:eastAsia="ko-KR"/>
        </w:rPr>
        <w:t>예시</w:t>
      </w:r>
      <w:r>
        <w:rPr>
          <w:lang w:eastAsia="ko-KR"/>
        </w:rPr>
        <w:t xml:space="preserve">: </w:t>
      </w:r>
      <w:r>
        <w:rPr>
          <w:lang w:eastAsia="ko-KR"/>
        </w:rPr>
        <w:t>세금</w:t>
      </w:r>
      <w:r>
        <w:rPr>
          <w:lang w:eastAsia="ko-KR"/>
        </w:rPr>
        <w:t>·</w:t>
      </w:r>
      <w:r>
        <w:rPr>
          <w:lang w:eastAsia="ko-KR"/>
        </w:rPr>
        <w:t>운영비</w:t>
      </w:r>
      <w:r>
        <w:rPr>
          <w:lang w:eastAsia="ko-KR"/>
        </w:rPr>
        <w:t xml:space="preserve"> → </w:t>
      </w:r>
      <w:r>
        <w:rPr>
          <w:lang w:eastAsia="ko-KR"/>
        </w:rPr>
        <w:t>선순위</w:t>
      </w:r>
      <w:r>
        <w:rPr>
          <w:lang w:eastAsia="ko-KR"/>
        </w:rPr>
        <w:t xml:space="preserve"> </w:t>
      </w:r>
      <w:r>
        <w:rPr>
          <w:lang w:eastAsia="ko-KR"/>
        </w:rPr>
        <w:t>원리금</w:t>
      </w:r>
      <w:r>
        <w:rPr>
          <w:lang w:eastAsia="ko-KR"/>
        </w:rPr>
        <w:t xml:space="preserve"> → </w:t>
      </w:r>
      <w:r>
        <w:rPr>
          <w:lang w:eastAsia="ko-KR"/>
        </w:rPr>
        <w:t>우선수익</w:t>
      </w:r>
      <w:r>
        <w:rPr>
          <w:lang w:eastAsia="ko-KR"/>
        </w:rPr>
        <w:t xml:space="preserve"> → </w:t>
      </w:r>
      <w:r>
        <w:rPr>
          <w:lang w:eastAsia="ko-KR"/>
        </w:rPr>
        <w:t>잔여이익</w:t>
      </w:r>
      <w:r>
        <w:rPr>
          <w:lang w:eastAsia="ko-KR"/>
        </w:rPr>
        <w:t xml:space="preserve"> </w:t>
      </w:r>
      <w:r>
        <w:rPr>
          <w:lang w:eastAsia="ko-KR"/>
        </w:rPr>
        <w:t>배분</w:t>
      </w:r>
      <w:r>
        <w:rPr>
          <w:lang w:eastAsia="ko-KR"/>
        </w:rPr>
        <w:t>.</w:t>
      </w:r>
    </w:p>
    <w:p w14:paraId="43DFDCFE" w14:textId="4FB31D5A" w:rsidR="00BD12AE" w:rsidRDefault="00000000">
      <w:pPr>
        <w:rPr>
          <w:lang w:eastAsia="ko-KR"/>
        </w:rPr>
      </w:pPr>
      <w:r>
        <w:rPr>
          <w:lang w:eastAsia="ko-KR"/>
        </w:rPr>
        <w:t>기초자산</w:t>
      </w:r>
      <w:r>
        <w:rPr>
          <w:lang w:eastAsia="ko-KR"/>
        </w:rPr>
        <w:t xml:space="preserve"> </w:t>
      </w:r>
      <w:r>
        <w:rPr>
          <w:lang w:eastAsia="ko-KR"/>
        </w:rPr>
        <w:t>처분권</w:t>
      </w:r>
      <w:r>
        <w:rPr>
          <w:lang w:eastAsia="ko-KR"/>
        </w:rPr>
        <w:t>·</w:t>
      </w:r>
      <w:r>
        <w:rPr>
          <w:lang w:eastAsia="ko-KR"/>
        </w:rPr>
        <w:t>담보</w:t>
      </w:r>
      <w:r>
        <w:rPr>
          <w:lang w:eastAsia="ko-KR"/>
        </w:rPr>
        <w:t>·</w:t>
      </w:r>
      <w:r>
        <w:rPr>
          <w:lang w:eastAsia="ko-KR"/>
        </w:rPr>
        <w:t>신탁</w:t>
      </w:r>
      <w:r>
        <w:rPr>
          <w:lang w:eastAsia="ko-KR"/>
        </w:rPr>
        <w:t>·</w:t>
      </w:r>
      <w:r>
        <w:rPr>
          <w:lang w:eastAsia="ko-KR"/>
        </w:rPr>
        <w:t>보험</w:t>
      </w:r>
      <w:r>
        <w:rPr>
          <w:lang w:eastAsia="ko-KR"/>
        </w:rPr>
        <w:t xml:space="preserve"> </w:t>
      </w:r>
      <w:r>
        <w:rPr>
          <w:lang w:eastAsia="ko-KR"/>
        </w:rPr>
        <w:t>구조는</w:t>
      </w:r>
      <w:r>
        <w:rPr>
          <w:lang w:eastAsia="ko-KR"/>
        </w:rPr>
        <w:t xml:space="preserve"> </w:t>
      </w:r>
      <w:r>
        <w:rPr>
          <w:lang w:eastAsia="ko-KR"/>
        </w:rPr>
        <w:t>프로젝트별</w:t>
      </w:r>
      <w:r>
        <w:rPr>
          <w:lang w:eastAsia="ko-KR"/>
        </w:rPr>
        <w:t xml:space="preserve"> </w:t>
      </w:r>
      <w:r>
        <w:rPr>
          <w:lang w:eastAsia="ko-KR"/>
        </w:rPr>
        <w:t>법률실사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확정한다</w:t>
      </w:r>
      <w:r>
        <w:rPr>
          <w:lang w:eastAsia="ko-KR"/>
        </w:rPr>
        <w:t>.</w:t>
      </w:r>
    </w:p>
    <w:p w14:paraId="7E2DC40D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23. Investor Protection</w:t>
      </w:r>
    </w:p>
    <w:p w14:paraId="3CC72760" w14:textId="77777777" w:rsidR="00BD12AE" w:rsidRDefault="00000000">
      <w:pPr>
        <w:rPr>
          <w:lang w:eastAsia="ko-KR"/>
        </w:rPr>
      </w:pPr>
      <w:r>
        <w:rPr>
          <w:lang w:eastAsia="ko-KR"/>
        </w:rPr>
        <w:t>회사</w:t>
      </w:r>
      <w:r>
        <w:rPr>
          <w:lang w:eastAsia="ko-KR"/>
        </w:rPr>
        <w:t xml:space="preserve"> </w:t>
      </w:r>
      <w:r>
        <w:rPr>
          <w:lang w:eastAsia="ko-KR"/>
        </w:rPr>
        <w:t>자금과</w:t>
      </w:r>
      <w:r>
        <w:rPr>
          <w:lang w:eastAsia="ko-KR"/>
        </w:rPr>
        <w:t xml:space="preserve">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자금</w:t>
      </w:r>
      <w:r>
        <w:rPr>
          <w:lang w:eastAsia="ko-KR"/>
        </w:rPr>
        <w:t xml:space="preserve"> </w:t>
      </w:r>
      <w:r>
        <w:rPr>
          <w:lang w:eastAsia="ko-KR"/>
        </w:rPr>
        <w:t>분리</w:t>
      </w:r>
      <w:r>
        <w:rPr>
          <w:lang w:eastAsia="ko-KR"/>
        </w:rPr>
        <w:t xml:space="preserve">, </w:t>
      </w:r>
      <w:r>
        <w:rPr>
          <w:lang w:eastAsia="ko-KR"/>
        </w:rPr>
        <w:t>외부</w:t>
      </w:r>
      <w:r>
        <w:rPr>
          <w:lang w:eastAsia="ko-KR"/>
        </w:rPr>
        <w:t xml:space="preserve"> </w:t>
      </w:r>
      <w:r>
        <w:rPr>
          <w:lang w:eastAsia="ko-KR"/>
        </w:rPr>
        <w:t>회계</w:t>
      </w:r>
      <w:r>
        <w:rPr>
          <w:lang w:eastAsia="ko-KR"/>
        </w:rPr>
        <w:t>·</w:t>
      </w:r>
      <w:r>
        <w:rPr>
          <w:lang w:eastAsia="ko-KR"/>
        </w:rPr>
        <w:t>법률</w:t>
      </w:r>
      <w:r>
        <w:rPr>
          <w:lang w:eastAsia="ko-KR"/>
        </w:rPr>
        <w:t xml:space="preserve"> DD, </w:t>
      </w:r>
      <w:r>
        <w:rPr>
          <w:lang w:eastAsia="ko-KR"/>
        </w:rPr>
        <w:t>기초자산</w:t>
      </w:r>
      <w:r>
        <w:rPr>
          <w:lang w:eastAsia="ko-KR"/>
        </w:rPr>
        <w:t xml:space="preserve"> </w:t>
      </w:r>
      <w:r>
        <w:rPr>
          <w:lang w:eastAsia="ko-KR"/>
        </w:rPr>
        <w:t>소유권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  <w:r>
        <w:rPr>
          <w:lang w:eastAsia="ko-KR"/>
        </w:rPr>
        <w:t xml:space="preserve">, </w:t>
      </w:r>
      <w:r>
        <w:rPr>
          <w:lang w:eastAsia="ko-KR"/>
        </w:rPr>
        <w:t>독립</w:t>
      </w:r>
      <w:r>
        <w:rPr>
          <w:lang w:eastAsia="ko-KR"/>
        </w:rPr>
        <w:t xml:space="preserve"> </w:t>
      </w:r>
      <w:r>
        <w:rPr>
          <w:lang w:eastAsia="ko-KR"/>
        </w:rPr>
        <w:t>가치평가</w:t>
      </w:r>
      <w:r>
        <w:rPr>
          <w:lang w:eastAsia="ko-KR"/>
        </w:rPr>
        <w:t xml:space="preserve">, </w:t>
      </w:r>
      <w:r>
        <w:rPr>
          <w:lang w:eastAsia="ko-KR"/>
        </w:rPr>
        <w:t>보험</w:t>
      </w:r>
      <w:r>
        <w:rPr>
          <w:lang w:eastAsia="ko-KR"/>
        </w:rPr>
        <w:t>·</w:t>
      </w:r>
      <w:r>
        <w:rPr>
          <w:lang w:eastAsia="ko-KR"/>
        </w:rPr>
        <w:t>수탁</w:t>
      </w:r>
      <w:r>
        <w:rPr>
          <w:lang w:eastAsia="ko-KR"/>
        </w:rPr>
        <w:t>·</w:t>
      </w:r>
      <w:r>
        <w:rPr>
          <w:lang w:eastAsia="ko-KR"/>
        </w:rPr>
        <w:t>신탁</w:t>
      </w:r>
      <w:r>
        <w:rPr>
          <w:lang w:eastAsia="ko-KR"/>
        </w:rPr>
        <w:t xml:space="preserve"> </w:t>
      </w:r>
      <w:r>
        <w:rPr>
          <w:lang w:eastAsia="ko-KR"/>
        </w:rPr>
        <w:t>검토</w:t>
      </w:r>
      <w:r>
        <w:rPr>
          <w:lang w:eastAsia="ko-KR"/>
        </w:rPr>
        <w:t>.</w:t>
      </w:r>
    </w:p>
    <w:p w14:paraId="576B712B" w14:textId="7F835FFE" w:rsidR="00BD12AE" w:rsidRDefault="00000000">
      <w:pPr>
        <w:rPr>
          <w:lang w:eastAsia="ko-KR"/>
        </w:rPr>
      </w:pPr>
      <w:r>
        <w:rPr>
          <w:lang w:eastAsia="ko-KR"/>
        </w:rPr>
        <w:t>기관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정보권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월</w:t>
      </w:r>
      <w:r>
        <w:rPr>
          <w:lang w:eastAsia="ko-KR"/>
        </w:rPr>
        <w:t>/</w:t>
      </w:r>
      <w:r>
        <w:rPr>
          <w:lang w:eastAsia="ko-KR"/>
        </w:rPr>
        <w:t>분기</w:t>
      </w:r>
      <w:r>
        <w:rPr>
          <w:lang w:eastAsia="ko-KR"/>
        </w:rPr>
        <w:t xml:space="preserve"> </w:t>
      </w:r>
      <w:r>
        <w:rPr>
          <w:lang w:eastAsia="ko-KR"/>
        </w:rPr>
        <w:t>리포팅</w:t>
      </w:r>
      <w:r>
        <w:rPr>
          <w:lang w:eastAsia="ko-KR"/>
        </w:rPr>
        <w:t xml:space="preserve">, </w:t>
      </w:r>
      <w:r>
        <w:rPr>
          <w:lang w:eastAsia="ko-KR"/>
        </w:rPr>
        <w:t>주요사항</w:t>
      </w:r>
      <w:r>
        <w:rPr>
          <w:lang w:eastAsia="ko-KR"/>
        </w:rPr>
        <w:t xml:space="preserve"> </w:t>
      </w:r>
      <w:r>
        <w:rPr>
          <w:lang w:eastAsia="ko-KR"/>
        </w:rPr>
        <w:t>사전동의</w:t>
      </w:r>
      <w:r>
        <w:rPr>
          <w:lang w:eastAsia="ko-KR"/>
        </w:rPr>
        <w:t xml:space="preserve">, </w:t>
      </w:r>
      <w:r>
        <w:rPr>
          <w:lang w:eastAsia="ko-KR"/>
        </w:rPr>
        <w:t>관련자거래</w:t>
      </w:r>
      <w:r>
        <w:rPr>
          <w:lang w:eastAsia="ko-KR"/>
        </w:rPr>
        <w:t xml:space="preserve"> </w:t>
      </w:r>
      <w:r>
        <w:rPr>
          <w:lang w:eastAsia="ko-KR"/>
        </w:rPr>
        <w:t>통제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스마트컨트랙트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감사</w:t>
      </w:r>
      <w:r>
        <w:rPr>
          <w:lang w:eastAsia="ko-KR"/>
        </w:rPr>
        <w:t xml:space="preserve">, </w:t>
      </w:r>
      <w:r>
        <w:rPr>
          <w:lang w:eastAsia="ko-KR"/>
        </w:rPr>
        <w:t>비상정지</w:t>
      </w:r>
      <w:r>
        <w:rPr>
          <w:lang w:eastAsia="ko-KR"/>
        </w:rPr>
        <w:t>·</w:t>
      </w:r>
      <w:r>
        <w:rPr>
          <w:lang w:eastAsia="ko-KR"/>
        </w:rPr>
        <w:t>복구</w:t>
      </w:r>
      <w:r>
        <w:rPr>
          <w:lang w:eastAsia="ko-KR"/>
        </w:rPr>
        <w:t xml:space="preserve"> </w:t>
      </w:r>
      <w:r>
        <w:rPr>
          <w:lang w:eastAsia="ko-KR"/>
        </w:rPr>
        <w:t>절차를</w:t>
      </w:r>
      <w:r>
        <w:rPr>
          <w:lang w:eastAsia="ko-KR"/>
        </w:rPr>
        <w:t xml:space="preserve"> </w:t>
      </w:r>
      <w:r>
        <w:rPr>
          <w:lang w:eastAsia="ko-KR"/>
        </w:rPr>
        <w:t>포함한다</w:t>
      </w:r>
      <w:r>
        <w:rPr>
          <w:lang w:eastAsia="ko-KR"/>
        </w:rPr>
        <w:t>.</w:t>
      </w:r>
    </w:p>
    <w:p w14:paraId="4FE17156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24. Regulatory Architecture - Korea</w:t>
      </w:r>
    </w:p>
    <w:p w14:paraId="16C5CD9B" w14:textId="77777777" w:rsidR="00BD12AE" w:rsidRDefault="00000000">
      <w:pPr>
        <w:rPr>
          <w:lang w:eastAsia="ko-KR"/>
        </w:rPr>
      </w:pPr>
      <w:r>
        <w:rPr>
          <w:lang w:eastAsia="ko-KR"/>
        </w:rPr>
        <w:t>가상자산사업자</w:t>
      </w:r>
      <w:r>
        <w:rPr>
          <w:lang w:eastAsia="ko-KR"/>
        </w:rPr>
        <w:t xml:space="preserve"> </w:t>
      </w:r>
      <w:r>
        <w:rPr>
          <w:lang w:eastAsia="ko-KR"/>
        </w:rPr>
        <w:t>해당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  <w:r>
        <w:rPr>
          <w:lang w:eastAsia="ko-KR"/>
        </w:rPr>
        <w:t xml:space="preserve">, </w:t>
      </w:r>
      <w:r>
        <w:rPr>
          <w:lang w:eastAsia="ko-KR"/>
        </w:rPr>
        <w:t>금융투자업</w:t>
      </w:r>
      <w:r>
        <w:rPr>
          <w:lang w:eastAsia="ko-KR"/>
        </w:rPr>
        <w:t xml:space="preserve"> </w:t>
      </w:r>
      <w:r>
        <w:rPr>
          <w:lang w:eastAsia="ko-KR"/>
        </w:rPr>
        <w:t>인가</w:t>
      </w:r>
      <w:r>
        <w:rPr>
          <w:lang w:eastAsia="ko-KR"/>
        </w:rPr>
        <w:t>·</w:t>
      </w:r>
      <w:r>
        <w:rPr>
          <w:lang w:eastAsia="ko-KR"/>
        </w:rPr>
        <w:t>등록</w:t>
      </w:r>
      <w:r>
        <w:rPr>
          <w:lang w:eastAsia="ko-KR"/>
        </w:rPr>
        <w:t xml:space="preserve">, </w:t>
      </w:r>
      <w:r>
        <w:rPr>
          <w:lang w:eastAsia="ko-KR"/>
        </w:rPr>
        <w:t>전자증권</w:t>
      </w:r>
      <w:r>
        <w:rPr>
          <w:lang w:eastAsia="ko-KR"/>
        </w:rPr>
        <w:t>·</w:t>
      </w:r>
      <w:r>
        <w:rPr>
          <w:lang w:eastAsia="ko-KR"/>
        </w:rPr>
        <w:t>토큰증권</w:t>
      </w:r>
      <w:r>
        <w:rPr>
          <w:lang w:eastAsia="ko-KR"/>
        </w:rPr>
        <w:t xml:space="preserve">, </w:t>
      </w:r>
      <w:r>
        <w:rPr>
          <w:lang w:eastAsia="ko-KR"/>
        </w:rPr>
        <w:t>신탁</w:t>
      </w:r>
      <w:r>
        <w:rPr>
          <w:lang w:eastAsia="ko-KR"/>
        </w:rPr>
        <w:t xml:space="preserve">, </w:t>
      </w:r>
      <w:r>
        <w:rPr>
          <w:lang w:eastAsia="ko-KR"/>
        </w:rPr>
        <w:t>외국환</w:t>
      </w:r>
      <w:r>
        <w:rPr>
          <w:lang w:eastAsia="ko-KR"/>
        </w:rPr>
        <w:t xml:space="preserve">, </w:t>
      </w:r>
      <w:r>
        <w:rPr>
          <w:lang w:eastAsia="ko-KR"/>
        </w:rPr>
        <w:t>개인정보</w:t>
      </w:r>
      <w:r>
        <w:rPr>
          <w:lang w:eastAsia="ko-KR"/>
        </w:rPr>
        <w:t>, AML/KYC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업무별로</w:t>
      </w:r>
      <w:r>
        <w:rPr>
          <w:lang w:eastAsia="ko-KR"/>
        </w:rPr>
        <w:t xml:space="preserve"> </w:t>
      </w:r>
      <w:r>
        <w:rPr>
          <w:lang w:eastAsia="ko-KR"/>
        </w:rPr>
        <w:t>분리</w:t>
      </w:r>
      <w:r>
        <w:rPr>
          <w:lang w:eastAsia="ko-KR"/>
        </w:rPr>
        <w:t xml:space="preserve"> </w:t>
      </w:r>
      <w:r>
        <w:rPr>
          <w:lang w:eastAsia="ko-KR"/>
        </w:rPr>
        <w:t>검토한다</w:t>
      </w:r>
      <w:r>
        <w:rPr>
          <w:lang w:eastAsia="ko-KR"/>
        </w:rPr>
        <w:t>.</w:t>
      </w:r>
    </w:p>
    <w:p w14:paraId="3D6D7339" w14:textId="77777777" w:rsidR="00BD12AE" w:rsidRDefault="00000000">
      <w:pPr>
        <w:rPr>
          <w:lang w:eastAsia="ko-KR"/>
        </w:rPr>
      </w:pPr>
      <w:r>
        <w:rPr>
          <w:lang w:eastAsia="ko-KR"/>
        </w:rPr>
        <w:t>금융위원회는</w:t>
      </w:r>
      <w:r>
        <w:rPr>
          <w:lang w:eastAsia="ko-KR"/>
        </w:rPr>
        <w:t xml:space="preserve"> 2027</w:t>
      </w:r>
      <w:r>
        <w:rPr>
          <w:lang w:eastAsia="ko-KR"/>
        </w:rPr>
        <w:t>년</w:t>
      </w:r>
      <w:r>
        <w:rPr>
          <w:lang w:eastAsia="ko-KR"/>
        </w:rPr>
        <w:t xml:space="preserve"> 2</w:t>
      </w:r>
      <w:r>
        <w:rPr>
          <w:lang w:eastAsia="ko-KR"/>
        </w:rPr>
        <w:t>월</w:t>
      </w:r>
      <w:r>
        <w:rPr>
          <w:lang w:eastAsia="ko-KR"/>
        </w:rPr>
        <w:t xml:space="preserve"> 1</w:t>
      </w:r>
      <w:r>
        <w:rPr>
          <w:lang w:eastAsia="ko-KR"/>
        </w:rPr>
        <w:t>단계로</w:t>
      </w:r>
      <w:r>
        <w:rPr>
          <w:lang w:eastAsia="ko-KR"/>
        </w:rPr>
        <w:t xml:space="preserve"> </w:t>
      </w:r>
      <w:r>
        <w:rPr>
          <w:lang w:eastAsia="ko-KR"/>
        </w:rPr>
        <w:t>기관전용</w:t>
      </w:r>
      <w:r>
        <w:rPr>
          <w:lang w:eastAsia="ko-KR"/>
        </w:rPr>
        <w:t xml:space="preserve"> </w:t>
      </w:r>
      <w:r>
        <w:rPr>
          <w:lang w:eastAsia="ko-KR"/>
        </w:rPr>
        <w:t>사모</w:t>
      </w:r>
      <w:r>
        <w:rPr>
          <w:lang w:eastAsia="ko-KR"/>
        </w:rPr>
        <w:t>MMF·</w:t>
      </w:r>
      <w:r>
        <w:rPr>
          <w:lang w:eastAsia="ko-KR"/>
        </w:rPr>
        <w:t>사모사채와</w:t>
      </w:r>
      <w:r>
        <w:rPr>
          <w:lang w:eastAsia="ko-KR"/>
        </w:rPr>
        <w:t xml:space="preserve"> </w:t>
      </w:r>
      <w:r>
        <w:rPr>
          <w:lang w:eastAsia="ko-KR"/>
        </w:rPr>
        <w:t>비상장주식</w:t>
      </w:r>
      <w:r>
        <w:rPr>
          <w:lang w:eastAsia="ko-KR"/>
        </w:rPr>
        <w:t xml:space="preserve"> </w:t>
      </w:r>
      <w:r>
        <w:rPr>
          <w:lang w:eastAsia="ko-KR"/>
        </w:rPr>
        <w:t>신탁방식</w:t>
      </w:r>
      <w:r>
        <w:rPr>
          <w:lang w:eastAsia="ko-KR"/>
        </w:rPr>
        <w:t xml:space="preserve"> </w:t>
      </w:r>
      <w:r>
        <w:rPr>
          <w:lang w:eastAsia="ko-KR"/>
        </w:rPr>
        <w:t>토큰화를</w:t>
      </w:r>
      <w:r>
        <w:rPr>
          <w:lang w:eastAsia="ko-KR"/>
        </w:rPr>
        <w:t xml:space="preserve"> </w:t>
      </w:r>
      <w:r>
        <w:rPr>
          <w:lang w:eastAsia="ko-KR"/>
        </w:rPr>
        <w:t>추진한다고</w:t>
      </w:r>
      <w:r>
        <w:rPr>
          <w:lang w:eastAsia="ko-KR"/>
        </w:rPr>
        <w:t xml:space="preserve"> </w:t>
      </w:r>
      <w:r>
        <w:rPr>
          <w:lang w:eastAsia="ko-KR"/>
        </w:rPr>
        <w:t>발표했다</w:t>
      </w:r>
      <w:r>
        <w:rPr>
          <w:lang w:eastAsia="ko-KR"/>
        </w:rPr>
        <w:t>.</w:t>
      </w:r>
    </w:p>
    <w:p w14:paraId="743C4F8A" w14:textId="0DC49C1A" w:rsidR="00BD12AE" w:rsidRDefault="00000000">
      <w:pPr>
        <w:rPr>
          <w:lang w:eastAsia="ko-KR"/>
        </w:rPr>
      </w:pPr>
      <w:r>
        <w:rPr>
          <w:lang w:eastAsia="ko-KR"/>
        </w:rPr>
        <w:t>따라서</w:t>
      </w:r>
      <w:r>
        <w:rPr>
          <w:lang w:eastAsia="ko-KR"/>
        </w:rPr>
        <w:t xml:space="preserve"> RWAHUB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증권형</w:t>
      </w:r>
      <w:r>
        <w:rPr>
          <w:lang w:eastAsia="ko-KR"/>
        </w:rPr>
        <w:t xml:space="preserve"> </w:t>
      </w:r>
      <w:r>
        <w:rPr>
          <w:lang w:eastAsia="ko-KR"/>
        </w:rPr>
        <w:t>상품은</w:t>
      </w:r>
      <w:r>
        <w:rPr>
          <w:lang w:eastAsia="ko-KR"/>
        </w:rPr>
        <w:t xml:space="preserve"> </w:t>
      </w:r>
      <w:r>
        <w:rPr>
          <w:lang w:eastAsia="ko-KR"/>
        </w:rPr>
        <w:t>인가</w:t>
      </w:r>
      <w:r>
        <w:rPr>
          <w:lang w:eastAsia="ko-KR"/>
        </w:rPr>
        <w:t xml:space="preserve"> </w:t>
      </w:r>
      <w:r>
        <w:rPr>
          <w:lang w:eastAsia="ko-KR"/>
        </w:rPr>
        <w:t>금융기관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예탁결제</w:t>
      </w:r>
      <w:r>
        <w:rPr>
          <w:lang w:eastAsia="ko-KR"/>
        </w:rPr>
        <w:t xml:space="preserve"> </w:t>
      </w:r>
      <w:r>
        <w:rPr>
          <w:lang w:eastAsia="ko-KR"/>
        </w:rPr>
        <w:t>인프라와의</w:t>
      </w:r>
      <w:r>
        <w:rPr>
          <w:lang w:eastAsia="ko-KR"/>
        </w:rPr>
        <w:t xml:space="preserve"> </w:t>
      </w:r>
      <w:r>
        <w:rPr>
          <w:lang w:eastAsia="ko-KR"/>
        </w:rPr>
        <w:t>제휴</w:t>
      </w:r>
      <w:r>
        <w:rPr>
          <w:lang w:eastAsia="ko-KR"/>
        </w:rPr>
        <w:t xml:space="preserve"> </w:t>
      </w:r>
      <w:r>
        <w:rPr>
          <w:lang w:eastAsia="ko-KR"/>
        </w:rPr>
        <w:t>모델을</w:t>
      </w:r>
      <w:r>
        <w:rPr>
          <w:lang w:eastAsia="ko-KR"/>
        </w:rPr>
        <w:t xml:space="preserve"> </w:t>
      </w:r>
      <w:r>
        <w:rPr>
          <w:lang w:eastAsia="ko-KR"/>
        </w:rPr>
        <w:t>기본안으로</w:t>
      </w:r>
      <w:r>
        <w:rPr>
          <w:lang w:eastAsia="ko-KR"/>
        </w:rPr>
        <w:t xml:space="preserve"> </w:t>
      </w:r>
      <w:r>
        <w:rPr>
          <w:lang w:eastAsia="ko-KR"/>
        </w:rPr>
        <w:t>둔다</w:t>
      </w:r>
      <w:r>
        <w:rPr>
          <w:lang w:eastAsia="ko-KR"/>
        </w:rPr>
        <w:t>.</w:t>
      </w:r>
    </w:p>
    <w:p w14:paraId="48C4472F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lastRenderedPageBreak/>
        <w:t>25. Global Expansion</w:t>
      </w:r>
    </w:p>
    <w:p w14:paraId="2CEBBF33" w14:textId="77777777" w:rsidR="00BD12AE" w:rsidRDefault="00000000">
      <w:pPr>
        <w:rPr>
          <w:lang w:eastAsia="ko-KR"/>
        </w:rPr>
      </w:pPr>
      <w:r>
        <w:rPr>
          <w:lang w:eastAsia="ko-KR"/>
        </w:rPr>
        <w:t>글로벌</w:t>
      </w:r>
      <w:r>
        <w:rPr>
          <w:lang w:eastAsia="ko-KR"/>
        </w:rPr>
        <w:t xml:space="preserve"> </w:t>
      </w:r>
      <w:r>
        <w:rPr>
          <w:lang w:eastAsia="ko-KR"/>
        </w:rPr>
        <w:t>확장은</w:t>
      </w:r>
      <w:r>
        <w:rPr>
          <w:lang w:eastAsia="ko-KR"/>
        </w:rPr>
        <w:t xml:space="preserve"> </w:t>
      </w:r>
      <w:r>
        <w:rPr>
          <w:lang w:eastAsia="ko-KR"/>
        </w:rPr>
        <w:t>스위스</w:t>
      </w:r>
      <w:r>
        <w:rPr>
          <w:lang w:eastAsia="ko-KR"/>
        </w:rPr>
        <w:t xml:space="preserve"> </w:t>
      </w:r>
      <w:r>
        <w:rPr>
          <w:lang w:eastAsia="ko-KR"/>
        </w:rPr>
        <w:t>재단</w:t>
      </w:r>
      <w:r>
        <w:rPr>
          <w:lang w:eastAsia="ko-KR"/>
        </w:rPr>
        <w:t xml:space="preserve">, </w:t>
      </w:r>
      <w:r>
        <w:rPr>
          <w:lang w:eastAsia="ko-KR"/>
        </w:rPr>
        <w:t>미국</w:t>
      </w:r>
      <w:r>
        <w:rPr>
          <w:lang w:eastAsia="ko-KR"/>
        </w:rPr>
        <w:t xml:space="preserve"> </w:t>
      </w:r>
      <w:r>
        <w:rPr>
          <w:lang w:eastAsia="ko-KR"/>
        </w:rPr>
        <w:t>델라웨어</w:t>
      </w:r>
      <w:r>
        <w:rPr>
          <w:lang w:eastAsia="ko-KR"/>
        </w:rPr>
        <w:t xml:space="preserve"> OTA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기존</w:t>
      </w:r>
      <w:r>
        <w:rPr>
          <w:lang w:eastAsia="ko-KR"/>
        </w:rPr>
        <w:t xml:space="preserve"> </w:t>
      </w:r>
      <w:r>
        <w:rPr>
          <w:lang w:eastAsia="ko-KR"/>
        </w:rPr>
        <w:t>추진계획을</w:t>
      </w:r>
      <w:r>
        <w:rPr>
          <w:lang w:eastAsia="ko-KR"/>
        </w:rPr>
        <w:t xml:space="preserve"> </w:t>
      </w:r>
      <w:r>
        <w:rPr>
          <w:lang w:eastAsia="ko-KR"/>
        </w:rPr>
        <w:t>법률</w:t>
      </w:r>
      <w:r>
        <w:rPr>
          <w:lang w:eastAsia="ko-KR"/>
        </w:rPr>
        <w:t>·</w:t>
      </w:r>
      <w:r>
        <w:rPr>
          <w:lang w:eastAsia="ko-KR"/>
        </w:rPr>
        <w:t>세무</w:t>
      </w:r>
      <w:r>
        <w:rPr>
          <w:lang w:eastAsia="ko-KR"/>
        </w:rPr>
        <w:t>·</w:t>
      </w:r>
      <w:r>
        <w:rPr>
          <w:lang w:eastAsia="ko-KR"/>
        </w:rPr>
        <w:t>실체요건</w:t>
      </w:r>
      <w:r>
        <w:rPr>
          <w:lang w:eastAsia="ko-KR"/>
        </w:rPr>
        <w:t xml:space="preserve"> </w:t>
      </w:r>
      <w:r>
        <w:rPr>
          <w:lang w:eastAsia="ko-KR"/>
        </w:rPr>
        <w:t>검토와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단계화한다</w:t>
      </w:r>
      <w:proofErr w:type="spellEnd"/>
      <w:r>
        <w:rPr>
          <w:lang w:eastAsia="ko-KR"/>
        </w:rPr>
        <w:t>.</w:t>
      </w:r>
    </w:p>
    <w:p w14:paraId="6B12DB4B" w14:textId="77777777" w:rsidR="00BD12AE" w:rsidRDefault="00000000">
      <w:pPr>
        <w:rPr>
          <w:lang w:eastAsia="ko-KR"/>
        </w:rPr>
      </w:pPr>
      <w:r>
        <w:rPr>
          <w:lang w:eastAsia="ko-KR"/>
        </w:rPr>
        <w:t>국가별로</w:t>
      </w:r>
      <w:r>
        <w:rPr>
          <w:lang w:eastAsia="ko-KR"/>
        </w:rPr>
        <w:t xml:space="preserve"> Token/Virtual Asset/Security/Payment/Collective Investment </w:t>
      </w:r>
      <w:r>
        <w:rPr>
          <w:lang w:eastAsia="ko-KR"/>
        </w:rPr>
        <w:t>규제를</w:t>
      </w:r>
      <w:r>
        <w:rPr>
          <w:lang w:eastAsia="ko-KR"/>
        </w:rPr>
        <w:t xml:space="preserve"> </w:t>
      </w:r>
      <w:r>
        <w:rPr>
          <w:lang w:eastAsia="ko-KR"/>
        </w:rPr>
        <w:t>구분하고</w:t>
      </w:r>
      <w:r>
        <w:rPr>
          <w:lang w:eastAsia="ko-KR"/>
        </w:rPr>
        <w:t xml:space="preserve"> </w:t>
      </w:r>
      <w:r>
        <w:rPr>
          <w:lang w:eastAsia="ko-KR"/>
        </w:rPr>
        <w:t>현지</w:t>
      </w:r>
      <w:r>
        <w:rPr>
          <w:lang w:eastAsia="ko-KR"/>
        </w:rPr>
        <w:t xml:space="preserve"> </w:t>
      </w:r>
      <w:r>
        <w:rPr>
          <w:lang w:eastAsia="ko-KR"/>
        </w:rPr>
        <w:t>라이선스</w:t>
      </w:r>
      <w:r>
        <w:rPr>
          <w:lang w:eastAsia="ko-KR"/>
        </w:rPr>
        <w:t xml:space="preserve"> </w:t>
      </w:r>
      <w:r>
        <w:rPr>
          <w:lang w:eastAsia="ko-KR"/>
        </w:rPr>
        <w:t>파트너</w:t>
      </w:r>
      <w:r>
        <w:rPr>
          <w:lang w:eastAsia="ko-KR"/>
        </w:rPr>
        <w:t xml:space="preserve">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결정한다</w:t>
      </w:r>
      <w:r>
        <w:rPr>
          <w:lang w:eastAsia="ko-KR"/>
        </w:rPr>
        <w:t>.</w:t>
      </w:r>
    </w:p>
    <w:p w14:paraId="6EE4649B" w14:textId="4243588B" w:rsidR="00BD12AE" w:rsidRDefault="00000000">
      <w:pPr>
        <w:rPr>
          <w:lang w:eastAsia="ko-KR"/>
        </w:rPr>
      </w:pPr>
      <w:r>
        <w:rPr>
          <w:lang w:eastAsia="ko-KR"/>
        </w:rPr>
        <w:t>공개되지</w:t>
      </w:r>
      <w:r>
        <w:rPr>
          <w:lang w:eastAsia="ko-KR"/>
        </w:rPr>
        <w:t xml:space="preserve"> </w:t>
      </w:r>
      <w:r>
        <w:rPr>
          <w:lang w:eastAsia="ko-KR"/>
        </w:rPr>
        <w:t>않았거나</w:t>
      </w:r>
      <w:r>
        <w:rPr>
          <w:lang w:eastAsia="ko-KR"/>
        </w:rPr>
        <w:t xml:space="preserve"> </w:t>
      </w:r>
      <w:r>
        <w:rPr>
          <w:lang w:eastAsia="ko-KR"/>
        </w:rPr>
        <w:t>체결이</w:t>
      </w:r>
      <w:r>
        <w:rPr>
          <w:lang w:eastAsia="ko-KR"/>
        </w:rPr>
        <w:t xml:space="preserve"> </w:t>
      </w:r>
      <w:r>
        <w:rPr>
          <w:lang w:eastAsia="ko-KR"/>
        </w:rPr>
        <w:t>완료되지</w:t>
      </w:r>
      <w:r>
        <w:rPr>
          <w:lang w:eastAsia="ko-KR"/>
        </w:rPr>
        <w:t xml:space="preserve"> </w:t>
      </w:r>
      <w:r>
        <w:rPr>
          <w:lang w:eastAsia="ko-KR"/>
        </w:rPr>
        <w:t>않은</w:t>
      </w:r>
      <w:r>
        <w:rPr>
          <w:lang w:eastAsia="ko-KR"/>
        </w:rPr>
        <w:t xml:space="preserve"> </w:t>
      </w:r>
      <w:r>
        <w:rPr>
          <w:lang w:eastAsia="ko-KR"/>
        </w:rPr>
        <w:t>파트너십은</w:t>
      </w:r>
      <w:r>
        <w:rPr>
          <w:lang w:eastAsia="ko-KR"/>
        </w:rPr>
        <w:t xml:space="preserve"> IR</w:t>
      </w:r>
      <w:r>
        <w:rPr>
          <w:lang w:eastAsia="ko-KR"/>
        </w:rPr>
        <w:t>에서</w:t>
      </w:r>
      <w:r>
        <w:rPr>
          <w:lang w:eastAsia="ko-KR"/>
        </w:rPr>
        <w:t xml:space="preserve"> '</w:t>
      </w:r>
      <w:r>
        <w:rPr>
          <w:lang w:eastAsia="ko-KR"/>
        </w:rPr>
        <w:t>협의</w:t>
      </w:r>
      <w:r>
        <w:rPr>
          <w:lang w:eastAsia="ko-KR"/>
        </w:rPr>
        <w:t>/</w:t>
      </w:r>
      <w:r>
        <w:rPr>
          <w:lang w:eastAsia="ko-KR"/>
        </w:rPr>
        <w:t>추진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>'</w:t>
      </w:r>
      <w:proofErr w:type="spellStart"/>
      <w:r>
        <w:rPr>
          <w:lang w:eastAsia="ko-KR"/>
        </w:rPr>
        <w:t>으로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명확히</w:t>
      </w:r>
      <w:r>
        <w:rPr>
          <w:lang w:eastAsia="ko-KR"/>
        </w:rPr>
        <w:t xml:space="preserve"> </w:t>
      </w:r>
      <w:r>
        <w:rPr>
          <w:lang w:eastAsia="ko-KR"/>
        </w:rPr>
        <w:t>표시한다</w:t>
      </w:r>
      <w:r>
        <w:rPr>
          <w:lang w:eastAsia="ko-KR"/>
        </w:rPr>
        <w:t>.</w:t>
      </w:r>
    </w:p>
    <w:p w14:paraId="4AF491E2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26. OTA &amp; K-Culture Synergy</w:t>
      </w:r>
    </w:p>
    <w:p w14:paraId="238D6372" w14:textId="77777777" w:rsidR="00BD12AE" w:rsidRDefault="00000000">
      <w:pPr>
        <w:rPr>
          <w:lang w:eastAsia="ko-KR"/>
        </w:rPr>
      </w:pPr>
      <w:r>
        <w:rPr>
          <w:lang w:eastAsia="ko-KR"/>
        </w:rPr>
        <w:t>OTA</w:t>
      </w:r>
      <w:r>
        <w:rPr>
          <w:lang w:eastAsia="ko-KR"/>
        </w:rPr>
        <w:t>와</w:t>
      </w:r>
      <w:r>
        <w:rPr>
          <w:lang w:eastAsia="ko-KR"/>
        </w:rPr>
        <w:t xml:space="preserve"> K-Culture</w:t>
      </w:r>
      <w:r>
        <w:rPr>
          <w:lang w:eastAsia="ko-KR"/>
        </w:rPr>
        <w:t>는</w:t>
      </w:r>
      <w:r>
        <w:rPr>
          <w:lang w:eastAsia="ko-KR"/>
        </w:rPr>
        <w:t xml:space="preserve"> RWAHUB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비금융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실사용</w:t>
      </w:r>
      <w:r>
        <w:rPr>
          <w:lang w:eastAsia="ko-KR"/>
        </w:rPr>
        <w:t xml:space="preserve"> </w:t>
      </w:r>
      <w:r>
        <w:rPr>
          <w:lang w:eastAsia="ko-KR"/>
        </w:rPr>
        <w:t>생태계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확대축으로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배치한다</w:t>
      </w:r>
      <w:r>
        <w:rPr>
          <w:lang w:eastAsia="ko-KR"/>
        </w:rPr>
        <w:t>.</w:t>
      </w:r>
    </w:p>
    <w:p w14:paraId="022CC5D0" w14:textId="77777777" w:rsidR="00BD12AE" w:rsidRDefault="00000000">
      <w:pPr>
        <w:rPr>
          <w:lang w:eastAsia="ko-KR"/>
        </w:rPr>
      </w:pPr>
      <w:r>
        <w:rPr>
          <w:lang w:eastAsia="ko-KR"/>
        </w:rPr>
        <w:t>숙박</w:t>
      </w:r>
      <w:r>
        <w:rPr>
          <w:lang w:eastAsia="ko-KR"/>
        </w:rPr>
        <w:t>·</w:t>
      </w:r>
      <w:r>
        <w:rPr>
          <w:lang w:eastAsia="ko-KR"/>
        </w:rPr>
        <w:t>공연</w:t>
      </w:r>
      <w:r>
        <w:rPr>
          <w:lang w:eastAsia="ko-KR"/>
        </w:rPr>
        <w:t>·</w:t>
      </w:r>
      <w:r>
        <w:rPr>
          <w:lang w:eastAsia="ko-KR"/>
        </w:rPr>
        <w:t>콘텐츠의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선판매</w:t>
      </w:r>
      <w:proofErr w:type="spellEnd"/>
      <w:r>
        <w:rPr>
          <w:lang w:eastAsia="ko-KR"/>
        </w:rPr>
        <w:t>·</w:t>
      </w:r>
      <w:r>
        <w:rPr>
          <w:lang w:eastAsia="ko-KR"/>
        </w:rPr>
        <w:t>멤버십</w:t>
      </w:r>
      <w:r>
        <w:rPr>
          <w:lang w:eastAsia="ko-KR"/>
        </w:rPr>
        <w:t>·</w:t>
      </w:r>
      <w:r>
        <w:rPr>
          <w:lang w:eastAsia="ko-KR"/>
        </w:rPr>
        <w:t>결제</w:t>
      </w:r>
      <w:r>
        <w:rPr>
          <w:lang w:eastAsia="ko-KR"/>
        </w:rPr>
        <w:t xml:space="preserve"> </w:t>
      </w:r>
      <w:r>
        <w:rPr>
          <w:lang w:eastAsia="ko-KR"/>
        </w:rPr>
        <w:t>기능과</w:t>
      </w:r>
      <w:r>
        <w:rPr>
          <w:lang w:eastAsia="ko-KR"/>
        </w:rPr>
        <w:t xml:space="preserve"> RWA </w:t>
      </w:r>
      <w:r>
        <w:rPr>
          <w:lang w:eastAsia="ko-KR"/>
        </w:rPr>
        <w:t>투자상품을</w:t>
      </w:r>
      <w:r>
        <w:rPr>
          <w:lang w:eastAsia="ko-KR"/>
        </w:rPr>
        <w:t xml:space="preserve"> </w:t>
      </w:r>
      <w:r>
        <w:rPr>
          <w:lang w:eastAsia="ko-KR"/>
        </w:rPr>
        <w:t>혼합하지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 xml:space="preserve"> </w:t>
      </w:r>
      <w:r>
        <w:rPr>
          <w:lang w:eastAsia="ko-KR"/>
        </w:rPr>
        <w:t>별도</w:t>
      </w:r>
      <w:r>
        <w:rPr>
          <w:lang w:eastAsia="ko-KR"/>
        </w:rPr>
        <w:t xml:space="preserve"> </w:t>
      </w:r>
      <w:r>
        <w:rPr>
          <w:lang w:eastAsia="ko-KR"/>
        </w:rPr>
        <w:t>계약</w:t>
      </w:r>
      <w:r>
        <w:rPr>
          <w:lang w:eastAsia="ko-KR"/>
        </w:rPr>
        <w:t>·</w:t>
      </w:r>
      <w:r>
        <w:rPr>
          <w:lang w:eastAsia="ko-KR"/>
        </w:rPr>
        <w:t>권리로</w:t>
      </w:r>
      <w:r>
        <w:rPr>
          <w:lang w:eastAsia="ko-KR"/>
        </w:rPr>
        <w:t xml:space="preserve"> </w:t>
      </w:r>
      <w:r>
        <w:rPr>
          <w:lang w:eastAsia="ko-KR"/>
        </w:rPr>
        <w:t>구분한다</w:t>
      </w:r>
      <w:r>
        <w:rPr>
          <w:lang w:eastAsia="ko-KR"/>
        </w:rPr>
        <w:t>.</w:t>
      </w:r>
    </w:p>
    <w:p w14:paraId="3B793841" w14:textId="5CCE453E" w:rsidR="00BD12AE" w:rsidRDefault="00000000">
      <w:pPr>
        <w:rPr>
          <w:lang w:eastAsia="ko-KR"/>
        </w:rPr>
      </w:pPr>
      <w:r>
        <w:rPr>
          <w:lang w:eastAsia="ko-KR"/>
        </w:rPr>
        <w:t>실사용</w:t>
      </w:r>
      <w:r>
        <w:rPr>
          <w:lang w:eastAsia="ko-KR"/>
        </w:rPr>
        <w:t xml:space="preserve"> </w:t>
      </w:r>
      <w:r>
        <w:rPr>
          <w:lang w:eastAsia="ko-KR"/>
        </w:rPr>
        <w:t>트래픽이</w:t>
      </w:r>
      <w:r>
        <w:rPr>
          <w:lang w:eastAsia="ko-KR"/>
        </w:rPr>
        <w:t xml:space="preserve"> </w:t>
      </w: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데이터와</w:t>
      </w:r>
      <w:r>
        <w:rPr>
          <w:lang w:eastAsia="ko-KR"/>
        </w:rPr>
        <w:t xml:space="preserve"> </w:t>
      </w:r>
      <w:r>
        <w:rPr>
          <w:lang w:eastAsia="ko-KR"/>
        </w:rPr>
        <w:t>반복매출로</w:t>
      </w:r>
      <w:r>
        <w:rPr>
          <w:lang w:eastAsia="ko-KR"/>
        </w:rPr>
        <w:t xml:space="preserve"> </w:t>
      </w:r>
      <w:r>
        <w:rPr>
          <w:lang w:eastAsia="ko-KR"/>
        </w:rPr>
        <w:t>연결되는</w:t>
      </w:r>
      <w:r>
        <w:rPr>
          <w:lang w:eastAsia="ko-KR"/>
        </w:rPr>
        <w:t xml:space="preserve"> </w:t>
      </w:r>
      <w:r>
        <w:rPr>
          <w:lang w:eastAsia="ko-KR"/>
        </w:rPr>
        <w:t>구조를</w:t>
      </w:r>
      <w:r>
        <w:rPr>
          <w:lang w:eastAsia="ko-KR"/>
        </w:rPr>
        <w:t xml:space="preserve"> </w:t>
      </w:r>
      <w:r>
        <w:rPr>
          <w:lang w:eastAsia="ko-KR"/>
        </w:rPr>
        <w:t>목표로</w:t>
      </w:r>
      <w:r>
        <w:rPr>
          <w:lang w:eastAsia="ko-KR"/>
        </w:rPr>
        <w:t xml:space="preserve"> </w:t>
      </w:r>
      <w:r>
        <w:rPr>
          <w:lang w:eastAsia="ko-KR"/>
        </w:rPr>
        <w:t>한다</w:t>
      </w:r>
      <w:r>
        <w:rPr>
          <w:lang w:eastAsia="ko-KR"/>
        </w:rPr>
        <w:t>.</w:t>
      </w:r>
    </w:p>
    <w:p w14:paraId="346FF211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27. Technology &amp; Security</w:t>
      </w:r>
    </w:p>
    <w:p w14:paraId="45A64646" w14:textId="77777777" w:rsidR="00BD12AE" w:rsidRDefault="00000000">
      <w:pPr>
        <w:rPr>
          <w:lang w:eastAsia="ko-KR"/>
        </w:rPr>
      </w:pPr>
      <w:r>
        <w:rPr>
          <w:lang w:eastAsia="ko-KR"/>
        </w:rPr>
        <w:t xml:space="preserve">BNB </w:t>
      </w:r>
      <w:r>
        <w:rPr>
          <w:lang w:eastAsia="ko-KR"/>
        </w:rPr>
        <w:t>계열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퍼블릭체인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스마트컨트랙트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감사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멀티시그</w:t>
      </w:r>
      <w:proofErr w:type="spellEnd"/>
      <w:r>
        <w:rPr>
          <w:lang w:eastAsia="ko-KR"/>
        </w:rPr>
        <w:t xml:space="preserve">, </w:t>
      </w:r>
      <w:proofErr w:type="spellStart"/>
      <w:r>
        <w:rPr>
          <w:lang w:eastAsia="ko-KR"/>
        </w:rPr>
        <w:t>키관리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접근통제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온체인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모니터링</w:t>
      </w:r>
      <w:r>
        <w:rPr>
          <w:lang w:eastAsia="ko-KR"/>
        </w:rPr>
        <w:t xml:space="preserve">, Oracle </w:t>
      </w:r>
      <w:r>
        <w:rPr>
          <w:lang w:eastAsia="ko-KR"/>
        </w:rPr>
        <w:t>장애대응을</w:t>
      </w:r>
      <w:r>
        <w:rPr>
          <w:lang w:eastAsia="ko-KR"/>
        </w:rPr>
        <w:t xml:space="preserve"> </w:t>
      </w:r>
      <w:r>
        <w:rPr>
          <w:lang w:eastAsia="ko-KR"/>
        </w:rPr>
        <w:t>필수</w:t>
      </w:r>
      <w:r>
        <w:rPr>
          <w:lang w:eastAsia="ko-KR"/>
        </w:rPr>
        <w:t xml:space="preserve"> </w:t>
      </w:r>
      <w:r>
        <w:rPr>
          <w:lang w:eastAsia="ko-KR"/>
        </w:rPr>
        <w:t>통제로</w:t>
      </w:r>
      <w:r>
        <w:rPr>
          <w:lang w:eastAsia="ko-KR"/>
        </w:rPr>
        <w:t xml:space="preserve"> </w:t>
      </w:r>
      <w:r>
        <w:rPr>
          <w:lang w:eastAsia="ko-KR"/>
        </w:rPr>
        <w:t>둔다</w:t>
      </w:r>
      <w:r>
        <w:rPr>
          <w:lang w:eastAsia="ko-KR"/>
        </w:rPr>
        <w:t>.</w:t>
      </w:r>
    </w:p>
    <w:p w14:paraId="15B68E3B" w14:textId="524FFC1C" w:rsidR="00BD12AE" w:rsidRDefault="00000000">
      <w:pPr>
        <w:rPr>
          <w:lang w:eastAsia="ko-KR"/>
        </w:rPr>
      </w:pPr>
      <w:r>
        <w:rPr>
          <w:lang w:eastAsia="ko-KR"/>
        </w:rPr>
        <w:t>기관용</w:t>
      </w:r>
      <w:r>
        <w:rPr>
          <w:lang w:eastAsia="ko-KR"/>
        </w:rPr>
        <w:t xml:space="preserve"> </w:t>
      </w:r>
      <w:r>
        <w:rPr>
          <w:lang w:eastAsia="ko-KR"/>
        </w:rPr>
        <w:t>시스템은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온체인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데이터와</w:t>
      </w:r>
      <w:r>
        <w:rPr>
          <w:lang w:eastAsia="ko-KR"/>
        </w:rPr>
        <w:t xml:space="preserve"> </w:t>
      </w:r>
      <w:r>
        <w:rPr>
          <w:lang w:eastAsia="ko-KR"/>
        </w:rPr>
        <w:t>오프체인</w:t>
      </w:r>
      <w:r>
        <w:rPr>
          <w:lang w:eastAsia="ko-KR"/>
        </w:rPr>
        <w:t xml:space="preserve"> </w:t>
      </w:r>
      <w:r>
        <w:rPr>
          <w:lang w:eastAsia="ko-KR"/>
        </w:rPr>
        <w:t>자산원장</w:t>
      </w:r>
      <w:r>
        <w:rPr>
          <w:lang w:eastAsia="ko-KR"/>
        </w:rPr>
        <w:t>·</w:t>
      </w:r>
      <w:r>
        <w:rPr>
          <w:lang w:eastAsia="ko-KR"/>
        </w:rPr>
        <w:t>회계</w:t>
      </w:r>
      <w:r>
        <w:rPr>
          <w:lang w:eastAsia="ko-KR"/>
        </w:rPr>
        <w:t xml:space="preserve">·KYC </w:t>
      </w:r>
      <w:r>
        <w:rPr>
          <w:lang w:eastAsia="ko-KR"/>
        </w:rPr>
        <w:t>정보를</w:t>
      </w:r>
      <w:r>
        <w:rPr>
          <w:lang w:eastAsia="ko-KR"/>
        </w:rPr>
        <w:t xml:space="preserve"> </w:t>
      </w:r>
      <w:r>
        <w:rPr>
          <w:lang w:eastAsia="ko-KR"/>
        </w:rPr>
        <w:t>연결하는</w:t>
      </w:r>
      <w:r>
        <w:rPr>
          <w:lang w:eastAsia="ko-KR"/>
        </w:rPr>
        <w:t xml:space="preserve"> Audit Trail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제공해야</w:t>
      </w:r>
      <w:r>
        <w:rPr>
          <w:lang w:eastAsia="ko-KR"/>
        </w:rPr>
        <w:t xml:space="preserve"> </w:t>
      </w:r>
      <w:r>
        <w:rPr>
          <w:lang w:eastAsia="ko-KR"/>
        </w:rPr>
        <w:t>한다</w:t>
      </w:r>
      <w:r>
        <w:rPr>
          <w:lang w:eastAsia="ko-KR"/>
        </w:rPr>
        <w:t>.</w:t>
      </w:r>
    </w:p>
    <w:p w14:paraId="177B3152" w14:textId="77777777" w:rsidR="00BD12AE" w:rsidRDefault="00000000">
      <w:pPr>
        <w:pStyle w:val="1"/>
      </w:pPr>
      <w:r>
        <w:t>28. KPI Dashboard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6"/>
        <w:gridCol w:w="5108"/>
      </w:tblGrid>
      <w:tr w:rsidR="00BD12AE" w14:paraId="5B9E848E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6C1FDFFE" w14:textId="77777777" w:rsidR="00BD12AE" w:rsidRDefault="00000000">
            <w:r>
              <w:rPr>
                <w:b/>
              </w:rPr>
              <w:t>분류</w:t>
            </w:r>
          </w:p>
        </w:tc>
        <w:tc>
          <w:tcPr>
            <w:tcW w:w="5112" w:type="dxa"/>
            <w:shd w:val="clear" w:color="auto" w:fill="DCE6F1"/>
          </w:tcPr>
          <w:p w14:paraId="1DE0FEDF" w14:textId="77777777" w:rsidR="00BD12AE" w:rsidRDefault="00000000">
            <w:r>
              <w:rPr>
                <w:b/>
              </w:rPr>
              <w:t>핵심</w:t>
            </w:r>
            <w:r>
              <w:rPr>
                <w:b/>
              </w:rPr>
              <w:t xml:space="preserve"> KPI</w:t>
            </w:r>
          </w:p>
        </w:tc>
      </w:tr>
      <w:tr w:rsidR="00BD12AE" w14:paraId="1163F0E7" w14:textId="77777777">
        <w:trPr>
          <w:jc w:val="center"/>
        </w:trPr>
        <w:tc>
          <w:tcPr>
            <w:tcW w:w="5112" w:type="dxa"/>
          </w:tcPr>
          <w:p w14:paraId="6B5029BA" w14:textId="77777777" w:rsidR="00BD12AE" w:rsidRDefault="00000000">
            <w:r>
              <w:t>Capital</w:t>
            </w:r>
          </w:p>
        </w:tc>
        <w:tc>
          <w:tcPr>
            <w:tcW w:w="5112" w:type="dxa"/>
          </w:tcPr>
          <w:p w14:paraId="7D5DC538" w14:textId="77777777" w:rsidR="00BD12AE" w:rsidRDefault="00000000">
            <w:pPr>
              <w:rPr>
                <w:lang w:eastAsia="ko-KR"/>
              </w:rPr>
            </w:pPr>
            <w:proofErr w:type="spellStart"/>
            <w:r>
              <w:rPr>
                <w:lang w:eastAsia="ko-KR"/>
              </w:rPr>
              <w:t>조달액</w:t>
            </w:r>
            <w:proofErr w:type="spellEnd"/>
            <w:r>
              <w:rPr>
                <w:lang w:eastAsia="ko-KR"/>
              </w:rPr>
              <w:t xml:space="preserve">, Runway, </w:t>
            </w:r>
            <w:r>
              <w:rPr>
                <w:lang w:eastAsia="ko-KR"/>
              </w:rPr>
              <w:t>후속투자</w:t>
            </w:r>
          </w:p>
        </w:tc>
      </w:tr>
      <w:tr w:rsidR="00BD12AE" w14:paraId="592564A7" w14:textId="77777777">
        <w:trPr>
          <w:jc w:val="center"/>
        </w:trPr>
        <w:tc>
          <w:tcPr>
            <w:tcW w:w="5112" w:type="dxa"/>
          </w:tcPr>
          <w:p w14:paraId="421D95A0" w14:textId="77777777" w:rsidR="00BD12AE" w:rsidRDefault="00000000">
            <w:r>
              <w:t>Assets</w:t>
            </w:r>
          </w:p>
        </w:tc>
        <w:tc>
          <w:tcPr>
            <w:tcW w:w="5112" w:type="dxa"/>
          </w:tcPr>
          <w:p w14:paraId="0401EE73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등록자산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수</w:t>
            </w:r>
            <w:r>
              <w:rPr>
                <w:lang w:eastAsia="ko-KR"/>
              </w:rPr>
              <w:t>/</w:t>
            </w:r>
            <w:r>
              <w:rPr>
                <w:lang w:eastAsia="ko-KR"/>
              </w:rPr>
              <w:t>가치</w:t>
            </w:r>
            <w:r>
              <w:rPr>
                <w:lang w:eastAsia="ko-KR"/>
              </w:rPr>
              <w:t xml:space="preserve">, DD </w:t>
            </w:r>
            <w:proofErr w:type="spellStart"/>
            <w:r>
              <w:rPr>
                <w:lang w:eastAsia="ko-KR"/>
              </w:rPr>
              <w:t>완료율</w:t>
            </w:r>
            <w:proofErr w:type="spellEnd"/>
          </w:p>
        </w:tc>
      </w:tr>
      <w:tr w:rsidR="00BD12AE" w14:paraId="31337C40" w14:textId="77777777">
        <w:trPr>
          <w:jc w:val="center"/>
        </w:trPr>
        <w:tc>
          <w:tcPr>
            <w:tcW w:w="5112" w:type="dxa"/>
          </w:tcPr>
          <w:p w14:paraId="0A934153" w14:textId="77777777" w:rsidR="00BD12AE" w:rsidRDefault="00000000">
            <w:r>
              <w:t>Revenue</w:t>
            </w:r>
          </w:p>
        </w:tc>
        <w:tc>
          <w:tcPr>
            <w:tcW w:w="5112" w:type="dxa"/>
          </w:tcPr>
          <w:p w14:paraId="4E3DBAC8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플랫폼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프로젝트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전략사업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매출</w:t>
            </w:r>
          </w:p>
        </w:tc>
      </w:tr>
      <w:tr w:rsidR="00BD12AE" w14:paraId="50DDBA5B" w14:textId="77777777">
        <w:trPr>
          <w:jc w:val="center"/>
        </w:trPr>
        <w:tc>
          <w:tcPr>
            <w:tcW w:w="5112" w:type="dxa"/>
          </w:tcPr>
          <w:p w14:paraId="1F3264D1" w14:textId="77777777" w:rsidR="00BD12AE" w:rsidRDefault="00000000">
            <w:r>
              <w:t>Risk</w:t>
            </w:r>
          </w:p>
        </w:tc>
        <w:tc>
          <w:tcPr>
            <w:tcW w:w="5112" w:type="dxa"/>
          </w:tcPr>
          <w:p w14:paraId="6B5256ED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연체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손실</w:t>
            </w:r>
            <w:r>
              <w:rPr>
                <w:lang w:eastAsia="ko-KR"/>
              </w:rPr>
              <w:t xml:space="preserve">·Oracle </w:t>
            </w:r>
            <w:r>
              <w:rPr>
                <w:lang w:eastAsia="ko-KR"/>
              </w:rPr>
              <w:t>이상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보안사고</w:t>
            </w:r>
          </w:p>
        </w:tc>
      </w:tr>
      <w:tr w:rsidR="00BD12AE" w14:paraId="7C726380" w14:textId="77777777">
        <w:trPr>
          <w:jc w:val="center"/>
        </w:trPr>
        <w:tc>
          <w:tcPr>
            <w:tcW w:w="5112" w:type="dxa"/>
          </w:tcPr>
          <w:p w14:paraId="6543236D" w14:textId="77777777" w:rsidR="00BD12AE" w:rsidRDefault="00000000">
            <w:r>
              <w:t>Market</w:t>
            </w:r>
          </w:p>
        </w:tc>
        <w:tc>
          <w:tcPr>
            <w:tcW w:w="5112" w:type="dxa"/>
          </w:tcPr>
          <w:p w14:paraId="5BB2FBCA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기관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파이프라인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계약전환율</w:t>
            </w:r>
          </w:p>
        </w:tc>
      </w:tr>
      <w:tr w:rsidR="00BD12AE" w14:paraId="5F2F040A" w14:textId="77777777">
        <w:trPr>
          <w:jc w:val="center"/>
        </w:trPr>
        <w:tc>
          <w:tcPr>
            <w:tcW w:w="5112" w:type="dxa"/>
          </w:tcPr>
          <w:p w14:paraId="4B600DA6" w14:textId="77777777" w:rsidR="00BD12AE" w:rsidRDefault="00000000">
            <w:r>
              <w:t>Compliance</w:t>
            </w:r>
          </w:p>
        </w:tc>
        <w:tc>
          <w:tcPr>
            <w:tcW w:w="5112" w:type="dxa"/>
          </w:tcPr>
          <w:p w14:paraId="3EF885BA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KYC/AML </w:t>
            </w:r>
            <w:r>
              <w:rPr>
                <w:lang w:eastAsia="ko-KR"/>
              </w:rPr>
              <w:t>처리율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감사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보고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적시성</w:t>
            </w:r>
          </w:p>
        </w:tc>
      </w:tr>
    </w:tbl>
    <w:p w14:paraId="64F0D8A3" w14:textId="77777777" w:rsidR="00BF6820" w:rsidRDefault="00BF6820" w:rsidP="00BF6820">
      <w:pPr>
        <w:rPr>
          <w:rFonts w:eastAsia="맑은 고딕"/>
          <w:lang w:eastAsia="ko-KR"/>
        </w:rPr>
      </w:pPr>
    </w:p>
    <w:p w14:paraId="3D7DD6AA" w14:textId="77777777" w:rsidR="00BF6820" w:rsidRDefault="00BF6820" w:rsidP="00BF6820">
      <w:pPr>
        <w:rPr>
          <w:rFonts w:eastAsia="맑은 고딕"/>
          <w:lang w:eastAsia="ko-KR"/>
        </w:rPr>
      </w:pPr>
    </w:p>
    <w:p w14:paraId="0069159D" w14:textId="06B3DEFA" w:rsidR="00BD12AE" w:rsidRPr="00AC6A94" w:rsidRDefault="00000000" w:rsidP="00BF6820">
      <w:pPr>
        <w:rPr>
          <w:color w:val="365F91" w:themeColor="accent1" w:themeShade="BF"/>
          <w:sz w:val="28"/>
          <w:szCs w:val="28"/>
        </w:rPr>
      </w:pPr>
      <w:r w:rsidRPr="00AC6A94">
        <w:rPr>
          <w:color w:val="365F91" w:themeColor="accent1" w:themeShade="BF"/>
          <w:sz w:val="28"/>
          <w:szCs w:val="28"/>
        </w:rPr>
        <w:t>29. 2026-2030 Roadmap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6"/>
        <w:gridCol w:w="5108"/>
      </w:tblGrid>
      <w:tr w:rsidR="00BD12AE" w14:paraId="39F78B8D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5A6ED66A" w14:textId="77777777" w:rsidR="00BD12AE" w:rsidRDefault="00000000">
            <w:r>
              <w:rPr>
                <w:b/>
              </w:rPr>
              <w:t>2026</w:t>
            </w:r>
          </w:p>
        </w:tc>
        <w:tc>
          <w:tcPr>
            <w:tcW w:w="5112" w:type="dxa"/>
            <w:shd w:val="clear" w:color="auto" w:fill="DCE6F1"/>
          </w:tcPr>
          <w:p w14:paraId="69248B0E" w14:textId="77777777" w:rsidR="00BD12AE" w:rsidRDefault="00000000">
            <w:pPr>
              <w:rPr>
                <w:lang w:eastAsia="ko-KR"/>
              </w:rPr>
            </w:pPr>
            <w:r>
              <w:rPr>
                <w:b/>
                <w:lang w:eastAsia="ko-KR"/>
              </w:rPr>
              <w:t>기관투자</w:t>
            </w:r>
            <w:r>
              <w:rPr>
                <w:b/>
                <w:lang w:eastAsia="ko-KR"/>
              </w:rPr>
              <w:t xml:space="preserve">, </w:t>
            </w:r>
            <w:r>
              <w:rPr>
                <w:b/>
                <w:lang w:eastAsia="ko-KR"/>
              </w:rPr>
              <w:t>플랫폼</w:t>
            </w:r>
            <w:r>
              <w:rPr>
                <w:b/>
                <w:lang w:eastAsia="ko-KR"/>
              </w:rPr>
              <w:t xml:space="preserve"> </w:t>
            </w:r>
            <w:r>
              <w:rPr>
                <w:b/>
                <w:lang w:eastAsia="ko-KR"/>
              </w:rPr>
              <w:t>고도화</w:t>
            </w:r>
            <w:r>
              <w:rPr>
                <w:b/>
                <w:lang w:eastAsia="ko-KR"/>
              </w:rPr>
              <w:t xml:space="preserve">, </w:t>
            </w:r>
            <w:r>
              <w:rPr>
                <w:b/>
                <w:lang w:eastAsia="ko-KR"/>
              </w:rPr>
              <w:t>규제</w:t>
            </w:r>
            <w:r>
              <w:rPr>
                <w:b/>
                <w:lang w:eastAsia="ko-KR"/>
              </w:rPr>
              <w:t>·</w:t>
            </w:r>
            <w:r>
              <w:rPr>
                <w:b/>
                <w:lang w:eastAsia="ko-KR"/>
              </w:rPr>
              <w:t>감사</w:t>
            </w:r>
            <w:r>
              <w:rPr>
                <w:b/>
                <w:lang w:eastAsia="ko-KR"/>
              </w:rPr>
              <w:t xml:space="preserve"> </w:t>
            </w:r>
            <w:r>
              <w:rPr>
                <w:b/>
                <w:lang w:eastAsia="ko-KR"/>
              </w:rPr>
              <w:t>체계</w:t>
            </w:r>
            <w:r>
              <w:rPr>
                <w:b/>
                <w:lang w:eastAsia="ko-KR"/>
              </w:rPr>
              <w:t xml:space="preserve"> </w:t>
            </w:r>
            <w:r>
              <w:rPr>
                <w:b/>
                <w:lang w:eastAsia="ko-KR"/>
              </w:rPr>
              <w:t>정비</w:t>
            </w:r>
          </w:p>
        </w:tc>
      </w:tr>
      <w:tr w:rsidR="00BD12AE" w14:paraId="334DC294" w14:textId="77777777">
        <w:trPr>
          <w:jc w:val="center"/>
        </w:trPr>
        <w:tc>
          <w:tcPr>
            <w:tcW w:w="5112" w:type="dxa"/>
          </w:tcPr>
          <w:p w14:paraId="68B1768A" w14:textId="77777777" w:rsidR="00BD12AE" w:rsidRDefault="00000000">
            <w:r>
              <w:t>2027</w:t>
            </w:r>
          </w:p>
        </w:tc>
        <w:tc>
          <w:tcPr>
            <w:tcW w:w="5112" w:type="dxa"/>
          </w:tcPr>
          <w:p w14:paraId="7B1D6F8F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토큰증권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제도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대응</w:t>
            </w:r>
            <w:r>
              <w:rPr>
                <w:lang w:eastAsia="ko-KR"/>
              </w:rPr>
              <w:t xml:space="preserve">, Pilot, Pre-IPO </w:t>
            </w:r>
            <w:r>
              <w:rPr>
                <w:lang w:eastAsia="ko-KR"/>
              </w:rPr>
              <w:t>기반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구축</w:t>
            </w:r>
          </w:p>
        </w:tc>
      </w:tr>
      <w:tr w:rsidR="00BD12AE" w14:paraId="37F440FF" w14:textId="77777777">
        <w:trPr>
          <w:jc w:val="center"/>
        </w:trPr>
        <w:tc>
          <w:tcPr>
            <w:tcW w:w="5112" w:type="dxa"/>
          </w:tcPr>
          <w:p w14:paraId="492E6488" w14:textId="77777777" w:rsidR="00BD12AE" w:rsidRDefault="00000000">
            <w:r>
              <w:t>2028</w:t>
            </w:r>
          </w:p>
        </w:tc>
        <w:tc>
          <w:tcPr>
            <w:tcW w:w="5112" w:type="dxa"/>
          </w:tcPr>
          <w:p w14:paraId="13D39B29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RWA </w:t>
            </w:r>
            <w:r>
              <w:rPr>
                <w:lang w:eastAsia="ko-KR"/>
              </w:rPr>
              <w:t>상품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기관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파트너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확대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글로벌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사업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확장</w:t>
            </w:r>
          </w:p>
        </w:tc>
      </w:tr>
      <w:tr w:rsidR="00BD12AE" w14:paraId="7BF45DCC" w14:textId="77777777">
        <w:trPr>
          <w:jc w:val="center"/>
        </w:trPr>
        <w:tc>
          <w:tcPr>
            <w:tcW w:w="5112" w:type="dxa"/>
          </w:tcPr>
          <w:p w14:paraId="306E4CF5" w14:textId="77777777" w:rsidR="00BD12AE" w:rsidRDefault="00000000">
            <w:r>
              <w:t>2029</w:t>
            </w:r>
          </w:p>
        </w:tc>
        <w:tc>
          <w:tcPr>
            <w:tcW w:w="5112" w:type="dxa"/>
          </w:tcPr>
          <w:p w14:paraId="128B1013" w14:textId="77777777" w:rsidR="00BD12AE" w:rsidRDefault="00000000">
            <w:r>
              <w:t xml:space="preserve">IPO </w:t>
            </w:r>
            <w:r>
              <w:t>추진</w:t>
            </w:r>
            <w:r>
              <w:t xml:space="preserve"> </w:t>
            </w:r>
            <w:r>
              <w:t>가능</w:t>
            </w:r>
            <w:r>
              <w:t xml:space="preserve"> </w:t>
            </w:r>
            <w:r>
              <w:t>구간</w:t>
            </w:r>
            <w:r>
              <w:t xml:space="preserve">, </w:t>
            </w:r>
            <w:r>
              <w:t>전략적</w:t>
            </w:r>
            <w:r>
              <w:t xml:space="preserve"> M&amp;A/Secondary </w:t>
            </w:r>
            <w:r>
              <w:t>병행</w:t>
            </w:r>
          </w:p>
        </w:tc>
      </w:tr>
      <w:tr w:rsidR="00BD12AE" w14:paraId="18BEA538" w14:textId="77777777">
        <w:trPr>
          <w:jc w:val="center"/>
        </w:trPr>
        <w:tc>
          <w:tcPr>
            <w:tcW w:w="5112" w:type="dxa"/>
          </w:tcPr>
          <w:p w14:paraId="68BF6473" w14:textId="77777777" w:rsidR="00BD12AE" w:rsidRDefault="00000000">
            <w:r>
              <w:t>2030</w:t>
            </w:r>
          </w:p>
        </w:tc>
        <w:tc>
          <w:tcPr>
            <w:tcW w:w="5112" w:type="dxa"/>
          </w:tcPr>
          <w:p w14:paraId="117D8E09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상장사</w:t>
            </w:r>
            <w:r>
              <w:rPr>
                <w:lang w:eastAsia="ko-KR"/>
              </w:rPr>
              <w:t>/</w:t>
            </w:r>
            <w:r>
              <w:rPr>
                <w:lang w:eastAsia="ko-KR"/>
              </w:rPr>
              <w:t>글로벌</w:t>
            </w:r>
            <w:r>
              <w:rPr>
                <w:lang w:eastAsia="ko-KR"/>
              </w:rPr>
              <w:t xml:space="preserve"> RWA </w:t>
            </w:r>
            <w:r>
              <w:rPr>
                <w:lang w:eastAsia="ko-KR"/>
              </w:rPr>
              <w:t>인프라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사업자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성장전략</w:t>
            </w:r>
          </w:p>
        </w:tc>
      </w:tr>
    </w:tbl>
    <w:p w14:paraId="3CD7E7BE" w14:textId="77777777" w:rsidR="004C72B1" w:rsidRDefault="004C72B1" w:rsidP="00AC6A94">
      <w:pPr>
        <w:rPr>
          <w:rFonts w:eastAsia="맑은 고딕"/>
          <w:lang w:eastAsia="ko-KR"/>
        </w:rPr>
      </w:pPr>
    </w:p>
    <w:p w14:paraId="202F902A" w14:textId="77777777" w:rsidR="004C72B1" w:rsidRDefault="004C72B1" w:rsidP="00AC6A94">
      <w:pPr>
        <w:rPr>
          <w:rFonts w:eastAsia="맑은 고딕"/>
          <w:lang w:eastAsia="ko-KR"/>
        </w:rPr>
      </w:pPr>
    </w:p>
    <w:p w14:paraId="603DFE3B" w14:textId="41E242F5" w:rsidR="00BD12AE" w:rsidRPr="004C72B1" w:rsidRDefault="00000000" w:rsidP="00AC6A94">
      <w:pPr>
        <w:rPr>
          <w:color w:val="365F91" w:themeColor="accent1" w:themeShade="BF"/>
          <w:sz w:val="28"/>
          <w:szCs w:val="28"/>
          <w:lang w:eastAsia="ko-KR"/>
        </w:rPr>
      </w:pPr>
      <w:r w:rsidRPr="004C72B1">
        <w:rPr>
          <w:color w:val="365F91" w:themeColor="accent1" w:themeShade="BF"/>
          <w:sz w:val="28"/>
          <w:szCs w:val="28"/>
          <w:lang w:eastAsia="ko-KR"/>
        </w:rPr>
        <w:lastRenderedPageBreak/>
        <w:t>30. Financial Model Framework</w:t>
      </w:r>
    </w:p>
    <w:p w14:paraId="454EF806" w14:textId="77777777" w:rsidR="00BD12AE" w:rsidRDefault="00000000">
      <w:pPr>
        <w:rPr>
          <w:lang w:eastAsia="ko-KR"/>
        </w:rPr>
      </w:pPr>
      <w:r>
        <w:rPr>
          <w:lang w:eastAsia="ko-KR"/>
        </w:rPr>
        <w:t>5</w:t>
      </w:r>
      <w:r>
        <w:rPr>
          <w:lang w:eastAsia="ko-KR"/>
        </w:rPr>
        <w:t>개년</w:t>
      </w:r>
      <w:r>
        <w:rPr>
          <w:lang w:eastAsia="ko-KR"/>
        </w:rPr>
        <w:t xml:space="preserve"> </w:t>
      </w:r>
      <w:r>
        <w:rPr>
          <w:lang w:eastAsia="ko-KR"/>
        </w:rPr>
        <w:t>재무모델은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Base /</w:t>
      </w:r>
      <w:proofErr w:type="gramEnd"/>
      <w:r>
        <w:rPr>
          <w:lang w:eastAsia="ko-KR"/>
        </w:rPr>
        <w:t xml:space="preserve"> </w:t>
      </w:r>
      <w:proofErr w:type="gramStart"/>
      <w:r>
        <w:rPr>
          <w:lang w:eastAsia="ko-KR"/>
        </w:rPr>
        <w:t>Upside /</w:t>
      </w:r>
      <w:proofErr w:type="gramEnd"/>
      <w:r>
        <w:rPr>
          <w:lang w:eastAsia="ko-KR"/>
        </w:rPr>
        <w:t xml:space="preserve"> Downside 3</w:t>
      </w:r>
      <w:r>
        <w:rPr>
          <w:lang w:eastAsia="ko-KR"/>
        </w:rPr>
        <w:t>개</w:t>
      </w:r>
      <w:r>
        <w:rPr>
          <w:lang w:eastAsia="ko-KR"/>
        </w:rPr>
        <w:t xml:space="preserve"> </w:t>
      </w:r>
      <w:r>
        <w:rPr>
          <w:lang w:eastAsia="ko-KR"/>
        </w:rPr>
        <w:t>시나리오로</w:t>
      </w:r>
      <w:r>
        <w:rPr>
          <w:lang w:eastAsia="ko-KR"/>
        </w:rPr>
        <w:t xml:space="preserve"> </w:t>
      </w:r>
      <w:r>
        <w:rPr>
          <w:lang w:eastAsia="ko-KR"/>
        </w:rPr>
        <w:t>구축한다</w:t>
      </w:r>
      <w:r>
        <w:rPr>
          <w:lang w:eastAsia="ko-KR"/>
        </w:rPr>
        <w:t>.</w:t>
      </w:r>
    </w:p>
    <w:p w14:paraId="018DC8D0" w14:textId="77777777" w:rsidR="00BD12AE" w:rsidRDefault="00000000">
      <w:pPr>
        <w:rPr>
          <w:lang w:eastAsia="ko-KR"/>
        </w:rPr>
      </w:pPr>
      <w:r>
        <w:rPr>
          <w:lang w:eastAsia="ko-KR"/>
        </w:rPr>
        <w:t>핵심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입력값은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자산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등록액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, Take Rate, </w:t>
      </w: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구독</w:t>
      </w:r>
      <w:r>
        <w:rPr>
          <w:lang w:eastAsia="ko-KR"/>
        </w:rPr>
        <w:t>·</w:t>
      </w:r>
      <w:proofErr w:type="spellStart"/>
      <w:r>
        <w:rPr>
          <w:lang w:eastAsia="ko-KR"/>
        </w:rPr>
        <w:t>관리료</w:t>
      </w:r>
      <w:proofErr w:type="spellEnd"/>
      <w:r>
        <w:rPr>
          <w:lang w:eastAsia="ko-KR"/>
        </w:rPr>
        <w:t xml:space="preserve">, OTA </w:t>
      </w:r>
      <w:r>
        <w:rPr>
          <w:lang w:eastAsia="ko-KR"/>
        </w:rPr>
        <w:t>거래액</w:t>
      </w:r>
      <w:r>
        <w:rPr>
          <w:lang w:eastAsia="ko-KR"/>
        </w:rPr>
        <w:t xml:space="preserve">, </w:t>
      </w:r>
      <w:r>
        <w:rPr>
          <w:lang w:eastAsia="ko-KR"/>
        </w:rPr>
        <w:t>인건비</w:t>
      </w:r>
      <w:r>
        <w:rPr>
          <w:lang w:eastAsia="ko-KR"/>
        </w:rPr>
        <w:t>·</w:t>
      </w:r>
      <w:r>
        <w:rPr>
          <w:lang w:eastAsia="ko-KR"/>
        </w:rPr>
        <w:t>개발비</w:t>
      </w:r>
      <w:r>
        <w:rPr>
          <w:lang w:eastAsia="ko-KR"/>
        </w:rPr>
        <w:t>·</w:t>
      </w:r>
      <w:r>
        <w:rPr>
          <w:lang w:eastAsia="ko-KR"/>
        </w:rPr>
        <w:t>규제비용</w:t>
      </w:r>
      <w:r>
        <w:rPr>
          <w:lang w:eastAsia="ko-KR"/>
        </w:rPr>
        <w:t xml:space="preserve">,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손실률이다</w:t>
      </w:r>
      <w:r>
        <w:rPr>
          <w:lang w:eastAsia="ko-KR"/>
        </w:rPr>
        <w:t>.</w:t>
      </w:r>
    </w:p>
    <w:p w14:paraId="375D83BE" w14:textId="77777777" w:rsidR="00BD12AE" w:rsidRDefault="00000000">
      <w:pPr>
        <w:rPr>
          <w:rFonts w:eastAsia="맑은 고딕"/>
          <w:lang w:eastAsia="ko-KR"/>
        </w:rPr>
      </w:pP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숫자는</w:t>
      </w:r>
      <w:r>
        <w:rPr>
          <w:lang w:eastAsia="ko-KR"/>
        </w:rPr>
        <w:t xml:space="preserve"> </w:t>
      </w:r>
      <w:r>
        <w:rPr>
          <w:lang w:eastAsia="ko-KR"/>
        </w:rPr>
        <w:t>최근</w:t>
      </w:r>
      <w:r>
        <w:rPr>
          <w:lang w:eastAsia="ko-KR"/>
        </w:rPr>
        <w:t xml:space="preserve"> </w:t>
      </w:r>
      <w:r>
        <w:rPr>
          <w:lang w:eastAsia="ko-KR"/>
        </w:rPr>
        <w:t>재무제표와</w:t>
      </w:r>
      <w:r>
        <w:rPr>
          <w:lang w:eastAsia="ko-KR"/>
        </w:rPr>
        <w:t xml:space="preserve"> </w:t>
      </w:r>
      <w:r>
        <w:rPr>
          <w:lang w:eastAsia="ko-KR"/>
        </w:rPr>
        <w:t>계약</w:t>
      </w:r>
      <w:r>
        <w:rPr>
          <w:lang w:eastAsia="ko-KR"/>
        </w:rPr>
        <w:t xml:space="preserve"> </w:t>
      </w:r>
      <w:r>
        <w:rPr>
          <w:lang w:eastAsia="ko-KR"/>
        </w:rPr>
        <w:t>파이프라인을</w:t>
      </w:r>
      <w:r>
        <w:rPr>
          <w:lang w:eastAsia="ko-KR"/>
        </w:rPr>
        <w:t xml:space="preserve"> </w:t>
      </w:r>
      <w:r>
        <w:rPr>
          <w:lang w:eastAsia="ko-KR"/>
        </w:rPr>
        <w:t>입력한</w:t>
      </w:r>
      <w:r>
        <w:rPr>
          <w:lang w:eastAsia="ko-KR"/>
        </w:rPr>
        <w:t xml:space="preserve"> </w:t>
      </w:r>
      <w:r>
        <w:rPr>
          <w:lang w:eastAsia="ko-KR"/>
        </w:rPr>
        <w:t>뒤</w:t>
      </w:r>
      <w:r>
        <w:rPr>
          <w:lang w:eastAsia="ko-KR"/>
        </w:rPr>
        <w:t xml:space="preserve"> </w:t>
      </w:r>
      <w:r>
        <w:rPr>
          <w:lang w:eastAsia="ko-KR"/>
        </w:rPr>
        <w:t>확정하며</w:t>
      </w:r>
      <w:r>
        <w:rPr>
          <w:lang w:eastAsia="ko-KR"/>
        </w:rPr>
        <w:t xml:space="preserve"> </w:t>
      </w: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문서에서는</w:t>
      </w:r>
      <w:r>
        <w:rPr>
          <w:lang w:eastAsia="ko-KR"/>
        </w:rPr>
        <w:t xml:space="preserve"> </w:t>
      </w:r>
      <w:r>
        <w:rPr>
          <w:lang w:eastAsia="ko-KR"/>
        </w:rPr>
        <w:t>임의</w:t>
      </w:r>
      <w:r>
        <w:rPr>
          <w:lang w:eastAsia="ko-KR"/>
        </w:rPr>
        <w:t xml:space="preserve"> </w:t>
      </w:r>
      <w:r>
        <w:rPr>
          <w:lang w:eastAsia="ko-KR"/>
        </w:rPr>
        <w:t>매출을</w:t>
      </w:r>
      <w:r>
        <w:rPr>
          <w:lang w:eastAsia="ko-KR"/>
        </w:rPr>
        <w:t xml:space="preserve"> </w:t>
      </w:r>
      <w:r>
        <w:rPr>
          <w:lang w:eastAsia="ko-KR"/>
        </w:rPr>
        <w:t>사실처럼</w:t>
      </w:r>
      <w:r>
        <w:rPr>
          <w:lang w:eastAsia="ko-KR"/>
        </w:rPr>
        <w:t xml:space="preserve"> </w:t>
      </w:r>
      <w:r>
        <w:rPr>
          <w:lang w:eastAsia="ko-KR"/>
        </w:rPr>
        <w:t>제시하지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027A5D42" w14:textId="77777777" w:rsidR="00BF6820" w:rsidRDefault="00BF6820">
      <w:pPr>
        <w:rPr>
          <w:rFonts w:eastAsia="맑은 고딕"/>
          <w:lang w:eastAsia="ko-KR"/>
        </w:rPr>
      </w:pPr>
    </w:p>
    <w:p w14:paraId="5951CE00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31. Due Diligence Data Room</w:t>
      </w:r>
    </w:p>
    <w:p w14:paraId="3258B217" w14:textId="77777777" w:rsidR="00BD12AE" w:rsidRDefault="00000000">
      <w:pPr>
        <w:rPr>
          <w:lang w:eastAsia="ko-KR"/>
        </w:rPr>
      </w:pPr>
      <w:r>
        <w:rPr>
          <w:lang w:eastAsia="ko-KR"/>
        </w:rPr>
        <w:t>법인등기</w:t>
      </w:r>
      <w:r>
        <w:rPr>
          <w:lang w:eastAsia="ko-KR"/>
        </w:rPr>
        <w:t>·</w:t>
      </w:r>
      <w:r>
        <w:rPr>
          <w:lang w:eastAsia="ko-KR"/>
        </w:rPr>
        <w:t>정관</w:t>
      </w:r>
      <w:r>
        <w:rPr>
          <w:lang w:eastAsia="ko-KR"/>
        </w:rPr>
        <w:t>·</w:t>
      </w:r>
      <w:r>
        <w:rPr>
          <w:lang w:eastAsia="ko-KR"/>
        </w:rPr>
        <w:t>주주명부</w:t>
      </w:r>
      <w:r>
        <w:rPr>
          <w:lang w:eastAsia="ko-KR"/>
        </w:rPr>
        <w:t>·</w:t>
      </w:r>
      <w:r>
        <w:rPr>
          <w:lang w:eastAsia="ko-KR"/>
        </w:rPr>
        <w:t>자본변동</w:t>
      </w:r>
      <w:r>
        <w:rPr>
          <w:lang w:eastAsia="ko-KR"/>
        </w:rPr>
        <w:t xml:space="preserve">, </w:t>
      </w:r>
      <w:r>
        <w:rPr>
          <w:lang w:eastAsia="ko-KR"/>
        </w:rPr>
        <w:t>최근</w:t>
      </w:r>
      <w:r>
        <w:rPr>
          <w:lang w:eastAsia="ko-KR"/>
        </w:rPr>
        <w:t xml:space="preserve"> 3</w:t>
      </w:r>
      <w:r>
        <w:rPr>
          <w:lang w:eastAsia="ko-KR"/>
        </w:rPr>
        <w:t>개년</w:t>
      </w:r>
      <w:r>
        <w:rPr>
          <w:lang w:eastAsia="ko-KR"/>
        </w:rPr>
        <w:t xml:space="preserve"> </w:t>
      </w:r>
      <w:r>
        <w:rPr>
          <w:lang w:eastAsia="ko-KR"/>
        </w:rPr>
        <w:t>재무</w:t>
      </w:r>
      <w:r>
        <w:rPr>
          <w:lang w:eastAsia="ko-KR"/>
        </w:rPr>
        <w:t>·</w:t>
      </w:r>
      <w:r>
        <w:rPr>
          <w:lang w:eastAsia="ko-KR"/>
        </w:rPr>
        <w:t>세무</w:t>
      </w:r>
      <w:r>
        <w:rPr>
          <w:lang w:eastAsia="ko-KR"/>
        </w:rPr>
        <w:t>, IP·</w:t>
      </w:r>
      <w:r>
        <w:rPr>
          <w:lang w:eastAsia="ko-KR"/>
        </w:rPr>
        <w:t>특허</w:t>
      </w:r>
      <w:r>
        <w:rPr>
          <w:lang w:eastAsia="ko-KR"/>
        </w:rPr>
        <w:t>·</w:t>
      </w:r>
      <w:r>
        <w:rPr>
          <w:lang w:eastAsia="ko-KR"/>
        </w:rPr>
        <w:t>소스</w:t>
      </w:r>
      <w:r>
        <w:rPr>
          <w:lang w:eastAsia="ko-KR"/>
        </w:rPr>
        <w:t xml:space="preserve"> </w:t>
      </w:r>
      <w:r>
        <w:rPr>
          <w:lang w:eastAsia="ko-KR"/>
        </w:rPr>
        <w:t>권리</w:t>
      </w:r>
      <w:r>
        <w:rPr>
          <w:lang w:eastAsia="ko-KR"/>
        </w:rPr>
        <w:t xml:space="preserve">, </w:t>
      </w: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발행</w:t>
      </w:r>
      <w:r>
        <w:rPr>
          <w:lang w:eastAsia="ko-KR"/>
        </w:rPr>
        <w:t>·</w:t>
      </w:r>
      <w:r>
        <w:rPr>
          <w:lang w:eastAsia="ko-KR"/>
        </w:rPr>
        <w:t>유통</w:t>
      </w:r>
      <w:r>
        <w:rPr>
          <w:lang w:eastAsia="ko-KR"/>
        </w:rPr>
        <w:t>·</w:t>
      </w:r>
      <w:proofErr w:type="spellStart"/>
      <w:r>
        <w:rPr>
          <w:lang w:eastAsia="ko-KR"/>
        </w:rPr>
        <w:t>락업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자산감정</w:t>
      </w:r>
      <w:r>
        <w:rPr>
          <w:lang w:eastAsia="ko-KR"/>
        </w:rPr>
        <w:t>·</w:t>
      </w:r>
      <w:r>
        <w:rPr>
          <w:lang w:eastAsia="ko-KR"/>
        </w:rPr>
        <w:t>보관</w:t>
      </w:r>
      <w:r>
        <w:rPr>
          <w:lang w:eastAsia="ko-KR"/>
        </w:rPr>
        <w:t>·</w:t>
      </w:r>
      <w:r>
        <w:rPr>
          <w:lang w:eastAsia="ko-KR"/>
        </w:rPr>
        <w:t>보험</w:t>
      </w:r>
      <w:r>
        <w:rPr>
          <w:lang w:eastAsia="ko-KR"/>
        </w:rPr>
        <w:t xml:space="preserve">, </w:t>
      </w:r>
      <w:r>
        <w:rPr>
          <w:lang w:eastAsia="ko-KR"/>
        </w:rPr>
        <w:t>주요</w:t>
      </w:r>
      <w:r>
        <w:rPr>
          <w:lang w:eastAsia="ko-KR"/>
        </w:rPr>
        <w:t xml:space="preserve"> </w:t>
      </w:r>
      <w:r>
        <w:rPr>
          <w:lang w:eastAsia="ko-KR"/>
        </w:rPr>
        <w:t>계약</w:t>
      </w:r>
      <w:r>
        <w:rPr>
          <w:lang w:eastAsia="ko-KR"/>
        </w:rPr>
        <w:t xml:space="preserve">, </w:t>
      </w:r>
      <w:r>
        <w:rPr>
          <w:lang w:eastAsia="ko-KR"/>
        </w:rPr>
        <w:t>규제</w:t>
      </w:r>
      <w:r>
        <w:rPr>
          <w:lang w:eastAsia="ko-KR"/>
        </w:rPr>
        <w:t xml:space="preserve"> </w:t>
      </w:r>
      <w:r>
        <w:rPr>
          <w:lang w:eastAsia="ko-KR"/>
        </w:rPr>
        <w:t>의견서</w:t>
      </w:r>
      <w:r>
        <w:rPr>
          <w:lang w:eastAsia="ko-KR"/>
        </w:rPr>
        <w:t xml:space="preserve">, </w:t>
      </w:r>
      <w:r>
        <w:rPr>
          <w:lang w:eastAsia="ko-KR"/>
        </w:rPr>
        <w:t>보안감사</w:t>
      </w:r>
      <w:r>
        <w:rPr>
          <w:lang w:eastAsia="ko-KR"/>
        </w:rPr>
        <w:t>, 5</w:t>
      </w:r>
      <w:r>
        <w:rPr>
          <w:lang w:eastAsia="ko-KR"/>
        </w:rPr>
        <w:t>개년</w:t>
      </w:r>
      <w:r>
        <w:rPr>
          <w:lang w:eastAsia="ko-KR"/>
        </w:rPr>
        <w:t xml:space="preserve"> Forecast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준비한다</w:t>
      </w:r>
      <w:r>
        <w:rPr>
          <w:lang w:eastAsia="ko-KR"/>
        </w:rPr>
        <w:t>.</w:t>
      </w:r>
    </w:p>
    <w:p w14:paraId="3534DE48" w14:textId="77777777" w:rsidR="00BF6820" w:rsidRDefault="00000000">
      <w:pPr>
        <w:rPr>
          <w:rFonts w:eastAsia="맑은 고딕"/>
          <w:lang w:eastAsia="ko-KR"/>
        </w:rPr>
      </w:pPr>
      <w:r>
        <w:rPr>
          <w:lang w:eastAsia="ko-KR"/>
        </w:rPr>
        <w:t>기관투자</w:t>
      </w:r>
      <w:r>
        <w:rPr>
          <w:lang w:eastAsia="ko-KR"/>
        </w:rPr>
        <w:t xml:space="preserve"> </w:t>
      </w:r>
      <w:r>
        <w:rPr>
          <w:lang w:eastAsia="ko-KR"/>
        </w:rPr>
        <w:t>전에</w:t>
      </w:r>
      <w:r>
        <w:rPr>
          <w:lang w:eastAsia="ko-KR"/>
        </w:rPr>
        <w:t xml:space="preserve"> '</w:t>
      </w:r>
      <w:r>
        <w:rPr>
          <w:lang w:eastAsia="ko-KR"/>
        </w:rPr>
        <w:t>확정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계약</w:t>
      </w:r>
      <w:r>
        <w:rPr>
          <w:lang w:eastAsia="ko-KR"/>
        </w:rPr>
        <w:t xml:space="preserve"> /</w:t>
      </w:r>
      <w:proofErr w:type="gramEnd"/>
      <w:r>
        <w:rPr>
          <w:lang w:eastAsia="ko-KR"/>
        </w:rPr>
        <w:t xml:space="preserve"> </w:t>
      </w:r>
      <w:proofErr w:type="gramStart"/>
      <w:r>
        <w:rPr>
          <w:lang w:eastAsia="ko-KR"/>
        </w:rPr>
        <w:t>MOU /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협의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중</w:t>
      </w:r>
      <w:r>
        <w:rPr>
          <w:lang w:eastAsia="ko-KR"/>
        </w:rPr>
        <w:t xml:space="preserve"> /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내부</w:t>
      </w:r>
      <w:r>
        <w:rPr>
          <w:lang w:eastAsia="ko-KR"/>
        </w:rPr>
        <w:t xml:space="preserve"> </w:t>
      </w:r>
      <w:r>
        <w:rPr>
          <w:lang w:eastAsia="ko-KR"/>
        </w:rPr>
        <w:t>계획</w:t>
      </w:r>
      <w:r>
        <w:rPr>
          <w:lang w:eastAsia="ko-KR"/>
        </w:rPr>
        <w:t>'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구분한</w:t>
      </w:r>
      <w:r>
        <w:rPr>
          <w:lang w:eastAsia="ko-KR"/>
        </w:rPr>
        <w:t xml:space="preserve"> Contract Status Matrix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제공한다</w:t>
      </w:r>
    </w:p>
    <w:p w14:paraId="61F3F4E1" w14:textId="77777777" w:rsidR="00BF6820" w:rsidRDefault="00BF6820">
      <w:pPr>
        <w:rPr>
          <w:rFonts w:eastAsia="맑은 고딕"/>
          <w:lang w:eastAsia="ko-KR"/>
        </w:rPr>
      </w:pPr>
    </w:p>
    <w:p w14:paraId="006F08E3" w14:textId="77777777" w:rsidR="00BD12AE" w:rsidRDefault="00000000">
      <w:pPr>
        <w:pStyle w:val="1"/>
      </w:pPr>
      <w:r>
        <w:t>32. Proposed Term Sheet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6"/>
        <w:gridCol w:w="5108"/>
      </w:tblGrid>
      <w:tr w:rsidR="00BD12AE" w14:paraId="407C7457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3EB49B4C" w14:textId="77777777" w:rsidR="00BD12AE" w:rsidRDefault="00000000">
            <w:r>
              <w:rPr>
                <w:b/>
              </w:rPr>
              <w:t>항목</w:t>
            </w:r>
          </w:p>
        </w:tc>
        <w:tc>
          <w:tcPr>
            <w:tcW w:w="5112" w:type="dxa"/>
            <w:shd w:val="clear" w:color="auto" w:fill="DCE6F1"/>
          </w:tcPr>
          <w:p w14:paraId="31B67A3E" w14:textId="77777777" w:rsidR="00BD12AE" w:rsidRDefault="00000000">
            <w:r>
              <w:rPr>
                <w:b/>
              </w:rPr>
              <w:t>초안</w:t>
            </w:r>
          </w:p>
        </w:tc>
      </w:tr>
      <w:tr w:rsidR="00BD12AE" w14:paraId="66AEBDF1" w14:textId="77777777">
        <w:trPr>
          <w:jc w:val="center"/>
        </w:trPr>
        <w:tc>
          <w:tcPr>
            <w:tcW w:w="5112" w:type="dxa"/>
          </w:tcPr>
          <w:p w14:paraId="018802F4" w14:textId="77777777" w:rsidR="00BD12AE" w:rsidRDefault="00000000">
            <w:r>
              <w:t>Raise</w:t>
            </w:r>
          </w:p>
        </w:tc>
        <w:tc>
          <w:tcPr>
            <w:tcW w:w="5112" w:type="dxa"/>
          </w:tcPr>
          <w:p w14:paraId="59E5F9D8" w14:textId="77777777" w:rsidR="00BD12AE" w:rsidRDefault="00000000">
            <w:r>
              <w:t>100</w:t>
            </w:r>
            <w:r>
              <w:t>억</w:t>
            </w:r>
            <w:r>
              <w:t>~300</w:t>
            </w:r>
            <w:r>
              <w:t>억원</w:t>
            </w:r>
          </w:p>
        </w:tc>
      </w:tr>
      <w:tr w:rsidR="00BD12AE" w14:paraId="1F5C2C6E" w14:textId="77777777">
        <w:trPr>
          <w:jc w:val="center"/>
        </w:trPr>
        <w:tc>
          <w:tcPr>
            <w:tcW w:w="5112" w:type="dxa"/>
          </w:tcPr>
          <w:p w14:paraId="58B9B020" w14:textId="77777777" w:rsidR="00BD12AE" w:rsidRDefault="00000000">
            <w:r>
              <w:t>Base Case</w:t>
            </w:r>
          </w:p>
        </w:tc>
        <w:tc>
          <w:tcPr>
            <w:tcW w:w="5112" w:type="dxa"/>
          </w:tcPr>
          <w:p w14:paraId="66A692D7" w14:textId="77777777" w:rsidR="00BD12AE" w:rsidRDefault="00000000">
            <w:r>
              <w:t>200</w:t>
            </w:r>
            <w:r>
              <w:t>억원</w:t>
            </w:r>
          </w:p>
        </w:tc>
      </w:tr>
      <w:tr w:rsidR="00BD12AE" w14:paraId="1ED9C3F0" w14:textId="77777777">
        <w:trPr>
          <w:jc w:val="center"/>
        </w:trPr>
        <w:tc>
          <w:tcPr>
            <w:tcW w:w="5112" w:type="dxa"/>
          </w:tcPr>
          <w:p w14:paraId="2E214823" w14:textId="77777777" w:rsidR="00BD12AE" w:rsidRDefault="00000000">
            <w:r>
              <w:t>Instrument</w:t>
            </w:r>
          </w:p>
        </w:tc>
        <w:tc>
          <w:tcPr>
            <w:tcW w:w="5112" w:type="dxa"/>
          </w:tcPr>
          <w:p w14:paraId="4DD927D4" w14:textId="77777777" w:rsidR="00BD12AE" w:rsidRDefault="00000000">
            <w:pPr>
              <w:rPr>
                <w:lang w:eastAsia="ko-KR"/>
              </w:rPr>
            </w:pPr>
            <w:proofErr w:type="spellStart"/>
            <w:r>
              <w:rPr>
                <w:lang w:eastAsia="ko-KR"/>
              </w:rPr>
              <w:t>보통주</w:t>
            </w:r>
            <w:proofErr w:type="spellEnd"/>
            <w:r>
              <w:rPr>
                <w:lang w:eastAsia="ko-KR"/>
              </w:rPr>
              <w:t xml:space="preserve">/RCPS/CB/SPV </w:t>
            </w:r>
            <w:r>
              <w:rPr>
                <w:lang w:eastAsia="ko-KR"/>
              </w:rPr>
              <w:t>등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협의</w:t>
            </w:r>
          </w:p>
        </w:tc>
      </w:tr>
      <w:tr w:rsidR="00BD12AE" w14:paraId="351584DC" w14:textId="77777777">
        <w:trPr>
          <w:jc w:val="center"/>
        </w:trPr>
        <w:tc>
          <w:tcPr>
            <w:tcW w:w="5112" w:type="dxa"/>
          </w:tcPr>
          <w:p w14:paraId="233E9273" w14:textId="77777777" w:rsidR="00BD12AE" w:rsidRDefault="00000000">
            <w:r>
              <w:t>Valuation</w:t>
            </w:r>
          </w:p>
        </w:tc>
        <w:tc>
          <w:tcPr>
            <w:tcW w:w="5112" w:type="dxa"/>
          </w:tcPr>
          <w:p w14:paraId="32850B76" w14:textId="77777777" w:rsidR="00BD12AE" w:rsidRDefault="00000000">
            <w:r>
              <w:t xml:space="preserve">DD </w:t>
            </w:r>
            <w:r>
              <w:t>후</w:t>
            </w:r>
            <w:r>
              <w:t xml:space="preserve"> </w:t>
            </w:r>
            <w:r>
              <w:t>협상</w:t>
            </w:r>
          </w:p>
        </w:tc>
      </w:tr>
      <w:tr w:rsidR="00BD12AE" w14:paraId="0A79626F" w14:textId="77777777">
        <w:trPr>
          <w:jc w:val="center"/>
        </w:trPr>
        <w:tc>
          <w:tcPr>
            <w:tcW w:w="5112" w:type="dxa"/>
          </w:tcPr>
          <w:p w14:paraId="1596C158" w14:textId="77777777" w:rsidR="00BD12AE" w:rsidRDefault="00000000">
            <w:r>
              <w:t>Governance</w:t>
            </w:r>
          </w:p>
        </w:tc>
        <w:tc>
          <w:tcPr>
            <w:tcW w:w="5112" w:type="dxa"/>
          </w:tcPr>
          <w:p w14:paraId="53840324" w14:textId="77777777" w:rsidR="00BD12AE" w:rsidRDefault="00000000">
            <w:pPr>
              <w:rPr>
                <w:lang w:eastAsia="ko-KR"/>
              </w:rPr>
            </w:pPr>
            <w:proofErr w:type="spellStart"/>
            <w:r>
              <w:rPr>
                <w:lang w:eastAsia="ko-KR"/>
              </w:rPr>
              <w:t>정보권</w:t>
            </w:r>
            <w:proofErr w:type="spellEnd"/>
            <w:r>
              <w:rPr>
                <w:lang w:eastAsia="ko-KR"/>
              </w:rPr>
              <w:t>·</w:t>
            </w:r>
            <w:proofErr w:type="spellStart"/>
            <w:r>
              <w:rPr>
                <w:lang w:eastAsia="ko-KR"/>
              </w:rPr>
              <w:t>옵저버</w:t>
            </w:r>
            <w:proofErr w:type="spellEnd"/>
            <w:r>
              <w:rPr>
                <w:lang w:eastAsia="ko-KR"/>
              </w:rPr>
              <w:t>/</w:t>
            </w:r>
            <w:proofErr w:type="spellStart"/>
            <w:r>
              <w:rPr>
                <w:lang w:eastAsia="ko-KR"/>
              </w:rPr>
              <w:t>이사권</w:t>
            </w:r>
            <w:proofErr w:type="spellEnd"/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주요사항</w:t>
            </w:r>
            <w:r>
              <w:rPr>
                <w:lang w:eastAsia="ko-KR"/>
              </w:rPr>
              <w:t xml:space="preserve"> </w:t>
            </w:r>
            <w:proofErr w:type="spellStart"/>
            <w:r>
              <w:rPr>
                <w:lang w:eastAsia="ko-KR"/>
              </w:rPr>
              <w:t>동의권</w:t>
            </w:r>
            <w:proofErr w:type="spellEnd"/>
          </w:p>
        </w:tc>
      </w:tr>
      <w:tr w:rsidR="00BD12AE" w14:paraId="5124D30D" w14:textId="77777777">
        <w:trPr>
          <w:jc w:val="center"/>
        </w:trPr>
        <w:tc>
          <w:tcPr>
            <w:tcW w:w="5112" w:type="dxa"/>
          </w:tcPr>
          <w:p w14:paraId="6DC1F471" w14:textId="77777777" w:rsidR="00BD12AE" w:rsidRDefault="00000000">
            <w:r>
              <w:t>Exit</w:t>
            </w:r>
          </w:p>
        </w:tc>
        <w:tc>
          <w:tcPr>
            <w:tcW w:w="5112" w:type="dxa"/>
          </w:tcPr>
          <w:p w14:paraId="44CB9520" w14:textId="77777777" w:rsidR="00BD12AE" w:rsidRDefault="00000000">
            <w:r>
              <w:t>IPO / Secondary / M&amp;A / Project Cash Flow / Asset Sale</w:t>
            </w:r>
          </w:p>
        </w:tc>
      </w:tr>
      <w:tr w:rsidR="00BD12AE" w14:paraId="791BB5FC" w14:textId="77777777">
        <w:trPr>
          <w:jc w:val="center"/>
        </w:trPr>
        <w:tc>
          <w:tcPr>
            <w:tcW w:w="5112" w:type="dxa"/>
          </w:tcPr>
          <w:p w14:paraId="0CC17F2E" w14:textId="77777777" w:rsidR="00BD12AE" w:rsidRDefault="00000000">
            <w:r>
              <w:t>Token</w:t>
            </w:r>
          </w:p>
        </w:tc>
        <w:tc>
          <w:tcPr>
            <w:tcW w:w="5112" w:type="dxa"/>
          </w:tcPr>
          <w:p w14:paraId="7638B8F0" w14:textId="77777777" w:rsidR="00BD12AE" w:rsidRDefault="00000000">
            <w:r>
              <w:t>별도</w:t>
            </w:r>
            <w:r>
              <w:t xml:space="preserve"> </w:t>
            </w:r>
            <w:r>
              <w:t>규제</w:t>
            </w:r>
            <w:r>
              <w:t>·</w:t>
            </w:r>
            <w:r>
              <w:t>계약</w:t>
            </w:r>
            <w:r>
              <w:t xml:space="preserve"> </w:t>
            </w:r>
            <w:r>
              <w:t>검토</w:t>
            </w:r>
          </w:p>
        </w:tc>
      </w:tr>
    </w:tbl>
    <w:p w14:paraId="17B2AAAF" w14:textId="77777777" w:rsidR="00BF6820" w:rsidRDefault="00BF6820" w:rsidP="00BF6820">
      <w:pPr>
        <w:rPr>
          <w:rFonts w:eastAsia="맑은 고딕"/>
          <w:lang w:eastAsia="ko-KR"/>
        </w:rPr>
      </w:pPr>
    </w:p>
    <w:p w14:paraId="0CE8EB51" w14:textId="77777777" w:rsidR="00AC6A94" w:rsidRDefault="00AC6A94" w:rsidP="00BF6820">
      <w:pPr>
        <w:rPr>
          <w:rFonts w:eastAsia="맑은 고딕" w:hint="eastAsia"/>
          <w:lang w:eastAsia="ko-KR"/>
        </w:rPr>
      </w:pPr>
    </w:p>
    <w:p w14:paraId="1D24FD88" w14:textId="3C4AB7BE" w:rsidR="00BD12AE" w:rsidRPr="00AC6A94" w:rsidRDefault="00000000" w:rsidP="00BF6820">
      <w:pPr>
        <w:rPr>
          <w:color w:val="365F91" w:themeColor="accent1" w:themeShade="BF"/>
          <w:sz w:val="28"/>
          <w:szCs w:val="28"/>
        </w:rPr>
      </w:pPr>
      <w:r w:rsidRPr="00AC6A94">
        <w:rPr>
          <w:color w:val="365F91" w:themeColor="accent1" w:themeShade="BF"/>
          <w:sz w:val="28"/>
          <w:szCs w:val="28"/>
        </w:rPr>
        <w:t>33. Key Risks &amp; Mitigation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6"/>
        <w:gridCol w:w="5108"/>
      </w:tblGrid>
      <w:tr w:rsidR="00BD12AE" w14:paraId="66421B80" w14:textId="77777777">
        <w:trPr>
          <w:jc w:val="center"/>
        </w:trPr>
        <w:tc>
          <w:tcPr>
            <w:tcW w:w="5112" w:type="dxa"/>
            <w:shd w:val="clear" w:color="auto" w:fill="DCE6F1"/>
          </w:tcPr>
          <w:p w14:paraId="2F1F13B0" w14:textId="77777777" w:rsidR="00BD12AE" w:rsidRDefault="00000000">
            <w:r>
              <w:rPr>
                <w:rFonts w:ascii="맑은 고딕" w:eastAsia="맑은 고딕" w:hAnsi="맑은 고딕" w:cs="맑은 고딕" w:hint="eastAsia"/>
                <w:b/>
              </w:rPr>
              <w:t>증</w:t>
            </w:r>
            <w:r>
              <w:rPr>
                <w:b/>
              </w:rPr>
              <w:t>권성</w:t>
            </w:r>
          </w:p>
        </w:tc>
        <w:tc>
          <w:tcPr>
            <w:tcW w:w="5112" w:type="dxa"/>
            <w:shd w:val="clear" w:color="auto" w:fill="DCE6F1"/>
          </w:tcPr>
          <w:p w14:paraId="56431323" w14:textId="77777777" w:rsidR="00BD12AE" w:rsidRDefault="00000000">
            <w:r>
              <w:rPr>
                <w:b/>
              </w:rPr>
              <w:t>Utility</w:t>
            </w:r>
            <w:r>
              <w:rPr>
                <w:b/>
              </w:rPr>
              <w:t>와</w:t>
            </w:r>
            <w:r>
              <w:rPr>
                <w:b/>
              </w:rPr>
              <w:t xml:space="preserve"> Security </w:t>
            </w:r>
            <w:r>
              <w:rPr>
                <w:b/>
              </w:rPr>
              <w:t>권리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분리</w:t>
            </w:r>
          </w:p>
        </w:tc>
      </w:tr>
      <w:tr w:rsidR="00BD12AE" w14:paraId="7D590501" w14:textId="77777777">
        <w:trPr>
          <w:jc w:val="center"/>
        </w:trPr>
        <w:tc>
          <w:tcPr>
            <w:tcW w:w="5112" w:type="dxa"/>
          </w:tcPr>
          <w:p w14:paraId="1125EC06" w14:textId="77777777" w:rsidR="00BD12AE" w:rsidRDefault="00000000">
            <w:r>
              <w:t>상장</w:t>
            </w:r>
            <w:r>
              <w:t xml:space="preserve"> </w:t>
            </w:r>
            <w:r>
              <w:t>불확실성</w:t>
            </w:r>
          </w:p>
        </w:tc>
        <w:tc>
          <w:tcPr>
            <w:tcW w:w="5112" w:type="dxa"/>
          </w:tcPr>
          <w:p w14:paraId="76DC5295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복수</w:t>
            </w:r>
            <w:r>
              <w:rPr>
                <w:lang w:eastAsia="ko-KR"/>
              </w:rPr>
              <w:t xml:space="preserve"> Exit, </w:t>
            </w:r>
            <w:r>
              <w:rPr>
                <w:lang w:eastAsia="ko-KR"/>
              </w:rPr>
              <w:t>상장</w:t>
            </w:r>
            <w:r>
              <w:rPr>
                <w:lang w:eastAsia="ko-KR"/>
              </w:rPr>
              <w:t xml:space="preserve"> </w:t>
            </w:r>
            <w:proofErr w:type="spellStart"/>
            <w:r>
              <w:rPr>
                <w:lang w:eastAsia="ko-KR"/>
              </w:rPr>
              <w:t>미보장</w:t>
            </w:r>
            <w:proofErr w:type="spellEnd"/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명시</w:t>
            </w:r>
          </w:p>
        </w:tc>
      </w:tr>
      <w:tr w:rsidR="00BD12AE" w14:paraId="7833A07C" w14:textId="77777777">
        <w:trPr>
          <w:jc w:val="center"/>
        </w:trPr>
        <w:tc>
          <w:tcPr>
            <w:tcW w:w="5112" w:type="dxa"/>
          </w:tcPr>
          <w:p w14:paraId="5B21E056" w14:textId="77777777" w:rsidR="00BD12AE" w:rsidRDefault="00000000">
            <w:proofErr w:type="spellStart"/>
            <w:r>
              <w:t>자산가치</w:t>
            </w:r>
            <w:proofErr w:type="spellEnd"/>
          </w:p>
        </w:tc>
        <w:tc>
          <w:tcPr>
            <w:tcW w:w="5112" w:type="dxa"/>
          </w:tcPr>
          <w:p w14:paraId="3DA82F84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독립평가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보험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신탁</w:t>
            </w:r>
            <w:r>
              <w:rPr>
                <w:lang w:eastAsia="ko-KR"/>
              </w:rPr>
              <w:t>/</w:t>
            </w:r>
            <w:r>
              <w:rPr>
                <w:lang w:eastAsia="ko-KR"/>
              </w:rPr>
              <w:t>수탁</w:t>
            </w:r>
          </w:p>
        </w:tc>
      </w:tr>
      <w:tr w:rsidR="00BD12AE" w14:paraId="1DF95490" w14:textId="77777777">
        <w:trPr>
          <w:jc w:val="center"/>
        </w:trPr>
        <w:tc>
          <w:tcPr>
            <w:tcW w:w="5112" w:type="dxa"/>
          </w:tcPr>
          <w:p w14:paraId="6FA0A476" w14:textId="77777777" w:rsidR="00BD12AE" w:rsidRDefault="00000000">
            <w:proofErr w:type="spellStart"/>
            <w:r>
              <w:t>유동성</w:t>
            </w:r>
            <w:proofErr w:type="spellEnd"/>
          </w:p>
        </w:tc>
        <w:tc>
          <w:tcPr>
            <w:tcW w:w="5112" w:type="dxa"/>
          </w:tcPr>
          <w:p w14:paraId="00D246F8" w14:textId="77777777" w:rsidR="00BD12AE" w:rsidRDefault="00000000">
            <w:r>
              <w:t xml:space="preserve">SPV </w:t>
            </w:r>
            <w:r>
              <w:t>현금흐름</w:t>
            </w:r>
            <w:r>
              <w:t>·Secondary·M&amp;A</w:t>
            </w:r>
          </w:p>
        </w:tc>
      </w:tr>
      <w:tr w:rsidR="00BD12AE" w14:paraId="5DEA99EF" w14:textId="77777777">
        <w:trPr>
          <w:jc w:val="center"/>
        </w:trPr>
        <w:tc>
          <w:tcPr>
            <w:tcW w:w="5112" w:type="dxa"/>
          </w:tcPr>
          <w:p w14:paraId="012DE232" w14:textId="77777777" w:rsidR="00BD12AE" w:rsidRDefault="00000000">
            <w:r>
              <w:t>기술</w:t>
            </w:r>
          </w:p>
        </w:tc>
        <w:tc>
          <w:tcPr>
            <w:tcW w:w="5112" w:type="dxa"/>
          </w:tcPr>
          <w:p w14:paraId="584B5AE3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감사</w:t>
            </w:r>
            <w:r>
              <w:rPr>
                <w:lang w:eastAsia="ko-KR"/>
              </w:rPr>
              <w:t>·</w:t>
            </w:r>
            <w:proofErr w:type="spellStart"/>
            <w:r>
              <w:rPr>
                <w:lang w:eastAsia="ko-KR"/>
              </w:rPr>
              <w:t>멀티시그</w:t>
            </w:r>
            <w:proofErr w:type="spellEnd"/>
            <w:r>
              <w:rPr>
                <w:lang w:eastAsia="ko-KR"/>
              </w:rPr>
              <w:t xml:space="preserve">·Oracle </w:t>
            </w:r>
            <w:r>
              <w:rPr>
                <w:lang w:eastAsia="ko-KR"/>
              </w:rPr>
              <w:t>통제</w:t>
            </w:r>
          </w:p>
        </w:tc>
      </w:tr>
      <w:tr w:rsidR="00BD12AE" w14:paraId="0BCFBD66" w14:textId="77777777">
        <w:trPr>
          <w:jc w:val="center"/>
        </w:trPr>
        <w:tc>
          <w:tcPr>
            <w:tcW w:w="5112" w:type="dxa"/>
          </w:tcPr>
          <w:p w14:paraId="0C203CE5" w14:textId="77777777" w:rsidR="00BD12AE" w:rsidRDefault="00000000">
            <w:proofErr w:type="spellStart"/>
            <w:r>
              <w:t>규제</w:t>
            </w:r>
            <w:proofErr w:type="spellEnd"/>
          </w:p>
        </w:tc>
        <w:tc>
          <w:tcPr>
            <w:tcW w:w="5112" w:type="dxa"/>
          </w:tcPr>
          <w:p w14:paraId="4BCCD337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국가별</w:t>
            </w:r>
            <w:r>
              <w:rPr>
                <w:lang w:eastAsia="ko-KR"/>
              </w:rPr>
              <w:t xml:space="preserve"> Legal Matrix </w:t>
            </w:r>
            <w:r>
              <w:rPr>
                <w:lang w:eastAsia="ko-KR"/>
              </w:rPr>
              <w:t>및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인가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파트너</w:t>
            </w:r>
          </w:p>
        </w:tc>
      </w:tr>
    </w:tbl>
    <w:p w14:paraId="01859895" w14:textId="77777777" w:rsidR="00BF6820" w:rsidRDefault="00BF6820" w:rsidP="00BF6820">
      <w:pPr>
        <w:rPr>
          <w:rFonts w:eastAsia="맑은 고딕"/>
          <w:lang w:eastAsia="ko-KR"/>
        </w:rPr>
      </w:pPr>
    </w:p>
    <w:p w14:paraId="3EB02660" w14:textId="77777777" w:rsidR="00BF6820" w:rsidRDefault="00BF6820" w:rsidP="00BF6820">
      <w:pPr>
        <w:rPr>
          <w:rFonts w:eastAsia="맑은 고딕" w:hint="eastAsia"/>
          <w:lang w:eastAsia="ko-KR"/>
        </w:rPr>
      </w:pPr>
    </w:p>
    <w:p w14:paraId="65CA460E" w14:textId="77777777" w:rsidR="00BF6820" w:rsidRDefault="00BF6820" w:rsidP="00BF6820">
      <w:pPr>
        <w:rPr>
          <w:rFonts w:eastAsia="맑은 고딕"/>
          <w:lang w:eastAsia="ko-KR"/>
        </w:rPr>
      </w:pPr>
    </w:p>
    <w:p w14:paraId="45468DD6" w14:textId="7D3B44C5" w:rsidR="00BD12AE" w:rsidRPr="00AC6A94" w:rsidRDefault="00000000" w:rsidP="00BF6820">
      <w:pPr>
        <w:rPr>
          <w:color w:val="365F91" w:themeColor="accent1" w:themeShade="BF"/>
          <w:sz w:val="28"/>
          <w:szCs w:val="28"/>
          <w:lang w:eastAsia="ko-KR"/>
        </w:rPr>
      </w:pPr>
      <w:r w:rsidRPr="00AC6A94">
        <w:rPr>
          <w:color w:val="365F91" w:themeColor="accent1" w:themeShade="BF"/>
          <w:sz w:val="28"/>
          <w:szCs w:val="28"/>
          <w:lang w:eastAsia="ko-KR"/>
        </w:rPr>
        <w:lastRenderedPageBreak/>
        <w:t>34. Closing Investment Proposition</w:t>
      </w:r>
    </w:p>
    <w:p w14:paraId="3EBC11D9" w14:textId="77777777" w:rsidR="00BD12AE" w:rsidRDefault="00000000">
      <w:pPr>
        <w:rPr>
          <w:lang w:eastAsia="ko-KR"/>
        </w:rPr>
      </w:pPr>
      <w:r>
        <w:rPr>
          <w:lang w:eastAsia="ko-KR"/>
        </w:rPr>
        <w:t>RWAHUB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기관투자</w:t>
      </w:r>
      <w:r>
        <w:rPr>
          <w:lang w:eastAsia="ko-KR"/>
        </w:rPr>
        <w:t xml:space="preserve"> </w:t>
      </w:r>
      <w:r>
        <w:rPr>
          <w:lang w:eastAsia="ko-KR"/>
        </w:rPr>
        <w:t>전략은</w:t>
      </w:r>
      <w:r>
        <w:rPr>
          <w:lang w:eastAsia="ko-KR"/>
        </w:rPr>
        <w:t xml:space="preserve"> '</w:t>
      </w: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가격</w:t>
      </w:r>
      <w:r>
        <w:rPr>
          <w:lang w:eastAsia="ko-KR"/>
        </w:rPr>
        <w:t>'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투자논리의</w:t>
      </w:r>
      <w:r>
        <w:rPr>
          <w:lang w:eastAsia="ko-KR"/>
        </w:rPr>
        <w:t xml:space="preserve"> </w:t>
      </w:r>
      <w:r>
        <w:rPr>
          <w:lang w:eastAsia="ko-KR"/>
        </w:rPr>
        <w:t>중심에</w:t>
      </w:r>
      <w:r>
        <w:rPr>
          <w:lang w:eastAsia="ko-KR"/>
        </w:rPr>
        <w:t xml:space="preserve"> </w:t>
      </w:r>
      <w:r>
        <w:rPr>
          <w:lang w:eastAsia="ko-KR"/>
        </w:rPr>
        <w:t>두지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50059A22" w14:textId="77777777" w:rsidR="00BD12AE" w:rsidRDefault="00000000">
      <w:pPr>
        <w:rPr>
          <w:lang w:eastAsia="ko-KR"/>
        </w:rPr>
      </w:pPr>
      <w:r>
        <w:rPr>
          <w:lang w:eastAsia="ko-KR"/>
        </w:rPr>
        <w:t>핵심은</w:t>
      </w:r>
      <w:r>
        <w:rPr>
          <w:lang w:eastAsia="ko-KR"/>
        </w:rPr>
        <w:t xml:space="preserve"> </w:t>
      </w:r>
      <w:r>
        <w:rPr>
          <w:lang w:eastAsia="ko-KR"/>
        </w:rPr>
        <w:t>검증</w:t>
      </w:r>
      <w:r>
        <w:rPr>
          <w:lang w:eastAsia="ko-KR"/>
        </w:rPr>
        <w:t xml:space="preserve"> </w:t>
      </w:r>
      <w:r>
        <w:rPr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lang w:eastAsia="ko-KR"/>
        </w:rPr>
        <w:t>실물자산</w:t>
      </w:r>
      <w:r>
        <w:rPr>
          <w:lang w:eastAsia="ko-KR"/>
        </w:rPr>
        <w:t xml:space="preserve">, </w:t>
      </w:r>
      <w:r>
        <w:rPr>
          <w:lang w:eastAsia="ko-KR"/>
        </w:rPr>
        <w:t>반복</w:t>
      </w:r>
      <w:r>
        <w:rPr>
          <w:lang w:eastAsia="ko-KR"/>
        </w:rPr>
        <w:t xml:space="preserve"> </w:t>
      </w:r>
      <w:r>
        <w:rPr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수익</w:t>
      </w:r>
      <w:r>
        <w:rPr>
          <w:lang w:eastAsia="ko-KR"/>
        </w:rPr>
        <w:t xml:space="preserve">, </w:t>
      </w:r>
      <w:r>
        <w:rPr>
          <w:lang w:eastAsia="ko-KR"/>
        </w:rPr>
        <w:t>제도권</w:t>
      </w:r>
      <w:r>
        <w:rPr>
          <w:lang w:eastAsia="ko-KR"/>
        </w:rPr>
        <w:t xml:space="preserve"> </w:t>
      </w:r>
      <w:r>
        <w:rPr>
          <w:lang w:eastAsia="ko-KR"/>
        </w:rPr>
        <w:t>금융과</w:t>
      </w:r>
      <w:r>
        <w:rPr>
          <w:lang w:eastAsia="ko-KR"/>
        </w:rPr>
        <w:t xml:space="preserve"> </w:t>
      </w:r>
      <w:r>
        <w:rPr>
          <w:lang w:eastAsia="ko-KR"/>
        </w:rPr>
        <w:t>연결되는</w:t>
      </w:r>
      <w:r>
        <w:rPr>
          <w:lang w:eastAsia="ko-KR"/>
        </w:rPr>
        <w:t xml:space="preserve"> </w:t>
      </w:r>
      <w:r>
        <w:rPr>
          <w:lang w:eastAsia="ko-KR"/>
        </w:rPr>
        <w:t>규제구조</w:t>
      </w:r>
      <w:r>
        <w:rPr>
          <w:lang w:eastAsia="ko-KR"/>
        </w:rPr>
        <w:t xml:space="preserve">,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복수</w:t>
      </w:r>
      <w:r>
        <w:rPr>
          <w:lang w:eastAsia="ko-KR"/>
        </w:rPr>
        <w:t xml:space="preserve"> </w:t>
      </w:r>
      <w:r>
        <w:rPr>
          <w:lang w:eastAsia="ko-KR"/>
        </w:rPr>
        <w:t>회수경로다</w:t>
      </w:r>
      <w:r>
        <w:rPr>
          <w:lang w:eastAsia="ko-KR"/>
        </w:rPr>
        <w:t>.</w:t>
      </w:r>
    </w:p>
    <w:p w14:paraId="76B707D1" w14:textId="0B26C2C2" w:rsidR="00BD12AE" w:rsidRDefault="00000000">
      <w:r>
        <w:t>One Company, Multiple Capital Markets, Multiple Exit Channels.</w:t>
      </w:r>
      <w:r w:rsidR="00BF6820">
        <w:rPr>
          <w:rFonts w:eastAsia="맑은 고딕" w:hint="eastAsia"/>
          <w:lang w:eastAsia="ko-KR"/>
        </w:rPr>
        <w:t xml:space="preserve"> </w:t>
      </w:r>
    </w:p>
    <w:p w14:paraId="66B3CD18" w14:textId="77777777" w:rsidR="00BD12AE" w:rsidRDefault="00000000">
      <w:pPr>
        <w:pStyle w:val="1"/>
        <w:rPr>
          <w:lang w:eastAsia="ko-KR"/>
        </w:rPr>
      </w:pPr>
      <w:r>
        <w:rPr>
          <w:lang w:eastAsia="ko-KR"/>
        </w:rPr>
        <w:t>35. Disclaimer &amp; Sources</w:t>
      </w:r>
    </w:p>
    <w:p w14:paraId="1ACFFF57" w14:textId="77777777" w:rsidR="00BD12AE" w:rsidRDefault="00000000">
      <w:pPr>
        <w:rPr>
          <w:lang w:eastAsia="ko-KR"/>
        </w:rPr>
      </w:pP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문서는</w:t>
      </w:r>
      <w:r>
        <w:rPr>
          <w:lang w:eastAsia="ko-KR"/>
        </w:rPr>
        <w:t xml:space="preserve"> </w:t>
      </w:r>
      <w:r>
        <w:rPr>
          <w:lang w:eastAsia="ko-KR"/>
        </w:rPr>
        <w:t>전략적</w:t>
      </w:r>
      <w:r>
        <w:rPr>
          <w:lang w:eastAsia="ko-KR"/>
        </w:rPr>
        <w:t xml:space="preserve"> </w:t>
      </w:r>
      <w:r>
        <w:rPr>
          <w:lang w:eastAsia="ko-KR"/>
        </w:rPr>
        <w:t>투자협의용</w:t>
      </w:r>
      <w:r>
        <w:rPr>
          <w:lang w:eastAsia="ko-KR"/>
        </w:rPr>
        <w:t xml:space="preserve"> </w:t>
      </w:r>
      <w:r>
        <w:rPr>
          <w:lang w:eastAsia="ko-KR"/>
        </w:rPr>
        <w:t>초안이며</w:t>
      </w:r>
      <w:r>
        <w:rPr>
          <w:lang w:eastAsia="ko-KR"/>
        </w:rPr>
        <w:t xml:space="preserve"> </w:t>
      </w:r>
      <w:r>
        <w:rPr>
          <w:lang w:eastAsia="ko-KR"/>
        </w:rPr>
        <w:t>원금</w:t>
      </w:r>
      <w:r>
        <w:rPr>
          <w:lang w:eastAsia="ko-KR"/>
        </w:rPr>
        <w:t>·</w:t>
      </w:r>
      <w:r>
        <w:rPr>
          <w:lang w:eastAsia="ko-KR"/>
        </w:rPr>
        <w:t>수익</w:t>
      </w:r>
      <w:r>
        <w:rPr>
          <w:lang w:eastAsia="ko-KR"/>
        </w:rPr>
        <w:t>·IPO·</w:t>
      </w:r>
      <w:r>
        <w:rPr>
          <w:lang w:eastAsia="ko-KR"/>
        </w:rPr>
        <w:t>거래소</w:t>
      </w:r>
      <w:r>
        <w:rPr>
          <w:lang w:eastAsia="ko-KR"/>
        </w:rPr>
        <w:t xml:space="preserve"> </w:t>
      </w:r>
      <w:r>
        <w:rPr>
          <w:lang w:eastAsia="ko-KR"/>
        </w:rPr>
        <w:t>상장</w:t>
      </w:r>
      <w:r>
        <w:rPr>
          <w:lang w:eastAsia="ko-KR"/>
        </w:rPr>
        <w:t>·</w:t>
      </w:r>
      <w:r>
        <w:rPr>
          <w:lang w:eastAsia="ko-KR"/>
        </w:rPr>
        <w:t>토큰가격을</w:t>
      </w:r>
      <w:r>
        <w:rPr>
          <w:lang w:eastAsia="ko-KR"/>
        </w:rPr>
        <w:t xml:space="preserve"> </w:t>
      </w:r>
      <w:r>
        <w:rPr>
          <w:lang w:eastAsia="ko-KR"/>
        </w:rPr>
        <w:t>보장하지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38837C7B" w14:textId="77777777" w:rsidR="00BD12AE" w:rsidRDefault="00000000">
      <w:pPr>
        <w:rPr>
          <w:lang w:eastAsia="ko-KR"/>
        </w:rPr>
      </w:pPr>
      <w:r>
        <w:rPr>
          <w:lang w:eastAsia="ko-KR"/>
        </w:rPr>
        <w:t>증권</w:t>
      </w:r>
      <w:r>
        <w:rPr>
          <w:lang w:eastAsia="ko-KR"/>
        </w:rPr>
        <w:t xml:space="preserve">, </w:t>
      </w:r>
      <w:r>
        <w:rPr>
          <w:lang w:eastAsia="ko-KR"/>
        </w:rPr>
        <w:t>가상자산</w:t>
      </w:r>
      <w:r>
        <w:rPr>
          <w:lang w:eastAsia="ko-KR"/>
        </w:rPr>
        <w:t xml:space="preserve">, </w:t>
      </w:r>
      <w:r>
        <w:rPr>
          <w:lang w:eastAsia="ko-KR"/>
        </w:rPr>
        <w:t>외국환</w:t>
      </w:r>
      <w:r>
        <w:rPr>
          <w:lang w:eastAsia="ko-KR"/>
        </w:rPr>
        <w:t xml:space="preserve">, </w:t>
      </w:r>
      <w:r>
        <w:rPr>
          <w:lang w:eastAsia="ko-KR"/>
        </w:rPr>
        <w:t>신탁</w:t>
      </w:r>
      <w:r>
        <w:rPr>
          <w:lang w:eastAsia="ko-KR"/>
        </w:rPr>
        <w:t xml:space="preserve">, </w:t>
      </w:r>
      <w:r>
        <w:rPr>
          <w:lang w:eastAsia="ko-KR"/>
        </w:rPr>
        <w:t>집합투자</w:t>
      </w:r>
      <w:r>
        <w:rPr>
          <w:lang w:eastAsia="ko-KR"/>
        </w:rPr>
        <w:t xml:space="preserve">, </w:t>
      </w:r>
      <w:r>
        <w:rPr>
          <w:lang w:eastAsia="ko-KR"/>
        </w:rPr>
        <w:t>금융투자업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해외</w:t>
      </w:r>
      <w:r>
        <w:rPr>
          <w:lang w:eastAsia="ko-KR"/>
        </w:rPr>
        <w:t xml:space="preserve"> </w:t>
      </w:r>
      <w:r>
        <w:rPr>
          <w:lang w:eastAsia="ko-KR"/>
        </w:rPr>
        <w:t>규제는</w:t>
      </w:r>
      <w:r>
        <w:rPr>
          <w:lang w:eastAsia="ko-KR"/>
        </w:rPr>
        <w:t xml:space="preserve"> </w:t>
      </w:r>
      <w:r>
        <w:rPr>
          <w:lang w:eastAsia="ko-KR"/>
        </w:rPr>
        <w:t>거래</w:t>
      </w:r>
      <w:r>
        <w:rPr>
          <w:lang w:eastAsia="ko-KR"/>
        </w:rPr>
        <w:t xml:space="preserve"> </w:t>
      </w:r>
      <w:r>
        <w:rPr>
          <w:lang w:eastAsia="ko-KR"/>
        </w:rPr>
        <w:t>실행</w:t>
      </w:r>
      <w:r>
        <w:rPr>
          <w:lang w:eastAsia="ko-KR"/>
        </w:rPr>
        <w:t xml:space="preserve"> </w:t>
      </w:r>
      <w:r>
        <w:rPr>
          <w:lang w:eastAsia="ko-KR"/>
        </w:rPr>
        <w:t>전</w:t>
      </w:r>
      <w:r>
        <w:rPr>
          <w:lang w:eastAsia="ko-KR"/>
        </w:rPr>
        <w:t xml:space="preserve"> </w:t>
      </w:r>
      <w:r>
        <w:rPr>
          <w:lang w:eastAsia="ko-KR"/>
        </w:rPr>
        <w:t>전문</w:t>
      </w:r>
      <w:r>
        <w:rPr>
          <w:lang w:eastAsia="ko-KR"/>
        </w:rPr>
        <w:t xml:space="preserve"> </w:t>
      </w:r>
      <w:r>
        <w:rPr>
          <w:lang w:eastAsia="ko-KR"/>
        </w:rPr>
        <w:t>법률</w:t>
      </w:r>
      <w:r>
        <w:rPr>
          <w:lang w:eastAsia="ko-KR"/>
        </w:rPr>
        <w:t>·</w:t>
      </w:r>
      <w:r>
        <w:rPr>
          <w:lang w:eastAsia="ko-KR"/>
        </w:rPr>
        <w:t>세무</w:t>
      </w:r>
      <w:r>
        <w:rPr>
          <w:lang w:eastAsia="ko-KR"/>
        </w:rPr>
        <w:t>·</w:t>
      </w:r>
      <w:r>
        <w:rPr>
          <w:lang w:eastAsia="ko-KR"/>
        </w:rPr>
        <w:t>회계</w:t>
      </w:r>
      <w:r>
        <w:rPr>
          <w:lang w:eastAsia="ko-KR"/>
        </w:rPr>
        <w:t xml:space="preserve"> </w:t>
      </w:r>
      <w:r>
        <w:rPr>
          <w:lang w:eastAsia="ko-KR"/>
        </w:rPr>
        <w:t>검토와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인허가를</w:t>
      </w:r>
      <w:r>
        <w:rPr>
          <w:lang w:eastAsia="ko-KR"/>
        </w:rPr>
        <w:t xml:space="preserve"> </w:t>
      </w:r>
      <w:r>
        <w:rPr>
          <w:lang w:eastAsia="ko-KR"/>
        </w:rPr>
        <w:t>거쳐야</w:t>
      </w:r>
      <w:r>
        <w:rPr>
          <w:lang w:eastAsia="ko-KR"/>
        </w:rPr>
        <w:t xml:space="preserve"> </w:t>
      </w:r>
      <w:r>
        <w:rPr>
          <w:lang w:eastAsia="ko-KR"/>
        </w:rPr>
        <w:t>한다</w:t>
      </w:r>
      <w:r>
        <w:rPr>
          <w:lang w:eastAsia="ko-KR"/>
        </w:rPr>
        <w:t>.</w:t>
      </w:r>
    </w:p>
    <w:p w14:paraId="0DD442ED" w14:textId="49CB5F3C" w:rsidR="00BD12AE" w:rsidRDefault="00000000">
      <w:pPr>
        <w:rPr>
          <w:lang w:eastAsia="ko-KR"/>
        </w:rPr>
      </w:pPr>
      <w:r>
        <w:rPr>
          <w:lang w:eastAsia="ko-KR"/>
        </w:rPr>
        <w:t>주요</w:t>
      </w:r>
      <w:r>
        <w:rPr>
          <w:lang w:eastAsia="ko-KR"/>
        </w:rPr>
        <w:t xml:space="preserve"> </w:t>
      </w:r>
      <w:r>
        <w:rPr>
          <w:lang w:eastAsia="ko-KR"/>
        </w:rPr>
        <w:t>공개</w:t>
      </w:r>
      <w:r>
        <w:rPr>
          <w:lang w:eastAsia="ko-KR"/>
        </w:rPr>
        <w:t xml:space="preserve"> </w:t>
      </w:r>
      <w:r>
        <w:rPr>
          <w:lang w:eastAsia="ko-KR"/>
        </w:rPr>
        <w:t>근거</w:t>
      </w:r>
      <w:r>
        <w:rPr>
          <w:lang w:eastAsia="ko-KR"/>
        </w:rPr>
        <w:t xml:space="preserve">: RWAHUB </w:t>
      </w:r>
      <w:r>
        <w:rPr>
          <w:lang w:eastAsia="ko-KR"/>
        </w:rPr>
        <w:t>공식</w:t>
      </w:r>
      <w:r>
        <w:rPr>
          <w:lang w:eastAsia="ko-KR"/>
        </w:rPr>
        <w:t xml:space="preserve"> </w:t>
      </w:r>
      <w:r>
        <w:rPr>
          <w:lang w:eastAsia="ko-KR"/>
        </w:rPr>
        <w:t>홈페이지</w:t>
      </w:r>
      <w:r>
        <w:rPr>
          <w:lang w:eastAsia="ko-KR"/>
        </w:rPr>
        <w:t>(</w:t>
      </w:r>
      <w:r>
        <w:rPr>
          <w:lang w:eastAsia="ko-KR"/>
        </w:rPr>
        <w:t>회사</w:t>
      </w:r>
      <w:r>
        <w:rPr>
          <w:lang w:eastAsia="ko-KR"/>
        </w:rPr>
        <w:t>/</w:t>
      </w:r>
      <w:r>
        <w:rPr>
          <w:lang w:eastAsia="ko-KR"/>
        </w:rPr>
        <w:t>자산</w:t>
      </w:r>
      <w:r>
        <w:rPr>
          <w:lang w:eastAsia="ko-KR"/>
        </w:rPr>
        <w:t xml:space="preserve">/FAQ), </w:t>
      </w:r>
      <w:r>
        <w:rPr>
          <w:lang w:eastAsia="ko-KR"/>
        </w:rPr>
        <w:t>금융위원회</w:t>
      </w:r>
      <w:r>
        <w:rPr>
          <w:lang w:eastAsia="ko-KR"/>
        </w:rPr>
        <w:t xml:space="preserve"> 2026.09.04 </w:t>
      </w:r>
      <w:r>
        <w:rPr>
          <w:lang w:eastAsia="ko-KR"/>
        </w:rPr>
        <w:t>토큰증권</w:t>
      </w:r>
      <w:r>
        <w:rPr>
          <w:lang w:eastAsia="ko-KR"/>
        </w:rPr>
        <w:t xml:space="preserve"> </w:t>
      </w:r>
      <w:r>
        <w:rPr>
          <w:lang w:eastAsia="ko-KR"/>
        </w:rPr>
        <w:t>정책방향</w:t>
      </w:r>
      <w:r>
        <w:rPr>
          <w:lang w:eastAsia="ko-KR"/>
        </w:rPr>
        <w:t xml:space="preserve">, </w:t>
      </w:r>
      <w:r>
        <w:rPr>
          <w:lang w:eastAsia="ko-KR"/>
        </w:rPr>
        <w:t>금융위원회</w:t>
      </w:r>
      <w:r>
        <w:rPr>
          <w:lang w:eastAsia="ko-KR"/>
        </w:rPr>
        <w:t xml:space="preserve"> 2026.01.15 </w:t>
      </w:r>
      <w:r>
        <w:rPr>
          <w:lang w:eastAsia="ko-KR"/>
        </w:rPr>
        <w:t>전자증권법</w:t>
      </w:r>
      <w:r>
        <w:rPr>
          <w:lang w:eastAsia="ko-KR"/>
        </w:rPr>
        <w:t>·</w:t>
      </w:r>
      <w:r>
        <w:rPr>
          <w:lang w:eastAsia="ko-KR"/>
        </w:rPr>
        <w:t>자본시장법</w:t>
      </w:r>
      <w:r>
        <w:rPr>
          <w:lang w:eastAsia="ko-KR"/>
        </w:rPr>
        <w:t xml:space="preserve"> </w:t>
      </w:r>
      <w:r>
        <w:rPr>
          <w:lang w:eastAsia="ko-KR"/>
        </w:rPr>
        <w:t>개정안</w:t>
      </w:r>
      <w:r>
        <w:rPr>
          <w:lang w:eastAsia="ko-KR"/>
        </w:rPr>
        <w:t xml:space="preserve"> </w:t>
      </w:r>
      <w:r>
        <w:rPr>
          <w:lang w:eastAsia="ko-KR"/>
        </w:rPr>
        <w:t>본회의</w:t>
      </w:r>
      <w:r>
        <w:rPr>
          <w:lang w:eastAsia="ko-KR"/>
        </w:rPr>
        <w:t xml:space="preserve"> </w:t>
      </w:r>
      <w:r>
        <w:rPr>
          <w:lang w:eastAsia="ko-KR"/>
        </w:rPr>
        <w:t>통과</w:t>
      </w:r>
      <w:r>
        <w:rPr>
          <w:lang w:eastAsia="ko-KR"/>
        </w:rPr>
        <w:t xml:space="preserve"> </w:t>
      </w:r>
      <w:r>
        <w:rPr>
          <w:lang w:eastAsia="ko-KR"/>
        </w:rPr>
        <w:t>자료</w:t>
      </w:r>
      <w:r>
        <w:rPr>
          <w:lang w:eastAsia="ko-KR"/>
        </w:rPr>
        <w:t>.</w:t>
      </w:r>
    </w:p>
    <w:p w14:paraId="221814E5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724722B3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7960B564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57968F7F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510454D3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10670998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63BD8C54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6ED668D7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16B9CDB2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487924A3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334DB454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28DC1B64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4E6C8309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790E5652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0087A68F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70506797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215DD7E0" w14:textId="77777777" w:rsidR="004C72B1" w:rsidRDefault="004C72B1">
      <w:pPr>
        <w:pStyle w:val="1"/>
        <w:rPr>
          <w:rFonts w:eastAsia="맑은 고딕"/>
          <w:lang w:eastAsia="ko-KR"/>
        </w:rPr>
      </w:pPr>
    </w:p>
    <w:p w14:paraId="231840DC" w14:textId="57A2F355" w:rsidR="00BD12AE" w:rsidRDefault="00000000">
      <w:pPr>
        <w:pStyle w:val="1"/>
      </w:pPr>
      <w:r>
        <w:t>Appendix A. IC Financial Base Case</w:t>
      </w:r>
    </w:p>
    <w:p w14:paraId="747D0BB0" w14:textId="77777777" w:rsidR="00BD12AE" w:rsidRDefault="00000000">
      <w:pPr>
        <w:rPr>
          <w:lang w:eastAsia="ko-KR"/>
        </w:rPr>
      </w:pPr>
      <w:r>
        <w:rPr>
          <w:b/>
          <w:lang w:eastAsia="ko-KR"/>
        </w:rPr>
        <w:t>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부록의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수치는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실제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확정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재무자료가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아니라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기관투자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검토를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위한</w:t>
      </w:r>
      <w:r>
        <w:rPr>
          <w:b/>
          <w:lang w:eastAsia="ko-KR"/>
        </w:rPr>
        <w:t xml:space="preserve"> Illustrative Assumption</w:t>
      </w:r>
      <w:r>
        <w:rPr>
          <w:b/>
          <w:lang w:eastAsia="ko-KR"/>
        </w:rPr>
        <w:t>이다</w:t>
      </w:r>
      <w:r>
        <w:rPr>
          <w:b/>
          <w:lang w:eastAsia="ko-KR"/>
        </w:rPr>
        <w:t xml:space="preserve">. </w:t>
      </w:r>
      <w:r>
        <w:rPr>
          <w:b/>
          <w:lang w:eastAsia="ko-KR"/>
        </w:rPr>
        <w:t>감사재무제표</w:t>
      </w:r>
      <w:r>
        <w:rPr>
          <w:b/>
          <w:lang w:eastAsia="ko-KR"/>
        </w:rPr>
        <w:t xml:space="preserve">, </w:t>
      </w:r>
      <w:r>
        <w:rPr>
          <w:b/>
          <w:lang w:eastAsia="ko-KR"/>
        </w:rPr>
        <w:t>실제</w:t>
      </w:r>
      <w:r>
        <w:rPr>
          <w:b/>
          <w:lang w:eastAsia="ko-KR"/>
        </w:rPr>
        <w:t xml:space="preserve"> Cap Table </w:t>
      </w:r>
      <w:r>
        <w:rPr>
          <w:b/>
          <w:lang w:eastAsia="ko-KR"/>
        </w:rPr>
        <w:t>및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계약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파이프라인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확인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후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교체한다</w:t>
      </w:r>
      <w:r>
        <w:rPr>
          <w:b/>
          <w:lang w:eastAsia="ko-KR"/>
        </w:rPr>
        <w:t>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BD12AE" w14:paraId="0F156BEF" w14:textId="77777777">
        <w:tc>
          <w:tcPr>
            <w:tcW w:w="5112" w:type="dxa"/>
          </w:tcPr>
          <w:p w14:paraId="7C3661FC" w14:textId="77777777" w:rsidR="00BD12AE" w:rsidRDefault="00000000">
            <w:proofErr w:type="spellStart"/>
            <w:r>
              <w:t>항목</w:t>
            </w:r>
            <w:proofErr w:type="spellEnd"/>
          </w:p>
        </w:tc>
        <w:tc>
          <w:tcPr>
            <w:tcW w:w="5112" w:type="dxa"/>
          </w:tcPr>
          <w:p w14:paraId="4D59F4E9" w14:textId="77777777" w:rsidR="00BD12AE" w:rsidRDefault="00000000">
            <w:r>
              <w:t>Base Case</w:t>
            </w:r>
          </w:p>
        </w:tc>
      </w:tr>
      <w:tr w:rsidR="00BD12AE" w14:paraId="61238F59" w14:textId="77777777">
        <w:tc>
          <w:tcPr>
            <w:tcW w:w="5112" w:type="dxa"/>
          </w:tcPr>
          <w:p w14:paraId="43DA68C5" w14:textId="77777777" w:rsidR="00BD12AE" w:rsidRDefault="00000000">
            <w:r>
              <w:t>Pre-Money Valuation</w:t>
            </w:r>
          </w:p>
        </w:tc>
        <w:tc>
          <w:tcPr>
            <w:tcW w:w="5112" w:type="dxa"/>
          </w:tcPr>
          <w:p w14:paraId="2CF22935" w14:textId="77777777" w:rsidR="00BD12AE" w:rsidRDefault="00000000">
            <w:r>
              <w:t>1,000</w:t>
            </w:r>
            <w:r>
              <w:t>억원</w:t>
            </w:r>
            <w:r>
              <w:t xml:space="preserve"> (</w:t>
            </w:r>
            <w:r>
              <w:t>가정</w:t>
            </w:r>
            <w:r>
              <w:t>)</w:t>
            </w:r>
          </w:p>
        </w:tc>
      </w:tr>
      <w:tr w:rsidR="00BD12AE" w14:paraId="3FF58376" w14:textId="77777777">
        <w:tc>
          <w:tcPr>
            <w:tcW w:w="5112" w:type="dxa"/>
          </w:tcPr>
          <w:p w14:paraId="2C3F32E8" w14:textId="77777777" w:rsidR="00BD12AE" w:rsidRDefault="00000000">
            <w:r>
              <w:t>기준</w:t>
            </w:r>
            <w:r>
              <w:t xml:space="preserve"> </w:t>
            </w:r>
            <w:r>
              <w:t>투자금</w:t>
            </w:r>
          </w:p>
        </w:tc>
        <w:tc>
          <w:tcPr>
            <w:tcW w:w="5112" w:type="dxa"/>
          </w:tcPr>
          <w:p w14:paraId="0F90C580" w14:textId="77777777" w:rsidR="00BD12AE" w:rsidRDefault="00000000">
            <w:r>
              <w:t>200</w:t>
            </w:r>
            <w:r>
              <w:t>억원</w:t>
            </w:r>
          </w:p>
        </w:tc>
      </w:tr>
      <w:tr w:rsidR="00BD12AE" w14:paraId="296EB718" w14:textId="77777777">
        <w:tc>
          <w:tcPr>
            <w:tcW w:w="5112" w:type="dxa"/>
          </w:tcPr>
          <w:p w14:paraId="48C1160A" w14:textId="77777777" w:rsidR="00BD12AE" w:rsidRDefault="00000000">
            <w:r>
              <w:t>Post-Money Valuation</w:t>
            </w:r>
          </w:p>
        </w:tc>
        <w:tc>
          <w:tcPr>
            <w:tcW w:w="5112" w:type="dxa"/>
          </w:tcPr>
          <w:p w14:paraId="3277651C" w14:textId="77777777" w:rsidR="00BD12AE" w:rsidRDefault="00000000">
            <w:r>
              <w:t>1,200</w:t>
            </w:r>
            <w:r>
              <w:t>억원</w:t>
            </w:r>
          </w:p>
        </w:tc>
      </w:tr>
      <w:tr w:rsidR="00BD12AE" w14:paraId="11ED84A5" w14:textId="77777777">
        <w:tc>
          <w:tcPr>
            <w:tcW w:w="5112" w:type="dxa"/>
          </w:tcPr>
          <w:p w14:paraId="1772D7FB" w14:textId="77777777" w:rsidR="00BD12AE" w:rsidRDefault="00000000">
            <w:r>
              <w:t>신규</w:t>
            </w:r>
            <w:r>
              <w:t xml:space="preserve"> </w:t>
            </w:r>
            <w:r>
              <w:t>투자자</w:t>
            </w:r>
            <w:r>
              <w:t xml:space="preserve"> </w:t>
            </w:r>
            <w:r>
              <w:t>지분율</w:t>
            </w:r>
          </w:p>
        </w:tc>
        <w:tc>
          <w:tcPr>
            <w:tcW w:w="5112" w:type="dxa"/>
          </w:tcPr>
          <w:p w14:paraId="2BD47DDE" w14:textId="77777777" w:rsidR="00BD12AE" w:rsidRDefault="00000000">
            <w:r>
              <w:t>16.67%</w:t>
            </w:r>
          </w:p>
        </w:tc>
      </w:tr>
      <w:tr w:rsidR="00BD12AE" w14:paraId="4C5DA156" w14:textId="77777777">
        <w:tc>
          <w:tcPr>
            <w:tcW w:w="5112" w:type="dxa"/>
          </w:tcPr>
          <w:p w14:paraId="60065CFF" w14:textId="77777777" w:rsidR="00BD12AE" w:rsidRDefault="00000000">
            <w:r>
              <w:t>2027</w:t>
            </w:r>
            <w:r>
              <w:t>년</w:t>
            </w:r>
            <w:r>
              <w:t xml:space="preserve"> </w:t>
            </w:r>
            <w:r>
              <w:t>매출</w:t>
            </w:r>
          </w:p>
        </w:tc>
        <w:tc>
          <w:tcPr>
            <w:tcW w:w="5112" w:type="dxa"/>
          </w:tcPr>
          <w:p w14:paraId="6F2A7F2C" w14:textId="77777777" w:rsidR="00BD12AE" w:rsidRDefault="00000000">
            <w:r>
              <w:t>120</w:t>
            </w:r>
            <w:r>
              <w:t>억원</w:t>
            </w:r>
            <w:r>
              <w:t xml:space="preserve"> (</w:t>
            </w:r>
            <w:r>
              <w:t>가정</w:t>
            </w:r>
            <w:r>
              <w:t>)</w:t>
            </w:r>
          </w:p>
        </w:tc>
      </w:tr>
      <w:tr w:rsidR="00BD12AE" w14:paraId="0184215E" w14:textId="77777777">
        <w:tc>
          <w:tcPr>
            <w:tcW w:w="5112" w:type="dxa"/>
          </w:tcPr>
          <w:p w14:paraId="3F033EE1" w14:textId="77777777" w:rsidR="00BD12AE" w:rsidRDefault="00000000">
            <w:r>
              <w:t>2031</w:t>
            </w:r>
            <w:r>
              <w:t>년</w:t>
            </w:r>
            <w:r>
              <w:t xml:space="preserve"> </w:t>
            </w:r>
            <w:r>
              <w:t>매출</w:t>
            </w:r>
          </w:p>
        </w:tc>
        <w:tc>
          <w:tcPr>
            <w:tcW w:w="5112" w:type="dxa"/>
          </w:tcPr>
          <w:p w14:paraId="7A900105" w14:textId="77777777" w:rsidR="00BD12AE" w:rsidRDefault="00000000">
            <w:r>
              <w:t>592.4</w:t>
            </w:r>
            <w:r>
              <w:t>억원</w:t>
            </w:r>
            <w:r>
              <w:t xml:space="preserve"> (</w:t>
            </w:r>
            <w:r>
              <w:t>가정</w:t>
            </w:r>
            <w:r>
              <w:t>)</w:t>
            </w:r>
          </w:p>
        </w:tc>
      </w:tr>
      <w:tr w:rsidR="00BD12AE" w14:paraId="691D55D0" w14:textId="77777777">
        <w:tc>
          <w:tcPr>
            <w:tcW w:w="5112" w:type="dxa"/>
          </w:tcPr>
          <w:p w14:paraId="4500D310" w14:textId="77777777" w:rsidR="00BD12AE" w:rsidRDefault="00000000">
            <w:r>
              <w:t>2031</w:t>
            </w:r>
            <w:r>
              <w:t>년</w:t>
            </w:r>
            <w:r>
              <w:t xml:space="preserve"> EBITDA</w:t>
            </w:r>
          </w:p>
        </w:tc>
        <w:tc>
          <w:tcPr>
            <w:tcW w:w="5112" w:type="dxa"/>
          </w:tcPr>
          <w:p w14:paraId="4BADE454" w14:textId="77777777" w:rsidR="00BD12AE" w:rsidRDefault="00000000">
            <w:r>
              <w:t>160.0</w:t>
            </w:r>
            <w:r>
              <w:t>억원</w:t>
            </w:r>
            <w:r>
              <w:t xml:space="preserve"> (</w:t>
            </w:r>
            <w:r>
              <w:t>가정</w:t>
            </w:r>
            <w:r>
              <w:t>)</w:t>
            </w:r>
          </w:p>
        </w:tc>
      </w:tr>
    </w:tbl>
    <w:p w14:paraId="2571EA99" w14:textId="77777777" w:rsidR="00BD12AE" w:rsidRDefault="00000000">
      <w:pPr>
        <w:pStyle w:val="1"/>
      </w:pPr>
      <w:r>
        <w:t>Appendix B. Exit Sensitivity - Equity Only</w:t>
      </w:r>
    </w:p>
    <w:p w14:paraId="1E41C7DA" w14:textId="77777777" w:rsidR="00BD12AE" w:rsidRDefault="00000000">
      <w:pPr>
        <w:rPr>
          <w:lang w:eastAsia="ko-KR"/>
        </w:rPr>
      </w:pPr>
      <w:r>
        <w:rPr>
          <w:lang w:eastAsia="ko-KR"/>
        </w:rPr>
        <w:t xml:space="preserve">RWAHUB </w:t>
      </w:r>
      <w:r>
        <w:rPr>
          <w:lang w:eastAsia="ko-KR"/>
        </w:rPr>
        <w:t>토큰의</w:t>
      </w:r>
      <w:r>
        <w:rPr>
          <w:lang w:eastAsia="ko-KR"/>
        </w:rPr>
        <w:t xml:space="preserve"> </w:t>
      </w:r>
      <w:r>
        <w:rPr>
          <w:lang w:eastAsia="ko-KR"/>
        </w:rPr>
        <w:t>가격</w:t>
      </w:r>
      <w:r>
        <w:rPr>
          <w:lang w:eastAsia="ko-KR"/>
        </w:rPr>
        <w:t xml:space="preserve"> </w:t>
      </w:r>
      <w:r>
        <w:rPr>
          <w:lang w:eastAsia="ko-KR"/>
        </w:rPr>
        <w:t>상승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거래소</w:t>
      </w:r>
      <w:r>
        <w:rPr>
          <w:lang w:eastAsia="ko-KR"/>
        </w:rPr>
        <w:t xml:space="preserve"> </w:t>
      </w:r>
      <w:r>
        <w:rPr>
          <w:lang w:eastAsia="ko-KR"/>
        </w:rPr>
        <w:t>상장</w:t>
      </w:r>
      <w:r>
        <w:rPr>
          <w:lang w:eastAsia="ko-KR"/>
        </w:rPr>
        <w:t xml:space="preserve"> </w:t>
      </w:r>
      <w:r>
        <w:rPr>
          <w:lang w:eastAsia="ko-KR"/>
        </w:rPr>
        <w:t>가치는</w:t>
      </w:r>
      <w:r>
        <w:rPr>
          <w:lang w:eastAsia="ko-KR"/>
        </w:rPr>
        <w:t xml:space="preserve"> </w:t>
      </w:r>
      <w:r>
        <w:rPr>
          <w:lang w:eastAsia="ko-KR"/>
        </w:rPr>
        <w:t>아래</w:t>
      </w:r>
      <w:r>
        <w:rPr>
          <w:lang w:eastAsia="ko-KR"/>
        </w:rPr>
        <w:t xml:space="preserve"> MOIC/IRR</w:t>
      </w:r>
      <w:r>
        <w:rPr>
          <w:lang w:eastAsia="ko-KR"/>
        </w:rPr>
        <w:t>에</w:t>
      </w:r>
      <w:r>
        <w:rPr>
          <w:lang w:eastAsia="ko-KR"/>
        </w:rPr>
        <w:t xml:space="preserve"> </w:t>
      </w:r>
      <w:r>
        <w:rPr>
          <w:lang w:eastAsia="ko-KR"/>
        </w:rPr>
        <w:t>포함하지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 2031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매출에</w:t>
      </w:r>
      <w:r>
        <w:rPr>
          <w:lang w:eastAsia="ko-KR"/>
        </w:rPr>
        <w:t xml:space="preserve"> Exit Revenue Multiple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적용한</w:t>
      </w:r>
      <w:r>
        <w:rPr>
          <w:lang w:eastAsia="ko-KR"/>
        </w:rPr>
        <w:t xml:space="preserve"> </w:t>
      </w:r>
      <w:r>
        <w:rPr>
          <w:lang w:eastAsia="ko-KR"/>
        </w:rPr>
        <w:t>단순</w:t>
      </w:r>
      <w:r>
        <w:rPr>
          <w:lang w:eastAsia="ko-KR"/>
        </w:rPr>
        <w:t xml:space="preserve"> Equity Value </w:t>
      </w:r>
      <w:r>
        <w:rPr>
          <w:lang w:eastAsia="ko-KR"/>
        </w:rPr>
        <w:t>민감도이다</w:t>
      </w:r>
      <w:r>
        <w:rPr>
          <w:lang w:eastAsia="ko-KR"/>
        </w:rPr>
        <w:t>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554"/>
        <w:gridCol w:w="2554"/>
        <w:gridCol w:w="2553"/>
        <w:gridCol w:w="2553"/>
      </w:tblGrid>
      <w:tr w:rsidR="00BD12AE" w14:paraId="13334C75" w14:textId="77777777">
        <w:tc>
          <w:tcPr>
            <w:tcW w:w="2556" w:type="dxa"/>
          </w:tcPr>
          <w:p w14:paraId="5C9CA89F" w14:textId="77777777" w:rsidR="00BD12AE" w:rsidRDefault="00000000">
            <w:r>
              <w:t>Exit Multiple</w:t>
            </w:r>
          </w:p>
        </w:tc>
        <w:tc>
          <w:tcPr>
            <w:tcW w:w="2556" w:type="dxa"/>
          </w:tcPr>
          <w:p w14:paraId="00FDBEF9" w14:textId="77777777" w:rsidR="00BD12AE" w:rsidRDefault="00000000">
            <w:r>
              <w:t>Implied Equity Value</w:t>
            </w:r>
          </w:p>
        </w:tc>
        <w:tc>
          <w:tcPr>
            <w:tcW w:w="2556" w:type="dxa"/>
          </w:tcPr>
          <w:p w14:paraId="2193F674" w14:textId="77777777" w:rsidR="00BD12AE" w:rsidRDefault="00000000">
            <w:r>
              <w:t>MOIC</w:t>
            </w:r>
          </w:p>
        </w:tc>
        <w:tc>
          <w:tcPr>
            <w:tcW w:w="2556" w:type="dxa"/>
          </w:tcPr>
          <w:p w14:paraId="4462891F" w14:textId="77777777" w:rsidR="00BD12AE" w:rsidRDefault="00000000">
            <w:r>
              <w:t>5</w:t>
            </w:r>
            <w:r>
              <w:t>년</w:t>
            </w:r>
            <w:r>
              <w:t xml:space="preserve"> IRR</w:t>
            </w:r>
          </w:p>
        </w:tc>
      </w:tr>
      <w:tr w:rsidR="00BD12AE" w14:paraId="395BA8D4" w14:textId="77777777">
        <w:tc>
          <w:tcPr>
            <w:tcW w:w="2556" w:type="dxa"/>
          </w:tcPr>
          <w:p w14:paraId="3208ECBC" w14:textId="77777777" w:rsidR="00BD12AE" w:rsidRDefault="00000000">
            <w:r>
              <w:t>2.0x</w:t>
            </w:r>
          </w:p>
        </w:tc>
        <w:tc>
          <w:tcPr>
            <w:tcW w:w="2556" w:type="dxa"/>
          </w:tcPr>
          <w:p w14:paraId="1B6EC609" w14:textId="77777777" w:rsidR="00BD12AE" w:rsidRDefault="00000000">
            <w:r>
              <w:t>1,184.8</w:t>
            </w:r>
            <w:r>
              <w:t>억원</w:t>
            </w:r>
          </w:p>
        </w:tc>
        <w:tc>
          <w:tcPr>
            <w:tcW w:w="2556" w:type="dxa"/>
          </w:tcPr>
          <w:p w14:paraId="03B003AA" w14:textId="77777777" w:rsidR="00BD12AE" w:rsidRDefault="00000000">
            <w:r>
              <w:t>0.99x</w:t>
            </w:r>
          </w:p>
        </w:tc>
        <w:tc>
          <w:tcPr>
            <w:tcW w:w="2556" w:type="dxa"/>
          </w:tcPr>
          <w:p w14:paraId="128953AC" w14:textId="77777777" w:rsidR="00BD12AE" w:rsidRDefault="00000000">
            <w:r>
              <w:t>-0.3%</w:t>
            </w:r>
          </w:p>
        </w:tc>
      </w:tr>
      <w:tr w:rsidR="00BD12AE" w14:paraId="508A11EC" w14:textId="77777777">
        <w:tc>
          <w:tcPr>
            <w:tcW w:w="2556" w:type="dxa"/>
          </w:tcPr>
          <w:p w14:paraId="0C68A177" w14:textId="77777777" w:rsidR="00BD12AE" w:rsidRDefault="00000000">
            <w:r>
              <w:t>4.0x</w:t>
            </w:r>
          </w:p>
        </w:tc>
        <w:tc>
          <w:tcPr>
            <w:tcW w:w="2556" w:type="dxa"/>
          </w:tcPr>
          <w:p w14:paraId="2506FA8B" w14:textId="77777777" w:rsidR="00BD12AE" w:rsidRDefault="00000000">
            <w:r>
              <w:t>2,369.6</w:t>
            </w:r>
            <w:r>
              <w:t>억원</w:t>
            </w:r>
          </w:p>
        </w:tc>
        <w:tc>
          <w:tcPr>
            <w:tcW w:w="2556" w:type="dxa"/>
          </w:tcPr>
          <w:p w14:paraId="17C675B3" w14:textId="77777777" w:rsidR="00BD12AE" w:rsidRDefault="00000000">
            <w:r>
              <w:t>1.97x</w:t>
            </w:r>
          </w:p>
        </w:tc>
        <w:tc>
          <w:tcPr>
            <w:tcW w:w="2556" w:type="dxa"/>
          </w:tcPr>
          <w:p w14:paraId="339E0748" w14:textId="77777777" w:rsidR="00BD12AE" w:rsidRDefault="00000000">
            <w:r>
              <w:t>14.6%</w:t>
            </w:r>
          </w:p>
        </w:tc>
      </w:tr>
      <w:tr w:rsidR="00BD12AE" w14:paraId="5D215361" w14:textId="77777777">
        <w:tc>
          <w:tcPr>
            <w:tcW w:w="2556" w:type="dxa"/>
          </w:tcPr>
          <w:p w14:paraId="5BDE707C" w14:textId="77777777" w:rsidR="00BD12AE" w:rsidRDefault="00000000">
            <w:r>
              <w:t>6.0x</w:t>
            </w:r>
          </w:p>
        </w:tc>
        <w:tc>
          <w:tcPr>
            <w:tcW w:w="2556" w:type="dxa"/>
          </w:tcPr>
          <w:p w14:paraId="7F8E3882" w14:textId="77777777" w:rsidR="00BD12AE" w:rsidRDefault="00000000">
            <w:r>
              <w:t>3,554.5</w:t>
            </w:r>
            <w:r>
              <w:t>억원</w:t>
            </w:r>
          </w:p>
        </w:tc>
        <w:tc>
          <w:tcPr>
            <w:tcW w:w="2556" w:type="dxa"/>
          </w:tcPr>
          <w:p w14:paraId="0E1ACFE9" w14:textId="77777777" w:rsidR="00BD12AE" w:rsidRDefault="00000000">
            <w:r>
              <w:t>2.96x</w:t>
            </w:r>
          </w:p>
        </w:tc>
        <w:tc>
          <w:tcPr>
            <w:tcW w:w="2556" w:type="dxa"/>
          </w:tcPr>
          <w:p w14:paraId="35A6DAB6" w14:textId="77777777" w:rsidR="00BD12AE" w:rsidRDefault="00000000">
            <w:r>
              <w:t>24.3%</w:t>
            </w:r>
          </w:p>
        </w:tc>
      </w:tr>
      <w:tr w:rsidR="00BD12AE" w14:paraId="5681B831" w14:textId="77777777">
        <w:tc>
          <w:tcPr>
            <w:tcW w:w="2556" w:type="dxa"/>
          </w:tcPr>
          <w:p w14:paraId="62889337" w14:textId="77777777" w:rsidR="00BD12AE" w:rsidRDefault="00000000">
            <w:r>
              <w:t>8.0x</w:t>
            </w:r>
          </w:p>
        </w:tc>
        <w:tc>
          <w:tcPr>
            <w:tcW w:w="2556" w:type="dxa"/>
          </w:tcPr>
          <w:p w14:paraId="2C84A329" w14:textId="77777777" w:rsidR="00BD12AE" w:rsidRDefault="00000000">
            <w:r>
              <w:t>4,739.3</w:t>
            </w:r>
            <w:r>
              <w:t>억원</w:t>
            </w:r>
          </w:p>
        </w:tc>
        <w:tc>
          <w:tcPr>
            <w:tcW w:w="2556" w:type="dxa"/>
          </w:tcPr>
          <w:p w14:paraId="7774313C" w14:textId="77777777" w:rsidR="00BD12AE" w:rsidRDefault="00000000">
            <w:r>
              <w:t>3.95x</w:t>
            </w:r>
          </w:p>
        </w:tc>
        <w:tc>
          <w:tcPr>
            <w:tcW w:w="2556" w:type="dxa"/>
          </w:tcPr>
          <w:p w14:paraId="3F91C6BB" w14:textId="77777777" w:rsidR="00BD12AE" w:rsidRDefault="00000000">
            <w:r>
              <w:t>31.6%</w:t>
            </w:r>
          </w:p>
        </w:tc>
      </w:tr>
    </w:tbl>
    <w:p w14:paraId="49841BD9" w14:textId="77777777" w:rsidR="00BD12AE" w:rsidRDefault="00000000">
      <w:pPr>
        <w:pStyle w:val="1"/>
      </w:pPr>
      <w:r>
        <w:t>Appendix C. Institutional Structuring Principles</w:t>
      </w:r>
    </w:p>
    <w:p w14:paraId="6C2D2AD2" w14:textId="77777777" w:rsidR="00BD12AE" w:rsidRDefault="00000000">
      <w:pPr>
        <w:pStyle w:val="a0"/>
        <w:rPr>
          <w:lang w:eastAsia="ko-KR"/>
        </w:rPr>
      </w:pPr>
      <w:r>
        <w:rPr>
          <w:lang w:eastAsia="ko-KR"/>
        </w:rPr>
        <w:t>주식과</w:t>
      </w:r>
      <w:r>
        <w:rPr>
          <w:lang w:eastAsia="ko-KR"/>
        </w:rPr>
        <w:t xml:space="preserve"> RWAHUB Utility Token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법적</w:t>
      </w:r>
      <w:r>
        <w:rPr>
          <w:lang w:eastAsia="ko-KR"/>
        </w:rPr>
        <w:t xml:space="preserve"> </w:t>
      </w:r>
      <w:r>
        <w:rPr>
          <w:lang w:eastAsia="ko-KR"/>
        </w:rPr>
        <w:t>권리</w:t>
      </w:r>
      <w:r>
        <w:rPr>
          <w:lang w:eastAsia="ko-KR"/>
        </w:rPr>
        <w:t>·</w:t>
      </w:r>
      <w:r>
        <w:rPr>
          <w:lang w:eastAsia="ko-KR"/>
        </w:rPr>
        <w:t>회계</w:t>
      </w:r>
      <w:r>
        <w:rPr>
          <w:lang w:eastAsia="ko-KR"/>
        </w:rPr>
        <w:t>·</w:t>
      </w:r>
      <w:r>
        <w:rPr>
          <w:lang w:eastAsia="ko-KR"/>
        </w:rPr>
        <w:t>계약을</w:t>
      </w:r>
      <w:r>
        <w:rPr>
          <w:lang w:eastAsia="ko-KR"/>
        </w:rPr>
        <w:t xml:space="preserve"> </w:t>
      </w:r>
      <w:r>
        <w:rPr>
          <w:lang w:eastAsia="ko-KR"/>
        </w:rPr>
        <w:t>분리한다</w:t>
      </w:r>
      <w:r>
        <w:rPr>
          <w:lang w:eastAsia="ko-KR"/>
        </w:rPr>
        <w:t>.</w:t>
      </w:r>
    </w:p>
    <w:p w14:paraId="1BD0B613" w14:textId="77777777" w:rsidR="00BD12AE" w:rsidRDefault="00000000">
      <w:pPr>
        <w:pStyle w:val="a0"/>
        <w:rPr>
          <w:lang w:eastAsia="ko-KR"/>
        </w:rPr>
      </w:pPr>
      <w:r>
        <w:rPr>
          <w:lang w:eastAsia="ko-KR"/>
        </w:rPr>
        <w:t>기관의</w:t>
      </w:r>
      <w:r>
        <w:rPr>
          <w:lang w:eastAsia="ko-KR"/>
        </w:rPr>
        <w:t xml:space="preserve"> Base Case </w:t>
      </w:r>
      <w:r>
        <w:rPr>
          <w:lang w:eastAsia="ko-KR"/>
        </w:rPr>
        <w:t>수익률은</w:t>
      </w:r>
      <w:r>
        <w:rPr>
          <w:lang w:eastAsia="ko-KR"/>
        </w:rPr>
        <w:t xml:space="preserve"> Equity</w:t>
      </w:r>
      <w:r>
        <w:rPr>
          <w:lang w:eastAsia="ko-KR"/>
        </w:rPr>
        <w:t>만으로</w:t>
      </w:r>
      <w:r>
        <w:rPr>
          <w:lang w:eastAsia="ko-KR"/>
        </w:rPr>
        <w:t xml:space="preserve"> </w:t>
      </w:r>
      <w:r>
        <w:rPr>
          <w:lang w:eastAsia="ko-KR"/>
        </w:rPr>
        <w:t>산정하고</w:t>
      </w:r>
      <w:r>
        <w:rPr>
          <w:lang w:eastAsia="ko-KR"/>
        </w:rPr>
        <w:t xml:space="preserve"> </w:t>
      </w: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가치는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옵션성</w:t>
      </w:r>
      <w:proofErr w:type="spellEnd"/>
      <w:r>
        <w:rPr>
          <w:lang w:eastAsia="ko-KR"/>
        </w:rPr>
        <w:t xml:space="preserve"> Upside</w:t>
      </w:r>
      <w:r>
        <w:rPr>
          <w:lang w:eastAsia="ko-KR"/>
        </w:rPr>
        <w:t>로도</w:t>
      </w:r>
      <w:r>
        <w:rPr>
          <w:lang w:eastAsia="ko-KR"/>
        </w:rPr>
        <w:t xml:space="preserve"> </w:t>
      </w:r>
      <w:r>
        <w:rPr>
          <w:lang w:eastAsia="ko-KR"/>
        </w:rPr>
        <w:t>자동</w:t>
      </w:r>
      <w:r>
        <w:rPr>
          <w:lang w:eastAsia="ko-KR"/>
        </w:rPr>
        <w:t xml:space="preserve"> </w:t>
      </w:r>
      <w:r>
        <w:rPr>
          <w:lang w:eastAsia="ko-KR"/>
        </w:rPr>
        <w:t>산입하지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30E5AD14" w14:textId="77777777" w:rsidR="00BD12AE" w:rsidRDefault="00000000">
      <w:pPr>
        <w:pStyle w:val="a0"/>
        <w:rPr>
          <w:lang w:eastAsia="ko-KR"/>
        </w:rPr>
      </w:pPr>
      <w:r>
        <w:rPr>
          <w:lang w:eastAsia="ko-KR"/>
        </w:rPr>
        <w:t xml:space="preserve">RWA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투자금은</w:t>
      </w:r>
      <w:r>
        <w:rPr>
          <w:lang w:eastAsia="ko-KR"/>
        </w:rPr>
        <w:t xml:space="preserve"> </w:t>
      </w:r>
      <w:r>
        <w:rPr>
          <w:lang w:eastAsia="ko-KR"/>
        </w:rPr>
        <w:t>가능하면</w:t>
      </w:r>
      <w:r>
        <w:rPr>
          <w:lang w:eastAsia="ko-KR"/>
        </w:rPr>
        <w:t xml:space="preserve"> </w:t>
      </w:r>
      <w:r>
        <w:rPr>
          <w:lang w:eastAsia="ko-KR"/>
        </w:rPr>
        <w:t>회사</w:t>
      </w:r>
      <w:r>
        <w:rPr>
          <w:lang w:eastAsia="ko-KR"/>
        </w:rPr>
        <w:t xml:space="preserve"> </w:t>
      </w:r>
      <w:r>
        <w:rPr>
          <w:lang w:eastAsia="ko-KR"/>
        </w:rPr>
        <w:t>운영자금과</w:t>
      </w:r>
      <w:r>
        <w:rPr>
          <w:lang w:eastAsia="ko-KR"/>
        </w:rPr>
        <w:t xml:space="preserve"> </w:t>
      </w:r>
      <w:r>
        <w:rPr>
          <w:lang w:eastAsia="ko-KR"/>
        </w:rPr>
        <w:t>분리된</w:t>
      </w:r>
      <w:r>
        <w:rPr>
          <w:lang w:eastAsia="ko-KR"/>
        </w:rPr>
        <w:t xml:space="preserve"> SPV·</w:t>
      </w:r>
      <w:r>
        <w:rPr>
          <w:lang w:eastAsia="ko-KR"/>
        </w:rPr>
        <w:t>신탁</w:t>
      </w:r>
      <w:r>
        <w:rPr>
          <w:lang w:eastAsia="ko-KR"/>
        </w:rPr>
        <w:t>·</w:t>
      </w:r>
      <w:r>
        <w:rPr>
          <w:lang w:eastAsia="ko-KR"/>
        </w:rPr>
        <w:t>수탁</w:t>
      </w:r>
      <w:r>
        <w:rPr>
          <w:lang w:eastAsia="ko-KR"/>
        </w:rPr>
        <w:t xml:space="preserve"> </w:t>
      </w:r>
      <w:r>
        <w:rPr>
          <w:lang w:eastAsia="ko-KR"/>
        </w:rPr>
        <w:t>구조를</w:t>
      </w:r>
      <w:r>
        <w:rPr>
          <w:lang w:eastAsia="ko-KR"/>
        </w:rPr>
        <w:t xml:space="preserve"> </w:t>
      </w:r>
      <w:r>
        <w:rPr>
          <w:lang w:eastAsia="ko-KR"/>
        </w:rPr>
        <w:t>사용한다</w:t>
      </w:r>
      <w:r>
        <w:rPr>
          <w:lang w:eastAsia="ko-KR"/>
        </w:rPr>
        <w:t>.</w:t>
      </w:r>
    </w:p>
    <w:p w14:paraId="762D9840" w14:textId="77777777" w:rsidR="00BD12AE" w:rsidRDefault="00000000">
      <w:pPr>
        <w:pStyle w:val="a0"/>
        <w:rPr>
          <w:lang w:eastAsia="ko-KR"/>
        </w:rPr>
      </w:pPr>
      <w:r>
        <w:rPr>
          <w:lang w:eastAsia="ko-KR"/>
        </w:rPr>
        <w:t xml:space="preserve">IPO </w:t>
      </w:r>
      <w:proofErr w:type="spellStart"/>
      <w:r>
        <w:rPr>
          <w:lang w:eastAsia="ko-KR"/>
        </w:rPr>
        <w:t>미실현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시에도</w:t>
      </w:r>
      <w:r>
        <w:rPr>
          <w:lang w:eastAsia="ko-KR"/>
        </w:rPr>
        <w:t xml:space="preserve"> Secondary, Strategic M&amp;A,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현금흐름</w:t>
      </w:r>
      <w:r>
        <w:rPr>
          <w:lang w:eastAsia="ko-KR"/>
        </w:rPr>
        <w:t xml:space="preserve">, </w:t>
      </w:r>
      <w:r>
        <w:rPr>
          <w:lang w:eastAsia="ko-KR"/>
        </w:rPr>
        <w:t>기초자산</w:t>
      </w:r>
      <w:r>
        <w:rPr>
          <w:lang w:eastAsia="ko-KR"/>
        </w:rPr>
        <w:t xml:space="preserve"> </w:t>
      </w:r>
      <w:r>
        <w:rPr>
          <w:lang w:eastAsia="ko-KR"/>
        </w:rPr>
        <w:t>매각의</w:t>
      </w:r>
      <w:r>
        <w:rPr>
          <w:lang w:eastAsia="ko-KR"/>
        </w:rPr>
        <w:t xml:space="preserve"> </w:t>
      </w:r>
      <w:r>
        <w:rPr>
          <w:lang w:eastAsia="ko-KR"/>
        </w:rPr>
        <w:t>복수</w:t>
      </w:r>
      <w:r>
        <w:rPr>
          <w:lang w:eastAsia="ko-KR"/>
        </w:rPr>
        <w:t xml:space="preserve"> Exit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유지한다</w:t>
      </w:r>
      <w:r>
        <w:rPr>
          <w:lang w:eastAsia="ko-KR"/>
        </w:rPr>
        <w:t>.</w:t>
      </w:r>
    </w:p>
    <w:p w14:paraId="4E36D419" w14:textId="77777777" w:rsidR="00BD12AE" w:rsidRDefault="00000000">
      <w:pPr>
        <w:pStyle w:val="a0"/>
        <w:rPr>
          <w:lang w:eastAsia="ko-KR"/>
        </w:rPr>
      </w:pP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투자조건은</w:t>
      </w:r>
      <w:r>
        <w:rPr>
          <w:lang w:eastAsia="ko-KR"/>
        </w:rPr>
        <w:t xml:space="preserve"> DD </w:t>
      </w:r>
      <w:r>
        <w:rPr>
          <w:lang w:eastAsia="ko-KR"/>
        </w:rPr>
        <w:t>이후</w:t>
      </w:r>
      <w:r>
        <w:rPr>
          <w:lang w:eastAsia="ko-KR"/>
        </w:rPr>
        <w:t xml:space="preserve"> Term Sheet</w:t>
      </w:r>
      <w:r>
        <w:rPr>
          <w:lang w:eastAsia="ko-KR"/>
        </w:rPr>
        <w:t>에서</w:t>
      </w:r>
      <w:r>
        <w:rPr>
          <w:lang w:eastAsia="ko-KR"/>
        </w:rPr>
        <w:t xml:space="preserve"> Valuation, </w:t>
      </w:r>
      <w:r>
        <w:rPr>
          <w:lang w:eastAsia="ko-KR"/>
        </w:rPr>
        <w:t>우선권</w:t>
      </w:r>
      <w:r>
        <w:rPr>
          <w:lang w:eastAsia="ko-KR"/>
        </w:rPr>
        <w:t xml:space="preserve">, </w:t>
      </w:r>
      <w:r>
        <w:rPr>
          <w:lang w:eastAsia="ko-KR"/>
        </w:rPr>
        <w:t>보호조항</w:t>
      </w:r>
      <w:r>
        <w:rPr>
          <w:lang w:eastAsia="ko-KR"/>
        </w:rPr>
        <w:t xml:space="preserve">, </w:t>
      </w:r>
      <w:r>
        <w:rPr>
          <w:lang w:eastAsia="ko-KR"/>
        </w:rPr>
        <w:t>희석방지</w:t>
      </w:r>
      <w:r>
        <w:rPr>
          <w:lang w:eastAsia="ko-KR"/>
        </w:rPr>
        <w:t xml:space="preserve">, Exit </w:t>
      </w:r>
      <w:r>
        <w:rPr>
          <w:lang w:eastAsia="ko-KR"/>
        </w:rPr>
        <w:t>권리를</w:t>
      </w:r>
      <w:r>
        <w:rPr>
          <w:lang w:eastAsia="ko-KR"/>
        </w:rPr>
        <w:t xml:space="preserve"> </w:t>
      </w:r>
      <w:r>
        <w:rPr>
          <w:lang w:eastAsia="ko-KR"/>
        </w:rPr>
        <w:t>확정한다</w:t>
      </w:r>
      <w:r>
        <w:rPr>
          <w:lang w:eastAsia="ko-KR"/>
        </w:rPr>
        <w:t>.</w:t>
      </w:r>
    </w:p>
    <w:p w14:paraId="28739EDF" w14:textId="77777777" w:rsidR="00BD12AE" w:rsidRDefault="00000000">
      <w:pPr>
        <w:pStyle w:val="1"/>
      </w:pPr>
      <w:r>
        <w:t>Appendix D. Deliverables in Investment Package</w:t>
      </w:r>
    </w:p>
    <w:p w14:paraId="76A2980A" w14:textId="77777777" w:rsidR="00BD12AE" w:rsidRDefault="00000000">
      <w:pPr>
        <w:pStyle w:val="a0"/>
        <w:rPr>
          <w:lang w:eastAsia="ko-KR"/>
        </w:rPr>
      </w:pPr>
      <w:r>
        <w:rPr>
          <w:lang w:eastAsia="ko-KR"/>
        </w:rPr>
        <w:t>기관투자유치</w:t>
      </w:r>
      <w:r>
        <w:rPr>
          <w:lang w:eastAsia="ko-KR"/>
        </w:rPr>
        <w:t xml:space="preserve"> IR </w:t>
      </w:r>
      <w:r>
        <w:rPr>
          <w:lang w:eastAsia="ko-KR"/>
        </w:rPr>
        <w:t>제안서</w:t>
      </w:r>
      <w:r>
        <w:rPr>
          <w:lang w:eastAsia="ko-KR"/>
        </w:rPr>
        <w:t xml:space="preserve"> (</w:t>
      </w: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문서</w:t>
      </w:r>
      <w:r>
        <w:rPr>
          <w:lang w:eastAsia="ko-KR"/>
        </w:rPr>
        <w:t>)</w:t>
      </w:r>
    </w:p>
    <w:p w14:paraId="56AFBF54" w14:textId="77777777" w:rsidR="00BD12AE" w:rsidRDefault="00000000">
      <w:pPr>
        <w:pStyle w:val="a0"/>
      </w:pPr>
      <w:r>
        <w:t>IC Valuation &amp; Returns Model (Excel)</w:t>
      </w:r>
    </w:p>
    <w:p w14:paraId="2F4BD18F" w14:textId="77777777" w:rsidR="00BD12AE" w:rsidRDefault="00000000">
      <w:pPr>
        <w:pStyle w:val="a0"/>
        <w:rPr>
          <w:lang w:eastAsia="ko-KR"/>
        </w:rPr>
      </w:pPr>
      <w:r>
        <w:rPr>
          <w:lang w:eastAsia="ko-KR"/>
        </w:rPr>
        <w:t>향후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재무제표</w:t>
      </w:r>
      <w:r>
        <w:rPr>
          <w:lang w:eastAsia="ko-KR"/>
        </w:rPr>
        <w:t xml:space="preserve"> </w:t>
      </w:r>
      <w:r>
        <w:rPr>
          <w:lang w:eastAsia="ko-KR"/>
        </w:rPr>
        <w:t>반영</w:t>
      </w:r>
      <w:r>
        <w:rPr>
          <w:lang w:eastAsia="ko-KR"/>
        </w:rPr>
        <w:t xml:space="preserve"> 5</w:t>
      </w:r>
      <w:r>
        <w:rPr>
          <w:lang w:eastAsia="ko-KR"/>
        </w:rPr>
        <w:t>개년</w:t>
      </w:r>
      <w:r>
        <w:rPr>
          <w:lang w:eastAsia="ko-KR"/>
        </w:rPr>
        <w:t xml:space="preserve"> Forecast</w:t>
      </w:r>
    </w:p>
    <w:p w14:paraId="0AB31ED6" w14:textId="77777777" w:rsidR="00BD12AE" w:rsidRDefault="00000000">
      <w:pPr>
        <w:pStyle w:val="a0"/>
      </w:pPr>
      <w:proofErr w:type="spellStart"/>
      <w:r>
        <w:t>실제</w:t>
      </w:r>
      <w:proofErr w:type="spellEnd"/>
      <w:r>
        <w:t xml:space="preserve"> </w:t>
      </w:r>
      <w:proofErr w:type="spellStart"/>
      <w:r>
        <w:t>주주명부</w:t>
      </w:r>
      <w:proofErr w:type="spellEnd"/>
      <w:r>
        <w:t xml:space="preserve"> </w:t>
      </w:r>
      <w:proofErr w:type="spellStart"/>
      <w:r>
        <w:t>반영</w:t>
      </w:r>
      <w:proofErr w:type="spellEnd"/>
      <w:r>
        <w:t xml:space="preserve"> Pre/Post Cap Table</w:t>
      </w:r>
    </w:p>
    <w:p w14:paraId="14B2C0F3" w14:textId="77777777" w:rsidR="00BD12AE" w:rsidRDefault="00000000">
      <w:pPr>
        <w:pStyle w:val="a0"/>
      </w:pPr>
      <w:r>
        <w:t>법률</w:t>
      </w:r>
      <w:r>
        <w:t>·</w:t>
      </w:r>
      <w:r>
        <w:t>회계</w:t>
      </w:r>
      <w:r>
        <w:t>·</w:t>
      </w:r>
      <w:r>
        <w:t>세무</w:t>
      </w:r>
      <w:r>
        <w:t xml:space="preserve"> DD </w:t>
      </w:r>
      <w:r>
        <w:t>자료실</w:t>
      </w:r>
      <w:r>
        <w:t xml:space="preserve"> </w:t>
      </w:r>
      <w:r>
        <w:t>및</w:t>
      </w:r>
      <w:r>
        <w:t xml:space="preserve"> Contract Status Matrix</w:t>
      </w:r>
    </w:p>
    <w:p w14:paraId="28A0EF83" w14:textId="77777777" w:rsidR="00BD12AE" w:rsidRDefault="00000000">
      <w:r>
        <w:br w:type="page"/>
      </w:r>
    </w:p>
    <w:p w14:paraId="41114823" w14:textId="77777777" w:rsidR="00BD12AE" w:rsidRDefault="00000000">
      <w:pPr>
        <w:jc w:val="center"/>
      </w:pPr>
      <w:r>
        <w:rPr>
          <w:b/>
          <w:color w:val="17365D"/>
          <w:sz w:val="36"/>
        </w:rPr>
        <w:lastRenderedPageBreak/>
        <w:t xml:space="preserve">APPENDIX B. </w:t>
      </w:r>
      <w:r>
        <w:rPr>
          <w:b/>
          <w:color w:val="17365D"/>
          <w:sz w:val="36"/>
        </w:rPr>
        <w:t>실제</w:t>
      </w:r>
      <w:r>
        <w:rPr>
          <w:b/>
          <w:color w:val="17365D"/>
          <w:sz w:val="36"/>
        </w:rPr>
        <w:t xml:space="preserve"> </w:t>
      </w:r>
      <w:r>
        <w:rPr>
          <w:b/>
          <w:color w:val="17365D"/>
          <w:sz w:val="36"/>
        </w:rPr>
        <w:t>자본구조</w:t>
      </w:r>
      <w:r>
        <w:rPr>
          <w:b/>
          <w:color w:val="17365D"/>
          <w:sz w:val="36"/>
        </w:rPr>
        <w:t xml:space="preserve"> </w:t>
      </w:r>
      <w:r>
        <w:rPr>
          <w:b/>
          <w:color w:val="17365D"/>
          <w:sz w:val="36"/>
        </w:rPr>
        <w:t>및</w:t>
      </w:r>
      <w:r>
        <w:rPr>
          <w:b/>
          <w:color w:val="17365D"/>
          <w:sz w:val="36"/>
        </w:rPr>
        <w:t xml:space="preserve"> RWAHUB Tokenomics</w:t>
      </w:r>
    </w:p>
    <w:p w14:paraId="4F092E7F" w14:textId="77777777" w:rsidR="00BD12AE" w:rsidRDefault="00000000">
      <w:pPr>
        <w:rPr>
          <w:lang w:eastAsia="ko-KR"/>
        </w:rPr>
      </w:pP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부록은</w:t>
      </w:r>
      <w:r>
        <w:rPr>
          <w:lang w:eastAsia="ko-KR"/>
        </w:rPr>
        <w:t xml:space="preserve"> </w:t>
      </w:r>
      <w:r>
        <w:rPr>
          <w:lang w:eastAsia="ko-KR"/>
        </w:rPr>
        <w:t>회사가</w:t>
      </w:r>
      <w:r>
        <w:rPr>
          <w:lang w:eastAsia="ko-KR"/>
        </w:rPr>
        <w:t xml:space="preserve"> </w:t>
      </w:r>
      <w:r>
        <w:rPr>
          <w:lang w:eastAsia="ko-KR"/>
        </w:rPr>
        <w:t>제공한</w:t>
      </w:r>
      <w:r>
        <w:rPr>
          <w:lang w:eastAsia="ko-KR"/>
        </w:rPr>
        <w:t xml:space="preserve"> </w:t>
      </w:r>
      <w:r>
        <w:rPr>
          <w:lang w:eastAsia="ko-KR"/>
        </w:rPr>
        <w:t>현재</w:t>
      </w:r>
      <w:r>
        <w:rPr>
          <w:lang w:eastAsia="ko-KR"/>
        </w:rPr>
        <w:t xml:space="preserve"> </w:t>
      </w:r>
      <w:r>
        <w:rPr>
          <w:lang w:eastAsia="ko-KR"/>
        </w:rPr>
        <w:t>주식</w:t>
      </w:r>
      <w:r>
        <w:rPr>
          <w:lang w:eastAsia="ko-KR"/>
        </w:rPr>
        <w:t>·</w:t>
      </w:r>
      <w:r>
        <w:rPr>
          <w:lang w:eastAsia="ko-KR"/>
        </w:rPr>
        <w:t>자본</w:t>
      </w:r>
      <w:r>
        <w:rPr>
          <w:lang w:eastAsia="ko-KR"/>
        </w:rPr>
        <w:t>·</w:t>
      </w:r>
      <w:r>
        <w:rPr>
          <w:lang w:eastAsia="ko-KR"/>
        </w:rPr>
        <w:t>부채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발행</w:t>
      </w:r>
      <w:r>
        <w:rPr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lang w:eastAsia="ko-KR"/>
        </w:rPr>
        <w:t xml:space="preserve"> </w:t>
      </w:r>
      <w:r>
        <w:rPr>
          <w:lang w:eastAsia="ko-KR"/>
        </w:rPr>
        <w:t>기관투자</w:t>
      </w:r>
      <w:r>
        <w:rPr>
          <w:lang w:eastAsia="ko-KR"/>
        </w:rPr>
        <w:t xml:space="preserve"> </w:t>
      </w:r>
      <w:r>
        <w:rPr>
          <w:lang w:eastAsia="ko-KR"/>
        </w:rPr>
        <w:t>검토용으로</w:t>
      </w:r>
      <w:r>
        <w:rPr>
          <w:lang w:eastAsia="ko-KR"/>
        </w:rPr>
        <w:t xml:space="preserve"> </w:t>
      </w:r>
      <w:r>
        <w:rPr>
          <w:lang w:eastAsia="ko-KR"/>
        </w:rPr>
        <w:t>정리한</w:t>
      </w:r>
      <w:r>
        <w:rPr>
          <w:lang w:eastAsia="ko-KR"/>
        </w:rPr>
        <w:t xml:space="preserve"> </w:t>
      </w:r>
      <w:r>
        <w:rPr>
          <w:lang w:eastAsia="ko-KR"/>
        </w:rPr>
        <w:t>것입니다</w:t>
      </w:r>
      <w:r>
        <w:rPr>
          <w:lang w:eastAsia="ko-KR"/>
        </w:rPr>
        <w:t xml:space="preserve">. </w:t>
      </w:r>
      <w:r>
        <w:rPr>
          <w:lang w:eastAsia="ko-KR"/>
        </w:rPr>
        <w:t>대표이사</w:t>
      </w:r>
      <w:r>
        <w:rPr>
          <w:lang w:eastAsia="ko-KR"/>
        </w:rPr>
        <w:t xml:space="preserve"> </w:t>
      </w:r>
      <w:r>
        <w:rPr>
          <w:lang w:eastAsia="ko-KR"/>
        </w:rPr>
        <w:t>가수금</w:t>
      </w:r>
      <w:r>
        <w:rPr>
          <w:lang w:eastAsia="ko-KR"/>
        </w:rPr>
        <w:t xml:space="preserve"> 10</w:t>
      </w:r>
      <w:r>
        <w:rPr>
          <w:lang w:eastAsia="ko-KR"/>
        </w:rPr>
        <w:t>억원의</w:t>
      </w:r>
      <w:r>
        <w:rPr>
          <w:lang w:eastAsia="ko-KR"/>
        </w:rPr>
        <w:t xml:space="preserve"> </w:t>
      </w:r>
      <w:r>
        <w:rPr>
          <w:lang w:eastAsia="ko-KR"/>
        </w:rPr>
        <w:t>출자전환</w:t>
      </w:r>
      <w:r>
        <w:rPr>
          <w:lang w:eastAsia="ko-KR"/>
        </w:rPr>
        <w:t xml:space="preserve"> </w:t>
      </w:r>
      <w:r>
        <w:rPr>
          <w:lang w:eastAsia="ko-KR"/>
        </w:rPr>
        <w:t>가격과</w:t>
      </w:r>
      <w:r>
        <w:rPr>
          <w:lang w:eastAsia="ko-KR"/>
        </w:rPr>
        <w:t xml:space="preserve"> </w:t>
      </w:r>
      <w:r>
        <w:rPr>
          <w:lang w:eastAsia="ko-KR"/>
        </w:rPr>
        <w:t>발행</w:t>
      </w:r>
      <w:r>
        <w:rPr>
          <w:lang w:eastAsia="ko-KR"/>
        </w:rPr>
        <w:t xml:space="preserve"> </w:t>
      </w:r>
      <w:r>
        <w:rPr>
          <w:lang w:eastAsia="ko-KR"/>
        </w:rPr>
        <w:t>신주</w:t>
      </w:r>
      <w:r>
        <w:rPr>
          <w:lang w:eastAsia="ko-KR"/>
        </w:rPr>
        <w:t xml:space="preserve"> </w:t>
      </w:r>
      <w:r>
        <w:rPr>
          <w:lang w:eastAsia="ko-KR"/>
        </w:rPr>
        <w:t>수는</w:t>
      </w:r>
      <w:r>
        <w:rPr>
          <w:lang w:eastAsia="ko-KR"/>
        </w:rPr>
        <w:t xml:space="preserve"> </w:t>
      </w:r>
      <w:r>
        <w:rPr>
          <w:lang w:eastAsia="ko-KR"/>
        </w:rPr>
        <w:t>아직</w:t>
      </w:r>
      <w:r>
        <w:rPr>
          <w:lang w:eastAsia="ko-KR"/>
        </w:rPr>
        <w:t xml:space="preserve"> </w:t>
      </w:r>
      <w:r>
        <w:rPr>
          <w:lang w:eastAsia="ko-KR"/>
        </w:rPr>
        <w:t>확정하지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 xml:space="preserve"> </w:t>
      </w:r>
      <w:r>
        <w:rPr>
          <w:lang w:eastAsia="ko-KR"/>
        </w:rPr>
        <w:t>법률</w:t>
      </w:r>
      <w:r>
        <w:rPr>
          <w:lang w:eastAsia="ko-KR"/>
        </w:rPr>
        <w:t>·</w:t>
      </w:r>
      <w:r>
        <w:rPr>
          <w:lang w:eastAsia="ko-KR"/>
        </w:rPr>
        <w:t>회계</w:t>
      </w:r>
      <w:r>
        <w:rPr>
          <w:lang w:eastAsia="ko-KR"/>
        </w:rPr>
        <w:t xml:space="preserve"> </w:t>
      </w:r>
      <w:r>
        <w:rPr>
          <w:lang w:eastAsia="ko-KR"/>
        </w:rPr>
        <w:t>검토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결정하는</w:t>
      </w:r>
      <w:r>
        <w:rPr>
          <w:lang w:eastAsia="ko-KR"/>
        </w:rPr>
        <w:t xml:space="preserve"> </w:t>
      </w:r>
      <w:r>
        <w:rPr>
          <w:lang w:eastAsia="ko-KR"/>
        </w:rPr>
        <w:t>변수로</w:t>
      </w:r>
      <w:r>
        <w:rPr>
          <w:lang w:eastAsia="ko-KR"/>
        </w:rPr>
        <w:t xml:space="preserve"> </w:t>
      </w:r>
      <w:r>
        <w:rPr>
          <w:lang w:eastAsia="ko-KR"/>
        </w:rPr>
        <w:t>유지합니다</w:t>
      </w:r>
      <w:r>
        <w:rPr>
          <w:lang w:eastAsia="ko-KR"/>
        </w:rPr>
        <w:t>.</w:t>
      </w:r>
    </w:p>
    <w:p w14:paraId="2E49986D" w14:textId="77777777" w:rsidR="00BD12AE" w:rsidRDefault="00000000">
      <w:pPr>
        <w:pStyle w:val="21"/>
      </w:pPr>
      <w:r>
        <w:t xml:space="preserve">1. </w:t>
      </w:r>
      <w:proofErr w:type="spellStart"/>
      <w:r>
        <w:t>현재</w:t>
      </w:r>
      <w:proofErr w:type="spellEnd"/>
      <w:r>
        <w:t xml:space="preserve"> </w:t>
      </w:r>
      <w:proofErr w:type="spellStart"/>
      <w:r>
        <w:t>주식</w:t>
      </w:r>
      <w:proofErr w:type="spellEnd"/>
      <w:r>
        <w:t xml:space="preserve"> </w:t>
      </w:r>
      <w:r>
        <w:t>및</w:t>
      </w:r>
      <w:r>
        <w:t xml:space="preserve"> </w:t>
      </w:r>
      <w:r>
        <w:t>자본구조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BD12AE" w14:paraId="4B3064B3" w14:textId="77777777">
        <w:trPr>
          <w:jc w:val="center"/>
        </w:trPr>
        <w:tc>
          <w:tcPr>
            <w:tcW w:w="5112" w:type="dxa"/>
            <w:shd w:val="clear" w:color="auto" w:fill="17365D"/>
            <w:vAlign w:val="center"/>
          </w:tcPr>
          <w:p w14:paraId="586962B7" w14:textId="77777777" w:rsidR="00BD12AE" w:rsidRDefault="00000000">
            <w:r>
              <w:rPr>
                <w:b/>
                <w:color w:val="FFFFFF"/>
              </w:rPr>
              <w:t>구분</w:t>
            </w:r>
          </w:p>
        </w:tc>
        <w:tc>
          <w:tcPr>
            <w:tcW w:w="5112" w:type="dxa"/>
            <w:shd w:val="clear" w:color="auto" w:fill="17365D"/>
            <w:vAlign w:val="center"/>
          </w:tcPr>
          <w:p w14:paraId="5DFCED81" w14:textId="77777777" w:rsidR="00BD12AE" w:rsidRDefault="00000000">
            <w:r>
              <w:rPr>
                <w:b/>
                <w:color w:val="FFFFFF"/>
              </w:rPr>
              <w:t>현재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b/>
                <w:color w:val="FFFFFF"/>
              </w:rPr>
              <w:t>기준</w:t>
            </w:r>
          </w:p>
        </w:tc>
      </w:tr>
      <w:tr w:rsidR="00BD12AE" w14:paraId="0BDC8097" w14:textId="77777777">
        <w:trPr>
          <w:jc w:val="center"/>
        </w:trPr>
        <w:tc>
          <w:tcPr>
            <w:tcW w:w="5112" w:type="dxa"/>
            <w:vAlign w:val="center"/>
          </w:tcPr>
          <w:p w14:paraId="1A940404" w14:textId="77777777" w:rsidR="00BD12AE" w:rsidRDefault="00000000">
            <w:r>
              <w:t>자본금</w:t>
            </w:r>
          </w:p>
        </w:tc>
        <w:tc>
          <w:tcPr>
            <w:tcW w:w="5112" w:type="dxa"/>
            <w:vAlign w:val="center"/>
          </w:tcPr>
          <w:p w14:paraId="3B6AD0E4" w14:textId="77777777" w:rsidR="00BD12AE" w:rsidRDefault="00000000">
            <w:r>
              <w:t>1</w:t>
            </w:r>
            <w:r>
              <w:t>억원</w:t>
            </w:r>
          </w:p>
        </w:tc>
      </w:tr>
      <w:tr w:rsidR="00BD12AE" w14:paraId="7EAEC498" w14:textId="77777777">
        <w:trPr>
          <w:jc w:val="center"/>
        </w:trPr>
        <w:tc>
          <w:tcPr>
            <w:tcW w:w="5112" w:type="dxa"/>
            <w:vAlign w:val="center"/>
          </w:tcPr>
          <w:p w14:paraId="253DD874" w14:textId="77777777" w:rsidR="00BD12AE" w:rsidRDefault="00000000">
            <w:r>
              <w:t>주식</w:t>
            </w:r>
            <w:r>
              <w:t xml:space="preserve"> </w:t>
            </w:r>
            <w:r>
              <w:t>종류</w:t>
            </w:r>
          </w:p>
        </w:tc>
        <w:tc>
          <w:tcPr>
            <w:tcW w:w="5112" w:type="dxa"/>
            <w:vAlign w:val="center"/>
          </w:tcPr>
          <w:p w14:paraId="50A5AB70" w14:textId="77777777" w:rsidR="00BD12AE" w:rsidRDefault="00000000">
            <w:r>
              <w:t>무액면주식</w:t>
            </w:r>
          </w:p>
        </w:tc>
      </w:tr>
      <w:tr w:rsidR="00BD12AE" w14:paraId="3449336C" w14:textId="77777777">
        <w:trPr>
          <w:jc w:val="center"/>
        </w:trPr>
        <w:tc>
          <w:tcPr>
            <w:tcW w:w="5112" w:type="dxa"/>
            <w:vAlign w:val="center"/>
          </w:tcPr>
          <w:p w14:paraId="11B9046A" w14:textId="77777777" w:rsidR="00BD12AE" w:rsidRDefault="00000000">
            <w:r>
              <w:t>발행주식</w:t>
            </w:r>
            <w:r>
              <w:t xml:space="preserve"> </w:t>
            </w:r>
            <w:r>
              <w:t>총수</w:t>
            </w:r>
          </w:p>
        </w:tc>
        <w:tc>
          <w:tcPr>
            <w:tcW w:w="5112" w:type="dxa"/>
            <w:vAlign w:val="center"/>
          </w:tcPr>
          <w:p w14:paraId="01EB2077" w14:textId="77777777" w:rsidR="00BD12AE" w:rsidRDefault="00000000">
            <w:r>
              <w:t>1,000,000</w:t>
            </w:r>
            <w:r>
              <w:t>주</w:t>
            </w:r>
          </w:p>
        </w:tc>
      </w:tr>
      <w:tr w:rsidR="00BD12AE" w14:paraId="67AAB480" w14:textId="77777777">
        <w:trPr>
          <w:jc w:val="center"/>
        </w:trPr>
        <w:tc>
          <w:tcPr>
            <w:tcW w:w="5112" w:type="dxa"/>
            <w:vAlign w:val="center"/>
          </w:tcPr>
          <w:p w14:paraId="774686EE" w14:textId="77777777" w:rsidR="00BD12AE" w:rsidRDefault="00000000">
            <w:r>
              <w:t>대표이사</w:t>
            </w:r>
          </w:p>
        </w:tc>
        <w:tc>
          <w:tcPr>
            <w:tcW w:w="5112" w:type="dxa"/>
            <w:vAlign w:val="center"/>
          </w:tcPr>
          <w:p w14:paraId="67B3615A" w14:textId="77777777" w:rsidR="00BD12AE" w:rsidRDefault="00000000">
            <w:r>
              <w:t>930,000</w:t>
            </w:r>
            <w:r>
              <w:t>주</w:t>
            </w:r>
            <w:r>
              <w:t xml:space="preserve"> (93%)</w:t>
            </w:r>
          </w:p>
        </w:tc>
      </w:tr>
      <w:tr w:rsidR="00BD12AE" w14:paraId="50D9FE7E" w14:textId="77777777">
        <w:trPr>
          <w:jc w:val="center"/>
        </w:trPr>
        <w:tc>
          <w:tcPr>
            <w:tcW w:w="5112" w:type="dxa"/>
            <w:vAlign w:val="center"/>
          </w:tcPr>
          <w:p w14:paraId="1ADB878A" w14:textId="77777777" w:rsidR="00BD12AE" w:rsidRDefault="00000000">
            <w:r>
              <w:t>기타</w:t>
            </w:r>
            <w:r>
              <w:t xml:space="preserve"> </w:t>
            </w:r>
            <w:r>
              <w:t>주주</w:t>
            </w:r>
          </w:p>
        </w:tc>
        <w:tc>
          <w:tcPr>
            <w:tcW w:w="5112" w:type="dxa"/>
            <w:vAlign w:val="center"/>
          </w:tcPr>
          <w:p w14:paraId="72EB8854" w14:textId="77777777" w:rsidR="00BD12AE" w:rsidRDefault="00000000">
            <w:r>
              <w:t>70,000</w:t>
            </w:r>
            <w:r>
              <w:t>주</w:t>
            </w:r>
            <w:r>
              <w:t xml:space="preserve"> (7%)</w:t>
            </w:r>
          </w:p>
        </w:tc>
      </w:tr>
      <w:tr w:rsidR="00BD12AE" w14:paraId="41320496" w14:textId="77777777">
        <w:trPr>
          <w:jc w:val="center"/>
        </w:trPr>
        <w:tc>
          <w:tcPr>
            <w:tcW w:w="5112" w:type="dxa"/>
            <w:vAlign w:val="center"/>
          </w:tcPr>
          <w:p w14:paraId="56050AE7" w14:textId="77777777" w:rsidR="00BD12AE" w:rsidRDefault="00000000">
            <w:r>
              <w:t>대표이사</w:t>
            </w:r>
            <w:r>
              <w:t xml:space="preserve"> </w:t>
            </w:r>
            <w:r>
              <w:t>가수금</w:t>
            </w:r>
          </w:p>
        </w:tc>
        <w:tc>
          <w:tcPr>
            <w:tcW w:w="5112" w:type="dxa"/>
            <w:vAlign w:val="center"/>
          </w:tcPr>
          <w:p w14:paraId="1A8025AC" w14:textId="77777777" w:rsidR="00BD12AE" w:rsidRDefault="00000000">
            <w:r>
              <w:t>10</w:t>
            </w:r>
            <w:r>
              <w:t>억원</w:t>
            </w:r>
            <w:r>
              <w:t xml:space="preserve"> - </w:t>
            </w:r>
            <w:r>
              <w:t>자본전환</w:t>
            </w:r>
            <w:r>
              <w:t xml:space="preserve"> </w:t>
            </w:r>
            <w:r>
              <w:t>예정</w:t>
            </w:r>
          </w:p>
        </w:tc>
      </w:tr>
      <w:tr w:rsidR="00BD12AE" w14:paraId="346C27C1" w14:textId="77777777">
        <w:trPr>
          <w:jc w:val="center"/>
        </w:trPr>
        <w:tc>
          <w:tcPr>
            <w:tcW w:w="5112" w:type="dxa"/>
            <w:vAlign w:val="center"/>
          </w:tcPr>
          <w:p w14:paraId="36E6C4CF" w14:textId="77777777" w:rsidR="00BD12AE" w:rsidRDefault="00000000">
            <w:r>
              <w:t>기타</w:t>
            </w:r>
            <w:r>
              <w:t xml:space="preserve"> </w:t>
            </w:r>
            <w:r>
              <w:t>부채</w:t>
            </w:r>
          </w:p>
        </w:tc>
        <w:tc>
          <w:tcPr>
            <w:tcW w:w="5112" w:type="dxa"/>
            <w:vAlign w:val="center"/>
          </w:tcPr>
          <w:p w14:paraId="4E191CA1" w14:textId="77777777" w:rsidR="00BD12AE" w:rsidRDefault="00000000">
            <w:r>
              <w:t>2</w:t>
            </w:r>
            <w:r>
              <w:t>억원</w:t>
            </w:r>
          </w:p>
        </w:tc>
      </w:tr>
    </w:tbl>
    <w:p w14:paraId="343DD3BB" w14:textId="77777777" w:rsidR="00BD12AE" w:rsidRDefault="00000000">
      <w:pPr>
        <w:rPr>
          <w:lang w:eastAsia="ko-KR"/>
        </w:rPr>
      </w:pPr>
      <w:r>
        <w:rPr>
          <w:lang w:eastAsia="ko-KR"/>
        </w:rPr>
        <w:t>기관투자</w:t>
      </w:r>
      <w:r>
        <w:rPr>
          <w:lang w:eastAsia="ko-KR"/>
        </w:rPr>
        <w:t xml:space="preserve"> </w:t>
      </w:r>
      <w:r>
        <w:rPr>
          <w:lang w:eastAsia="ko-KR"/>
        </w:rPr>
        <w:t>신주발행</w:t>
      </w:r>
      <w:r>
        <w:rPr>
          <w:lang w:eastAsia="ko-KR"/>
        </w:rPr>
        <w:t xml:space="preserve"> </w:t>
      </w:r>
      <w:r>
        <w:rPr>
          <w:lang w:eastAsia="ko-KR"/>
        </w:rPr>
        <w:t>전</w:t>
      </w:r>
      <w:r>
        <w:rPr>
          <w:lang w:eastAsia="ko-KR"/>
        </w:rPr>
        <w:t xml:space="preserve"> </w:t>
      </w:r>
      <w:r>
        <w:rPr>
          <w:lang w:eastAsia="ko-KR"/>
        </w:rPr>
        <w:t>기준</w:t>
      </w:r>
      <w:r>
        <w:rPr>
          <w:lang w:eastAsia="ko-KR"/>
        </w:rPr>
        <w:t xml:space="preserve"> </w:t>
      </w:r>
      <w:r>
        <w:rPr>
          <w:lang w:eastAsia="ko-KR"/>
        </w:rPr>
        <w:t>주주구성은</w:t>
      </w:r>
      <w:r>
        <w:rPr>
          <w:lang w:eastAsia="ko-KR"/>
        </w:rPr>
        <w:t xml:space="preserve"> </w:t>
      </w:r>
      <w:r>
        <w:rPr>
          <w:lang w:eastAsia="ko-KR"/>
        </w:rPr>
        <w:t>대표이사</w:t>
      </w:r>
      <w:r>
        <w:rPr>
          <w:lang w:eastAsia="ko-KR"/>
        </w:rPr>
        <w:t xml:space="preserve"> 93%, </w:t>
      </w:r>
      <w:r>
        <w:rPr>
          <w:lang w:eastAsia="ko-KR"/>
        </w:rPr>
        <w:t>기타주주</w:t>
      </w:r>
      <w:r>
        <w:rPr>
          <w:lang w:eastAsia="ko-KR"/>
        </w:rPr>
        <w:t xml:space="preserve"> 7%</w:t>
      </w:r>
      <w:r>
        <w:rPr>
          <w:lang w:eastAsia="ko-KR"/>
        </w:rPr>
        <w:t>입니다</w:t>
      </w:r>
      <w:r>
        <w:rPr>
          <w:lang w:eastAsia="ko-KR"/>
        </w:rPr>
        <w:t xml:space="preserve">. </w:t>
      </w:r>
      <w:r>
        <w:rPr>
          <w:lang w:eastAsia="ko-KR"/>
        </w:rPr>
        <w:t>가수금</w:t>
      </w:r>
      <w:r>
        <w:rPr>
          <w:lang w:eastAsia="ko-KR"/>
        </w:rPr>
        <w:t xml:space="preserve"> </w:t>
      </w:r>
      <w:r>
        <w:rPr>
          <w:lang w:eastAsia="ko-KR"/>
        </w:rPr>
        <w:t>출자전환에</w:t>
      </w:r>
      <w:r>
        <w:rPr>
          <w:lang w:eastAsia="ko-KR"/>
        </w:rPr>
        <w:t xml:space="preserve"> </w:t>
      </w:r>
      <w:r>
        <w:rPr>
          <w:lang w:eastAsia="ko-KR"/>
        </w:rPr>
        <w:t>따른</w:t>
      </w:r>
      <w:r>
        <w:rPr>
          <w:lang w:eastAsia="ko-KR"/>
        </w:rPr>
        <w:t xml:space="preserve"> </w:t>
      </w:r>
      <w:r>
        <w:rPr>
          <w:lang w:eastAsia="ko-KR"/>
        </w:rPr>
        <w:t>신주</w:t>
      </w:r>
      <w:r>
        <w:rPr>
          <w:lang w:eastAsia="ko-KR"/>
        </w:rPr>
        <w:t xml:space="preserve"> </w:t>
      </w:r>
      <w:r>
        <w:rPr>
          <w:lang w:eastAsia="ko-KR"/>
        </w:rPr>
        <w:t>수는</w:t>
      </w:r>
      <w:r>
        <w:rPr>
          <w:lang w:eastAsia="ko-KR"/>
        </w:rPr>
        <w:t xml:space="preserve"> </w:t>
      </w:r>
      <w:r>
        <w:rPr>
          <w:lang w:eastAsia="ko-KR"/>
        </w:rPr>
        <w:t>전환가격이</w:t>
      </w:r>
      <w:r>
        <w:rPr>
          <w:lang w:eastAsia="ko-KR"/>
        </w:rPr>
        <w:t xml:space="preserve"> </w:t>
      </w:r>
      <w:r>
        <w:rPr>
          <w:lang w:eastAsia="ko-KR"/>
        </w:rPr>
        <w:t>확정된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산정하며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무액면주식이라는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이유만으로</w:t>
      </w:r>
      <w:r>
        <w:rPr>
          <w:lang w:eastAsia="ko-KR"/>
        </w:rPr>
        <w:t xml:space="preserve"> </w:t>
      </w:r>
      <w:r>
        <w:rPr>
          <w:lang w:eastAsia="ko-KR"/>
        </w:rPr>
        <w:t>자본금</w:t>
      </w:r>
      <w:r>
        <w:rPr>
          <w:lang w:eastAsia="ko-KR"/>
        </w:rPr>
        <w:t xml:space="preserve"> </w:t>
      </w:r>
      <w:r>
        <w:rPr>
          <w:lang w:eastAsia="ko-KR"/>
        </w:rPr>
        <w:t>대비</w:t>
      </w:r>
      <w:r>
        <w:rPr>
          <w:lang w:eastAsia="ko-KR"/>
        </w:rPr>
        <w:t xml:space="preserve"> </w:t>
      </w:r>
      <w:r>
        <w:rPr>
          <w:lang w:eastAsia="ko-KR"/>
        </w:rPr>
        <w:t>단순</w:t>
      </w:r>
      <w:r>
        <w:rPr>
          <w:lang w:eastAsia="ko-KR"/>
        </w:rPr>
        <w:t xml:space="preserve"> </w:t>
      </w:r>
      <w:r>
        <w:rPr>
          <w:lang w:eastAsia="ko-KR"/>
        </w:rPr>
        <w:t>배수로</w:t>
      </w:r>
      <w:r>
        <w:rPr>
          <w:lang w:eastAsia="ko-KR"/>
        </w:rPr>
        <w:t xml:space="preserve"> </w:t>
      </w:r>
      <w:r>
        <w:rPr>
          <w:lang w:eastAsia="ko-KR"/>
        </w:rPr>
        <w:t>산정하지</w:t>
      </w:r>
      <w:r>
        <w:rPr>
          <w:lang w:eastAsia="ko-KR"/>
        </w:rPr>
        <w:t xml:space="preserve"> </w:t>
      </w:r>
      <w:r>
        <w:rPr>
          <w:lang w:eastAsia="ko-KR"/>
        </w:rPr>
        <w:t>않습니다</w:t>
      </w:r>
      <w:r>
        <w:rPr>
          <w:lang w:eastAsia="ko-KR"/>
        </w:rPr>
        <w:t>.</w:t>
      </w:r>
    </w:p>
    <w:p w14:paraId="42F084C0" w14:textId="77777777" w:rsidR="00BD12AE" w:rsidRDefault="00000000">
      <w:pPr>
        <w:pStyle w:val="21"/>
        <w:rPr>
          <w:lang w:eastAsia="ko-KR"/>
        </w:rPr>
      </w:pPr>
      <w:r>
        <w:rPr>
          <w:lang w:eastAsia="ko-KR"/>
        </w:rPr>
        <w:t xml:space="preserve">2. </w:t>
      </w:r>
      <w:r>
        <w:rPr>
          <w:lang w:eastAsia="ko-KR"/>
        </w:rPr>
        <w:t>기관투자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단순</w:t>
      </w:r>
      <w:r>
        <w:rPr>
          <w:lang w:eastAsia="ko-KR"/>
        </w:rPr>
        <w:t xml:space="preserve"> </w:t>
      </w:r>
      <w:r>
        <w:rPr>
          <w:lang w:eastAsia="ko-KR"/>
        </w:rPr>
        <w:t>희석</w:t>
      </w:r>
      <w:r>
        <w:rPr>
          <w:lang w:eastAsia="ko-KR"/>
        </w:rPr>
        <w:t xml:space="preserve"> </w:t>
      </w:r>
      <w:r>
        <w:rPr>
          <w:lang w:eastAsia="ko-KR"/>
        </w:rPr>
        <w:t>예시</w:t>
      </w:r>
    </w:p>
    <w:p w14:paraId="20218F18" w14:textId="77777777" w:rsidR="00BD12AE" w:rsidRDefault="00000000">
      <w:pPr>
        <w:rPr>
          <w:lang w:eastAsia="ko-KR"/>
        </w:rPr>
      </w:pPr>
      <w:r>
        <w:rPr>
          <w:lang w:eastAsia="ko-KR"/>
        </w:rPr>
        <w:t>아래</w:t>
      </w:r>
      <w:r>
        <w:rPr>
          <w:lang w:eastAsia="ko-KR"/>
        </w:rPr>
        <w:t xml:space="preserve"> </w:t>
      </w:r>
      <w:r>
        <w:rPr>
          <w:lang w:eastAsia="ko-KR"/>
        </w:rPr>
        <w:t>표는</w:t>
      </w:r>
      <w:r>
        <w:rPr>
          <w:lang w:eastAsia="ko-KR"/>
        </w:rPr>
        <w:t xml:space="preserve"> </w:t>
      </w:r>
      <w:r>
        <w:rPr>
          <w:lang w:eastAsia="ko-KR"/>
        </w:rPr>
        <w:t>가수금</w:t>
      </w:r>
      <w:r>
        <w:rPr>
          <w:lang w:eastAsia="ko-KR"/>
        </w:rPr>
        <w:t xml:space="preserve"> </w:t>
      </w:r>
      <w:r>
        <w:rPr>
          <w:lang w:eastAsia="ko-KR"/>
        </w:rPr>
        <w:t>출자전환을</w:t>
      </w:r>
      <w:r>
        <w:rPr>
          <w:lang w:eastAsia="ko-KR"/>
        </w:rPr>
        <w:t xml:space="preserve"> </w:t>
      </w:r>
      <w:r>
        <w:rPr>
          <w:lang w:eastAsia="ko-KR"/>
        </w:rPr>
        <w:t>별도로</w:t>
      </w:r>
      <w:r>
        <w:rPr>
          <w:lang w:eastAsia="ko-KR"/>
        </w:rPr>
        <w:t xml:space="preserve"> </w:t>
      </w:r>
      <w:r>
        <w:rPr>
          <w:lang w:eastAsia="ko-KR"/>
        </w:rPr>
        <w:t>확정하기</w:t>
      </w:r>
      <w:r>
        <w:rPr>
          <w:lang w:eastAsia="ko-KR"/>
        </w:rPr>
        <w:t xml:space="preserve"> </w:t>
      </w:r>
      <w:r>
        <w:rPr>
          <w:lang w:eastAsia="ko-KR"/>
        </w:rPr>
        <w:t>전</w:t>
      </w:r>
      <w:r>
        <w:rPr>
          <w:lang w:eastAsia="ko-KR"/>
        </w:rPr>
        <w:t>, Pre-Money 1,000</w:t>
      </w:r>
      <w:r>
        <w:rPr>
          <w:lang w:eastAsia="ko-KR"/>
        </w:rPr>
        <w:t>억원을</w:t>
      </w:r>
      <w:r>
        <w:rPr>
          <w:lang w:eastAsia="ko-KR"/>
        </w:rPr>
        <w:t xml:space="preserve"> </w:t>
      </w:r>
      <w:r>
        <w:rPr>
          <w:lang w:eastAsia="ko-KR"/>
        </w:rPr>
        <w:t>가정하고</w:t>
      </w:r>
      <w:r>
        <w:rPr>
          <w:lang w:eastAsia="ko-KR"/>
        </w:rPr>
        <w:t xml:space="preserve"> </w:t>
      </w:r>
      <w:r>
        <w:rPr>
          <w:lang w:eastAsia="ko-KR"/>
        </w:rPr>
        <w:t>신규</w:t>
      </w:r>
      <w:r>
        <w:rPr>
          <w:lang w:eastAsia="ko-KR"/>
        </w:rPr>
        <w:t xml:space="preserve"> </w:t>
      </w:r>
      <w:r>
        <w:rPr>
          <w:lang w:eastAsia="ko-KR"/>
        </w:rPr>
        <w:t>기관투자금만</w:t>
      </w:r>
      <w:r>
        <w:rPr>
          <w:lang w:eastAsia="ko-KR"/>
        </w:rPr>
        <w:t xml:space="preserve"> </w:t>
      </w:r>
      <w:r>
        <w:rPr>
          <w:lang w:eastAsia="ko-KR"/>
        </w:rPr>
        <w:t>반영한</w:t>
      </w:r>
      <w:r>
        <w:rPr>
          <w:lang w:eastAsia="ko-KR"/>
        </w:rPr>
        <w:t xml:space="preserve"> </w:t>
      </w:r>
      <w:r>
        <w:rPr>
          <w:lang w:eastAsia="ko-KR"/>
        </w:rPr>
        <w:t>단순</w:t>
      </w:r>
      <w:r>
        <w:rPr>
          <w:lang w:eastAsia="ko-KR"/>
        </w:rPr>
        <w:t xml:space="preserve"> </w:t>
      </w:r>
      <w:r>
        <w:rPr>
          <w:lang w:eastAsia="ko-KR"/>
        </w:rPr>
        <w:t>희석</w:t>
      </w:r>
      <w:r>
        <w:rPr>
          <w:lang w:eastAsia="ko-KR"/>
        </w:rPr>
        <w:t xml:space="preserve"> </w:t>
      </w:r>
      <w:r>
        <w:rPr>
          <w:lang w:eastAsia="ko-KR"/>
        </w:rPr>
        <w:t>예시입니다</w:t>
      </w:r>
      <w:r>
        <w:rPr>
          <w:lang w:eastAsia="ko-KR"/>
        </w:rPr>
        <w:t xml:space="preserve">.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투자계약의</w:t>
      </w:r>
      <w:r>
        <w:rPr>
          <w:lang w:eastAsia="ko-KR"/>
        </w:rPr>
        <w:t xml:space="preserve"> </w:t>
      </w:r>
      <w:r>
        <w:rPr>
          <w:lang w:eastAsia="ko-KR"/>
        </w:rPr>
        <w:t>가격</w:t>
      </w:r>
      <w:r>
        <w:rPr>
          <w:lang w:eastAsia="ko-KR"/>
        </w:rPr>
        <w:t>·</w:t>
      </w:r>
      <w:r>
        <w:rPr>
          <w:lang w:eastAsia="ko-KR"/>
        </w:rPr>
        <w:t>주식종류</w:t>
      </w:r>
      <w:r>
        <w:rPr>
          <w:lang w:eastAsia="ko-KR"/>
        </w:rPr>
        <w:t>·</w:t>
      </w:r>
      <w:proofErr w:type="spellStart"/>
      <w:r>
        <w:rPr>
          <w:lang w:eastAsia="ko-KR"/>
        </w:rPr>
        <w:t>옵션풀</w:t>
      </w:r>
      <w:proofErr w:type="spellEnd"/>
      <w:r>
        <w:rPr>
          <w:lang w:eastAsia="ko-KR"/>
        </w:rPr>
        <w:t>·</w:t>
      </w:r>
      <w:r>
        <w:rPr>
          <w:lang w:eastAsia="ko-KR"/>
        </w:rPr>
        <w:t>후속투자에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달라질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554"/>
        <w:gridCol w:w="2554"/>
        <w:gridCol w:w="2553"/>
        <w:gridCol w:w="2553"/>
      </w:tblGrid>
      <w:tr w:rsidR="00BD12AE" w14:paraId="747ECD69" w14:textId="77777777">
        <w:trPr>
          <w:jc w:val="center"/>
        </w:trPr>
        <w:tc>
          <w:tcPr>
            <w:tcW w:w="2556" w:type="dxa"/>
            <w:shd w:val="clear" w:color="auto" w:fill="17365D"/>
            <w:vAlign w:val="center"/>
          </w:tcPr>
          <w:p w14:paraId="427B6149" w14:textId="77777777" w:rsidR="00BD12AE" w:rsidRDefault="00000000">
            <w:proofErr w:type="spellStart"/>
            <w:r>
              <w:rPr>
                <w:b/>
                <w:color w:val="FFFFFF"/>
              </w:rPr>
              <w:t>신규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투자금</w:t>
            </w:r>
            <w:proofErr w:type="spellEnd"/>
          </w:p>
        </w:tc>
        <w:tc>
          <w:tcPr>
            <w:tcW w:w="2556" w:type="dxa"/>
            <w:shd w:val="clear" w:color="auto" w:fill="17365D"/>
            <w:vAlign w:val="center"/>
          </w:tcPr>
          <w:p w14:paraId="125017FF" w14:textId="77777777" w:rsidR="00BD12AE" w:rsidRDefault="00000000">
            <w:r>
              <w:rPr>
                <w:b/>
                <w:color w:val="FFFFFF"/>
              </w:rPr>
              <w:t>기관투자자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25B54963" w14:textId="77777777" w:rsidR="00BD12AE" w:rsidRDefault="00000000">
            <w:r>
              <w:rPr>
                <w:b/>
                <w:color w:val="FFFFFF"/>
              </w:rPr>
              <w:t>대표이사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36CD13D6" w14:textId="77777777" w:rsidR="00BD12AE" w:rsidRDefault="00000000">
            <w:r>
              <w:rPr>
                <w:b/>
                <w:color w:val="FFFFFF"/>
              </w:rPr>
              <w:t>기타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b/>
                <w:color w:val="FFFFFF"/>
              </w:rPr>
              <w:t>기존주주</w:t>
            </w:r>
          </w:p>
        </w:tc>
      </w:tr>
      <w:tr w:rsidR="00BD12AE" w14:paraId="4F6C9C9B" w14:textId="77777777">
        <w:trPr>
          <w:jc w:val="center"/>
        </w:trPr>
        <w:tc>
          <w:tcPr>
            <w:tcW w:w="2556" w:type="dxa"/>
            <w:vAlign w:val="center"/>
          </w:tcPr>
          <w:p w14:paraId="3F9B18B9" w14:textId="77777777" w:rsidR="00BD12AE" w:rsidRDefault="00000000">
            <w:r>
              <w:t>100</w:t>
            </w:r>
            <w:r>
              <w:t>억원</w:t>
            </w:r>
          </w:p>
        </w:tc>
        <w:tc>
          <w:tcPr>
            <w:tcW w:w="2556" w:type="dxa"/>
            <w:vAlign w:val="center"/>
          </w:tcPr>
          <w:p w14:paraId="3C105A7B" w14:textId="77777777" w:rsidR="00BD12AE" w:rsidRDefault="00000000">
            <w:r>
              <w:t>9.09%</w:t>
            </w:r>
          </w:p>
        </w:tc>
        <w:tc>
          <w:tcPr>
            <w:tcW w:w="2556" w:type="dxa"/>
            <w:vAlign w:val="center"/>
          </w:tcPr>
          <w:p w14:paraId="5A6C0264" w14:textId="77777777" w:rsidR="00BD12AE" w:rsidRDefault="00000000">
            <w:r>
              <w:t>84.55%</w:t>
            </w:r>
          </w:p>
        </w:tc>
        <w:tc>
          <w:tcPr>
            <w:tcW w:w="2556" w:type="dxa"/>
            <w:vAlign w:val="center"/>
          </w:tcPr>
          <w:p w14:paraId="7CA48AC5" w14:textId="77777777" w:rsidR="00BD12AE" w:rsidRDefault="00000000">
            <w:r>
              <w:t>6.36%</w:t>
            </w:r>
          </w:p>
        </w:tc>
      </w:tr>
      <w:tr w:rsidR="00BD12AE" w14:paraId="26CAB010" w14:textId="77777777">
        <w:trPr>
          <w:jc w:val="center"/>
        </w:trPr>
        <w:tc>
          <w:tcPr>
            <w:tcW w:w="2556" w:type="dxa"/>
            <w:vAlign w:val="center"/>
          </w:tcPr>
          <w:p w14:paraId="14C0B5A9" w14:textId="77777777" w:rsidR="00BD12AE" w:rsidRDefault="00000000">
            <w:r>
              <w:t>200</w:t>
            </w:r>
            <w:r>
              <w:t>억원</w:t>
            </w:r>
          </w:p>
        </w:tc>
        <w:tc>
          <w:tcPr>
            <w:tcW w:w="2556" w:type="dxa"/>
            <w:vAlign w:val="center"/>
          </w:tcPr>
          <w:p w14:paraId="4005D595" w14:textId="77777777" w:rsidR="00BD12AE" w:rsidRDefault="00000000">
            <w:r>
              <w:t>16.67%</w:t>
            </w:r>
          </w:p>
        </w:tc>
        <w:tc>
          <w:tcPr>
            <w:tcW w:w="2556" w:type="dxa"/>
            <w:vAlign w:val="center"/>
          </w:tcPr>
          <w:p w14:paraId="3ADF9004" w14:textId="77777777" w:rsidR="00BD12AE" w:rsidRDefault="00000000">
            <w:r>
              <w:t>77.50%</w:t>
            </w:r>
          </w:p>
        </w:tc>
        <w:tc>
          <w:tcPr>
            <w:tcW w:w="2556" w:type="dxa"/>
            <w:vAlign w:val="center"/>
          </w:tcPr>
          <w:p w14:paraId="2DA4CFF5" w14:textId="77777777" w:rsidR="00BD12AE" w:rsidRDefault="00000000">
            <w:r>
              <w:t>5.83%</w:t>
            </w:r>
          </w:p>
        </w:tc>
      </w:tr>
      <w:tr w:rsidR="00BD12AE" w14:paraId="7A40E4AB" w14:textId="77777777">
        <w:trPr>
          <w:jc w:val="center"/>
        </w:trPr>
        <w:tc>
          <w:tcPr>
            <w:tcW w:w="2556" w:type="dxa"/>
            <w:vAlign w:val="center"/>
          </w:tcPr>
          <w:p w14:paraId="48D12948" w14:textId="77777777" w:rsidR="00BD12AE" w:rsidRDefault="00000000">
            <w:r>
              <w:t>300</w:t>
            </w:r>
            <w:r>
              <w:t>억원</w:t>
            </w:r>
          </w:p>
        </w:tc>
        <w:tc>
          <w:tcPr>
            <w:tcW w:w="2556" w:type="dxa"/>
            <w:vAlign w:val="center"/>
          </w:tcPr>
          <w:p w14:paraId="1B299656" w14:textId="77777777" w:rsidR="00BD12AE" w:rsidRDefault="00000000">
            <w:r>
              <w:t>23.08%</w:t>
            </w:r>
          </w:p>
        </w:tc>
        <w:tc>
          <w:tcPr>
            <w:tcW w:w="2556" w:type="dxa"/>
            <w:vAlign w:val="center"/>
          </w:tcPr>
          <w:p w14:paraId="2579194A" w14:textId="77777777" w:rsidR="00BD12AE" w:rsidRDefault="00000000">
            <w:r>
              <w:t>71.54%</w:t>
            </w:r>
          </w:p>
        </w:tc>
        <w:tc>
          <w:tcPr>
            <w:tcW w:w="2556" w:type="dxa"/>
            <w:vAlign w:val="center"/>
          </w:tcPr>
          <w:p w14:paraId="31CC00A1" w14:textId="77777777" w:rsidR="00BD12AE" w:rsidRDefault="00000000">
            <w:r>
              <w:t>5.38%</w:t>
            </w:r>
          </w:p>
        </w:tc>
      </w:tr>
    </w:tbl>
    <w:p w14:paraId="26917F91" w14:textId="77777777" w:rsidR="00BD12AE" w:rsidRDefault="00000000">
      <w:pPr>
        <w:pStyle w:val="21"/>
      </w:pPr>
      <w:r>
        <w:t xml:space="preserve">3. RWAHUB Tokenomics - </w:t>
      </w:r>
      <w:r>
        <w:t>총</w:t>
      </w:r>
      <w:r>
        <w:t xml:space="preserve"> 50</w:t>
      </w:r>
      <w:r>
        <w:t>억</w:t>
      </w:r>
      <w:r>
        <w:t xml:space="preserve"> </w:t>
      </w:r>
      <w:r>
        <w:t>개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3405"/>
        <w:gridCol w:w="3404"/>
        <w:gridCol w:w="3405"/>
      </w:tblGrid>
      <w:tr w:rsidR="00BD12AE" w14:paraId="044C2D04" w14:textId="77777777">
        <w:trPr>
          <w:jc w:val="center"/>
        </w:trPr>
        <w:tc>
          <w:tcPr>
            <w:tcW w:w="3408" w:type="dxa"/>
            <w:shd w:val="clear" w:color="auto" w:fill="17365D"/>
            <w:vAlign w:val="center"/>
          </w:tcPr>
          <w:p w14:paraId="36D79280" w14:textId="77777777" w:rsidR="00BD12AE" w:rsidRDefault="00000000">
            <w:r>
              <w:rPr>
                <w:b/>
                <w:color w:val="FFFFFF"/>
              </w:rPr>
              <w:t>배정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b/>
                <w:color w:val="FFFFFF"/>
              </w:rPr>
              <w:t>구분</w:t>
            </w:r>
          </w:p>
        </w:tc>
        <w:tc>
          <w:tcPr>
            <w:tcW w:w="3408" w:type="dxa"/>
            <w:shd w:val="clear" w:color="auto" w:fill="17365D"/>
            <w:vAlign w:val="center"/>
          </w:tcPr>
          <w:p w14:paraId="071C1484" w14:textId="77777777" w:rsidR="00BD12AE" w:rsidRDefault="00000000">
            <w:r>
              <w:rPr>
                <w:b/>
                <w:color w:val="FFFFFF"/>
              </w:rPr>
              <w:t>수량</w:t>
            </w:r>
          </w:p>
        </w:tc>
        <w:tc>
          <w:tcPr>
            <w:tcW w:w="3408" w:type="dxa"/>
            <w:shd w:val="clear" w:color="auto" w:fill="17365D"/>
            <w:vAlign w:val="center"/>
          </w:tcPr>
          <w:p w14:paraId="5B4BC187" w14:textId="77777777" w:rsidR="00BD12AE" w:rsidRDefault="00000000">
            <w:r>
              <w:rPr>
                <w:b/>
                <w:color w:val="FFFFFF"/>
              </w:rPr>
              <w:t>총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b/>
                <w:color w:val="FFFFFF"/>
              </w:rPr>
              <w:t>발행량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b/>
                <w:color w:val="FFFFFF"/>
              </w:rPr>
              <w:t>대비</w:t>
            </w:r>
          </w:p>
        </w:tc>
      </w:tr>
      <w:tr w:rsidR="00BD12AE" w14:paraId="79044738" w14:textId="77777777">
        <w:trPr>
          <w:jc w:val="center"/>
        </w:trPr>
        <w:tc>
          <w:tcPr>
            <w:tcW w:w="3408" w:type="dxa"/>
            <w:vAlign w:val="center"/>
          </w:tcPr>
          <w:p w14:paraId="7967A52D" w14:textId="77777777" w:rsidR="00BD12AE" w:rsidRDefault="00000000">
            <w:r>
              <w:t>대주주</w:t>
            </w:r>
          </w:p>
        </w:tc>
        <w:tc>
          <w:tcPr>
            <w:tcW w:w="3408" w:type="dxa"/>
            <w:vAlign w:val="center"/>
          </w:tcPr>
          <w:p w14:paraId="1838AE6E" w14:textId="77777777" w:rsidR="00BD12AE" w:rsidRDefault="00000000">
            <w:r>
              <w:t>10</w:t>
            </w:r>
            <w:r>
              <w:t>억</w:t>
            </w:r>
            <w:r>
              <w:t xml:space="preserve"> </w:t>
            </w:r>
            <w:r>
              <w:t>개</w:t>
            </w:r>
          </w:p>
        </w:tc>
        <w:tc>
          <w:tcPr>
            <w:tcW w:w="3408" w:type="dxa"/>
            <w:vAlign w:val="center"/>
          </w:tcPr>
          <w:p w14:paraId="518867D5" w14:textId="77777777" w:rsidR="00BD12AE" w:rsidRDefault="00000000">
            <w:r>
              <w:t>20%</w:t>
            </w:r>
          </w:p>
        </w:tc>
      </w:tr>
      <w:tr w:rsidR="00BD12AE" w14:paraId="604EE496" w14:textId="77777777">
        <w:trPr>
          <w:jc w:val="center"/>
        </w:trPr>
        <w:tc>
          <w:tcPr>
            <w:tcW w:w="3408" w:type="dxa"/>
            <w:vAlign w:val="center"/>
          </w:tcPr>
          <w:p w14:paraId="342D1E50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공로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관계자</w:t>
            </w:r>
            <w:r>
              <w:rPr>
                <w:lang w:eastAsia="ko-KR"/>
              </w:rPr>
              <w:t xml:space="preserve"> </w:t>
            </w:r>
            <w:proofErr w:type="spellStart"/>
            <w:r>
              <w:rPr>
                <w:lang w:eastAsia="ko-KR"/>
              </w:rPr>
              <w:t>에어드랍</w:t>
            </w:r>
            <w:proofErr w:type="spellEnd"/>
          </w:p>
        </w:tc>
        <w:tc>
          <w:tcPr>
            <w:tcW w:w="3408" w:type="dxa"/>
            <w:vAlign w:val="center"/>
          </w:tcPr>
          <w:p w14:paraId="41F0BD5A" w14:textId="77777777" w:rsidR="00BD12AE" w:rsidRDefault="00000000">
            <w:r>
              <w:t>2</w:t>
            </w:r>
            <w:r>
              <w:t>억</w:t>
            </w:r>
            <w:r>
              <w:t xml:space="preserve"> </w:t>
            </w:r>
            <w:r>
              <w:t>개</w:t>
            </w:r>
          </w:p>
        </w:tc>
        <w:tc>
          <w:tcPr>
            <w:tcW w:w="3408" w:type="dxa"/>
            <w:vAlign w:val="center"/>
          </w:tcPr>
          <w:p w14:paraId="4B9CFAD0" w14:textId="77777777" w:rsidR="00BD12AE" w:rsidRDefault="00000000">
            <w:r>
              <w:t>4%</w:t>
            </w:r>
          </w:p>
        </w:tc>
      </w:tr>
      <w:tr w:rsidR="00BD12AE" w14:paraId="5050ABBB" w14:textId="77777777">
        <w:trPr>
          <w:jc w:val="center"/>
        </w:trPr>
        <w:tc>
          <w:tcPr>
            <w:tcW w:w="3408" w:type="dxa"/>
            <w:vAlign w:val="center"/>
          </w:tcPr>
          <w:p w14:paraId="4DA44554" w14:textId="77777777" w:rsidR="00BD12AE" w:rsidRDefault="00000000">
            <w:r>
              <w:t>기타</w:t>
            </w:r>
            <w:r>
              <w:t xml:space="preserve"> </w:t>
            </w:r>
            <w:r>
              <w:t>개인</w:t>
            </w:r>
          </w:p>
        </w:tc>
        <w:tc>
          <w:tcPr>
            <w:tcW w:w="3408" w:type="dxa"/>
            <w:vAlign w:val="center"/>
          </w:tcPr>
          <w:p w14:paraId="32048481" w14:textId="77777777" w:rsidR="00BD12AE" w:rsidRDefault="00000000">
            <w:r>
              <w:t>2</w:t>
            </w:r>
            <w:r>
              <w:t>억</w:t>
            </w:r>
            <w:r>
              <w:t xml:space="preserve"> </w:t>
            </w:r>
            <w:r>
              <w:t>개</w:t>
            </w:r>
          </w:p>
        </w:tc>
        <w:tc>
          <w:tcPr>
            <w:tcW w:w="3408" w:type="dxa"/>
            <w:vAlign w:val="center"/>
          </w:tcPr>
          <w:p w14:paraId="725C0C4C" w14:textId="77777777" w:rsidR="00BD12AE" w:rsidRDefault="00000000">
            <w:r>
              <w:t>4%</w:t>
            </w:r>
          </w:p>
        </w:tc>
      </w:tr>
      <w:tr w:rsidR="00BD12AE" w14:paraId="245870D3" w14:textId="77777777">
        <w:trPr>
          <w:jc w:val="center"/>
        </w:trPr>
        <w:tc>
          <w:tcPr>
            <w:tcW w:w="3408" w:type="dxa"/>
            <w:vAlign w:val="center"/>
          </w:tcPr>
          <w:p w14:paraId="41D902F8" w14:textId="77777777" w:rsidR="00BD12AE" w:rsidRDefault="00000000">
            <w:r>
              <w:t>재단</w:t>
            </w:r>
            <w:r>
              <w:t>·</w:t>
            </w:r>
            <w:r>
              <w:t>회사</w:t>
            </w:r>
            <w:r>
              <w:t xml:space="preserve"> </w:t>
            </w:r>
            <w:r>
              <w:t>물량</w:t>
            </w:r>
          </w:p>
        </w:tc>
        <w:tc>
          <w:tcPr>
            <w:tcW w:w="3408" w:type="dxa"/>
            <w:vAlign w:val="center"/>
          </w:tcPr>
          <w:p w14:paraId="3D53BC5C" w14:textId="77777777" w:rsidR="00BD12AE" w:rsidRDefault="00000000">
            <w:r>
              <w:t>5</w:t>
            </w:r>
            <w:r>
              <w:t>억</w:t>
            </w:r>
            <w:r>
              <w:t xml:space="preserve"> </w:t>
            </w:r>
            <w:r>
              <w:t>개</w:t>
            </w:r>
          </w:p>
        </w:tc>
        <w:tc>
          <w:tcPr>
            <w:tcW w:w="3408" w:type="dxa"/>
            <w:vAlign w:val="center"/>
          </w:tcPr>
          <w:p w14:paraId="506DEE36" w14:textId="77777777" w:rsidR="00BD12AE" w:rsidRDefault="00000000">
            <w:r>
              <w:t>10%</w:t>
            </w:r>
          </w:p>
        </w:tc>
      </w:tr>
      <w:tr w:rsidR="00BD12AE" w14:paraId="3BCFC129" w14:textId="77777777">
        <w:trPr>
          <w:jc w:val="center"/>
        </w:trPr>
        <w:tc>
          <w:tcPr>
            <w:tcW w:w="3408" w:type="dxa"/>
            <w:vAlign w:val="center"/>
          </w:tcPr>
          <w:p w14:paraId="6FED1502" w14:textId="77777777" w:rsidR="00BD12AE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잔여</w:t>
            </w:r>
            <w:r>
              <w:rPr>
                <w:lang w:eastAsia="ko-KR"/>
              </w:rPr>
              <w:t xml:space="preserve"> - </w:t>
            </w:r>
            <w:r>
              <w:rPr>
                <w:lang w:eastAsia="ko-KR"/>
              </w:rPr>
              <w:t>소각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또는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용도</w:t>
            </w:r>
          </w:p>
        </w:tc>
        <w:tc>
          <w:tcPr>
            <w:tcW w:w="3408" w:type="dxa"/>
            <w:vAlign w:val="center"/>
          </w:tcPr>
          <w:p w14:paraId="754BDD11" w14:textId="77777777" w:rsidR="00BD12AE" w:rsidRDefault="00000000">
            <w:r>
              <w:t>31</w:t>
            </w:r>
            <w:r>
              <w:t>억</w:t>
            </w:r>
            <w:r>
              <w:t xml:space="preserve"> </w:t>
            </w:r>
            <w:r>
              <w:t>개</w:t>
            </w:r>
          </w:p>
        </w:tc>
        <w:tc>
          <w:tcPr>
            <w:tcW w:w="3408" w:type="dxa"/>
            <w:vAlign w:val="center"/>
          </w:tcPr>
          <w:p w14:paraId="7A6CD261" w14:textId="77777777" w:rsidR="00BD12AE" w:rsidRDefault="00000000">
            <w:r>
              <w:t>62%</w:t>
            </w:r>
          </w:p>
        </w:tc>
      </w:tr>
      <w:tr w:rsidR="00BD12AE" w14:paraId="03B16F20" w14:textId="77777777">
        <w:trPr>
          <w:jc w:val="center"/>
        </w:trPr>
        <w:tc>
          <w:tcPr>
            <w:tcW w:w="3408" w:type="dxa"/>
            <w:vAlign w:val="center"/>
          </w:tcPr>
          <w:p w14:paraId="2C32075B" w14:textId="77777777" w:rsidR="00BD12AE" w:rsidRDefault="00000000">
            <w:r>
              <w:t>합계</w:t>
            </w:r>
          </w:p>
        </w:tc>
        <w:tc>
          <w:tcPr>
            <w:tcW w:w="3408" w:type="dxa"/>
            <w:vAlign w:val="center"/>
          </w:tcPr>
          <w:p w14:paraId="1650F026" w14:textId="77777777" w:rsidR="00BD12AE" w:rsidRDefault="00000000">
            <w:r>
              <w:t>50</w:t>
            </w:r>
            <w:r>
              <w:t>억</w:t>
            </w:r>
            <w:r>
              <w:t xml:space="preserve"> </w:t>
            </w:r>
            <w:r>
              <w:t>개</w:t>
            </w:r>
          </w:p>
        </w:tc>
        <w:tc>
          <w:tcPr>
            <w:tcW w:w="3408" w:type="dxa"/>
            <w:vAlign w:val="center"/>
          </w:tcPr>
          <w:p w14:paraId="3A199D39" w14:textId="77777777" w:rsidR="00BD12AE" w:rsidRDefault="00000000">
            <w:r>
              <w:t>100%</w:t>
            </w:r>
          </w:p>
        </w:tc>
      </w:tr>
    </w:tbl>
    <w:p w14:paraId="4900C2D1" w14:textId="77777777" w:rsidR="00BD12AE" w:rsidRDefault="00000000">
      <w:pPr>
        <w:rPr>
          <w:lang w:eastAsia="ko-KR"/>
        </w:rPr>
      </w:pPr>
      <w:r>
        <w:rPr>
          <w:lang w:eastAsia="ko-KR"/>
        </w:rPr>
        <w:t>잔여</w:t>
      </w:r>
      <w:r>
        <w:rPr>
          <w:lang w:eastAsia="ko-KR"/>
        </w:rPr>
        <w:t xml:space="preserve"> 31</w:t>
      </w:r>
      <w:r>
        <w:rPr>
          <w:lang w:eastAsia="ko-KR"/>
        </w:rPr>
        <w:t>억</w:t>
      </w:r>
      <w:r>
        <w:rPr>
          <w:lang w:eastAsia="ko-KR"/>
        </w:rPr>
        <w:t xml:space="preserve"> </w:t>
      </w:r>
      <w:r>
        <w:rPr>
          <w:lang w:eastAsia="ko-KR"/>
        </w:rPr>
        <w:t>개는</w:t>
      </w:r>
      <w:r>
        <w:rPr>
          <w:lang w:eastAsia="ko-KR"/>
        </w:rPr>
        <w:t xml:space="preserve"> </w:t>
      </w:r>
      <w:r>
        <w:rPr>
          <w:lang w:eastAsia="ko-KR"/>
        </w:rPr>
        <w:t>현재</w:t>
      </w:r>
      <w:r>
        <w:rPr>
          <w:lang w:eastAsia="ko-KR"/>
        </w:rPr>
        <w:t xml:space="preserve"> “</w:t>
      </w:r>
      <w:r>
        <w:rPr>
          <w:lang w:eastAsia="ko-KR"/>
        </w:rPr>
        <w:t>소각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기타</w:t>
      </w:r>
      <w:r>
        <w:rPr>
          <w:lang w:eastAsia="ko-KR"/>
        </w:rPr>
        <w:t xml:space="preserve"> </w:t>
      </w:r>
      <w:r>
        <w:rPr>
          <w:lang w:eastAsia="ko-KR"/>
        </w:rPr>
        <w:t>용도</w:t>
      </w:r>
      <w:r>
        <w:rPr>
          <w:lang w:eastAsia="ko-KR"/>
        </w:rPr>
        <w:t>”</w:t>
      </w:r>
      <w:r>
        <w:rPr>
          <w:lang w:eastAsia="ko-KR"/>
        </w:rPr>
        <w:t>로</w:t>
      </w:r>
      <w:r>
        <w:rPr>
          <w:lang w:eastAsia="ko-KR"/>
        </w:rPr>
        <w:t xml:space="preserve"> </w:t>
      </w:r>
      <w:r>
        <w:rPr>
          <w:lang w:eastAsia="ko-KR"/>
        </w:rPr>
        <w:t>표시하고</w:t>
      </w:r>
      <w:r>
        <w:rPr>
          <w:lang w:eastAsia="ko-KR"/>
        </w:rPr>
        <w:t xml:space="preserve">, </w:t>
      </w:r>
      <w:r>
        <w:rPr>
          <w:lang w:eastAsia="ko-KR"/>
        </w:rPr>
        <w:t>최종</w:t>
      </w:r>
      <w:r>
        <w:rPr>
          <w:lang w:eastAsia="ko-KR"/>
        </w:rPr>
        <w:t xml:space="preserve"> </w:t>
      </w:r>
      <w:r>
        <w:rPr>
          <w:lang w:eastAsia="ko-KR"/>
        </w:rPr>
        <w:t>백서</w:t>
      </w:r>
      <w:r>
        <w:rPr>
          <w:lang w:eastAsia="ko-KR"/>
        </w:rPr>
        <w:t>·</w:t>
      </w:r>
      <w:r>
        <w:rPr>
          <w:lang w:eastAsia="ko-KR"/>
        </w:rPr>
        <w:t>재단</w:t>
      </w:r>
      <w:r>
        <w:rPr>
          <w:lang w:eastAsia="ko-KR"/>
        </w:rPr>
        <w:t xml:space="preserve"> </w:t>
      </w:r>
      <w:r>
        <w:rPr>
          <w:lang w:eastAsia="ko-KR"/>
        </w:rPr>
        <w:t>의사결정</w:t>
      </w:r>
      <w:r>
        <w:rPr>
          <w:lang w:eastAsia="ko-KR"/>
        </w:rPr>
        <w:t>·</w:t>
      </w:r>
      <w:r>
        <w:rPr>
          <w:lang w:eastAsia="ko-KR"/>
        </w:rPr>
        <w:t>거래소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법률</w:t>
      </w:r>
      <w:r>
        <w:rPr>
          <w:lang w:eastAsia="ko-KR"/>
        </w:rPr>
        <w:t xml:space="preserve"> </w:t>
      </w:r>
      <w:r>
        <w:rPr>
          <w:lang w:eastAsia="ko-KR"/>
        </w:rPr>
        <w:t>검토에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소각</w:t>
      </w:r>
      <w:r>
        <w:rPr>
          <w:lang w:eastAsia="ko-KR"/>
        </w:rPr>
        <w:t xml:space="preserve">, </w:t>
      </w:r>
      <w:r>
        <w:rPr>
          <w:lang w:eastAsia="ko-KR"/>
        </w:rPr>
        <w:t>생태계</w:t>
      </w:r>
      <w:r>
        <w:rPr>
          <w:lang w:eastAsia="ko-KR"/>
        </w:rPr>
        <w:t xml:space="preserve"> </w:t>
      </w:r>
      <w:r>
        <w:rPr>
          <w:lang w:eastAsia="ko-KR"/>
        </w:rPr>
        <w:t>인센티브</w:t>
      </w:r>
      <w:r>
        <w:rPr>
          <w:lang w:eastAsia="ko-KR"/>
        </w:rPr>
        <w:t xml:space="preserve">, </w:t>
      </w:r>
      <w:r>
        <w:rPr>
          <w:lang w:eastAsia="ko-KR"/>
        </w:rPr>
        <w:t>유동성</w:t>
      </w:r>
      <w:r>
        <w:rPr>
          <w:lang w:eastAsia="ko-KR"/>
        </w:rPr>
        <w:t xml:space="preserve">, Treasury </w:t>
      </w:r>
      <w:r>
        <w:rPr>
          <w:lang w:eastAsia="ko-KR"/>
        </w:rPr>
        <w:t>등으로</w:t>
      </w:r>
      <w:r>
        <w:rPr>
          <w:lang w:eastAsia="ko-KR"/>
        </w:rPr>
        <w:t xml:space="preserve"> </w:t>
      </w:r>
      <w:r>
        <w:rPr>
          <w:lang w:eastAsia="ko-KR"/>
        </w:rPr>
        <w:t>세분화하는</w:t>
      </w:r>
      <w:r>
        <w:rPr>
          <w:lang w:eastAsia="ko-KR"/>
        </w:rPr>
        <w:t xml:space="preserve"> </w:t>
      </w:r>
      <w:r>
        <w:rPr>
          <w:lang w:eastAsia="ko-KR"/>
        </w:rPr>
        <w:t>구조를</w:t>
      </w:r>
      <w:r>
        <w:rPr>
          <w:lang w:eastAsia="ko-KR"/>
        </w:rPr>
        <w:t xml:space="preserve"> </w:t>
      </w:r>
      <w:r>
        <w:rPr>
          <w:lang w:eastAsia="ko-KR"/>
        </w:rPr>
        <w:t>권고합니다</w:t>
      </w:r>
      <w:r>
        <w:rPr>
          <w:lang w:eastAsia="ko-KR"/>
        </w:rPr>
        <w:t xml:space="preserve">. </w:t>
      </w:r>
      <w:r>
        <w:rPr>
          <w:lang w:eastAsia="ko-KR"/>
        </w:rPr>
        <w:t>대주주</w:t>
      </w:r>
      <w:r>
        <w:rPr>
          <w:lang w:eastAsia="ko-KR"/>
        </w:rPr>
        <w:t>·</w:t>
      </w:r>
      <w:r>
        <w:rPr>
          <w:lang w:eastAsia="ko-KR"/>
        </w:rPr>
        <w:t>관계자</w:t>
      </w:r>
      <w:r>
        <w:rPr>
          <w:lang w:eastAsia="ko-KR"/>
        </w:rPr>
        <w:t>·</w:t>
      </w:r>
      <w:r>
        <w:rPr>
          <w:lang w:eastAsia="ko-KR"/>
        </w:rPr>
        <w:t>재단</w:t>
      </w:r>
      <w:r>
        <w:rPr>
          <w:lang w:eastAsia="ko-KR"/>
        </w:rPr>
        <w:t>/</w:t>
      </w:r>
      <w:r>
        <w:rPr>
          <w:lang w:eastAsia="ko-KR"/>
        </w:rPr>
        <w:t>회사</w:t>
      </w:r>
      <w:r>
        <w:rPr>
          <w:lang w:eastAsia="ko-KR"/>
        </w:rPr>
        <w:t xml:space="preserve"> </w:t>
      </w:r>
      <w:r>
        <w:rPr>
          <w:lang w:eastAsia="ko-KR"/>
        </w:rPr>
        <w:t>물량은</w:t>
      </w:r>
      <w:r>
        <w:rPr>
          <w:lang w:eastAsia="ko-KR"/>
        </w:rPr>
        <w:t xml:space="preserve"> </w:t>
      </w:r>
      <w:r>
        <w:rPr>
          <w:lang w:eastAsia="ko-KR"/>
        </w:rPr>
        <w:t>기관</w:t>
      </w:r>
      <w:r>
        <w:rPr>
          <w:lang w:eastAsia="ko-KR"/>
        </w:rPr>
        <w:t xml:space="preserve"> DD</w:t>
      </w:r>
      <w:r>
        <w:rPr>
          <w:lang w:eastAsia="ko-KR"/>
        </w:rPr>
        <w:t>에서</w:t>
      </w:r>
      <w:r>
        <w:rPr>
          <w:lang w:eastAsia="ko-KR"/>
        </w:rPr>
        <w:t xml:space="preserve"> Lock-up, Vesting, </w:t>
      </w:r>
      <w:r>
        <w:rPr>
          <w:lang w:eastAsia="ko-KR"/>
        </w:rPr>
        <w:t>시장매각</w:t>
      </w:r>
      <w:r>
        <w:rPr>
          <w:lang w:eastAsia="ko-KR"/>
        </w:rPr>
        <w:t xml:space="preserve"> </w:t>
      </w:r>
      <w:r>
        <w:rPr>
          <w:lang w:eastAsia="ko-KR"/>
        </w:rPr>
        <w:t>제한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지갑</w:t>
      </w:r>
      <w:r>
        <w:rPr>
          <w:lang w:eastAsia="ko-KR"/>
        </w:rPr>
        <w:t xml:space="preserve"> </w:t>
      </w:r>
      <w:r>
        <w:rPr>
          <w:lang w:eastAsia="ko-KR"/>
        </w:rPr>
        <w:t>공개정책을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검토하는</w:t>
      </w:r>
      <w:r>
        <w:rPr>
          <w:lang w:eastAsia="ko-KR"/>
        </w:rPr>
        <w:t xml:space="preserve"> </w:t>
      </w:r>
      <w:r>
        <w:rPr>
          <w:lang w:eastAsia="ko-KR"/>
        </w:rPr>
        <w:t>것이</w:t>
      </w:r>
      <w:r>
        <w:rPr>
          <w:lang w:eastAsia="ko-KR"/>
        </w:rPr>
        <w:t xml:space="preserve"> </w:t>
      </w:r>
      <w:r>
        <w:rPr>
          <w:lang w:eastAsia="ko-KR"/>
        </w:rPr>
        <w:t>적절합니다</w:t>
      </w:r>
      <w:r>
        <w:rPr>
          <w:lang w:eastAsia="ko-KR"/>
        </w:rPr>
        <w:t>.</w:t>
      </w:r>
    </w:p>
    <w:p w14:paraId="3D3E9B80" w14:textId="77777777" w:rsidR="00BD12AE" w:rsidRDefault="00000000">
      <w:pPr>
        <w:pStyle w:val="21"/>
        <w:rPr>
          <w:lang w:eastAsia="ko-KR"/>
        </w:rPr>
      </w:pPr>
      <w:r>
        <w:rPr>
          <w:lang w:eastAsia="ko-KR"/>
        </w:rPr>
        <w:lastRenderedPageBreak/>
        <w:t xml:space="preserve">4. </w:t>
      </w:r>
      <w:r>
        <w:rPr>
          <w:lang w:eastAsia="ko-KR"/>
        </w:rPr>
        <w:t>주식과</w:t>
      </w:r>
      <w:r>
        <w:rPr>
          <w:lang w:eastAsia="ko-KR"/>
        </w:rPr>
        <w:t xml:space="preserve"> </w:t>
      </w:r>
      <w:r>
        <w:rPr>
          <w:lang w:eastAsia="ko-KR"/>
        </w:rPr>
        <w:t>토큰의</w:t>
      </w:r>
      <w:r>
        <w:rPr>
          <w:lang w:eastAsia="ko-KR"/>
        </w:rPr>
        <w:t xml:space="preserve"> </w:t>
      </w:r>
      <w:r>
        <w:rPr>
          <w:lang w:eastAsia="ko-KR"/>
        </w:rPr>
        <w:t>권리</w:t>
      </w:r>
      <w:r>
        <w:rPr>
          <w:lang w:eastAsia="ko-KR"/>
        </w:rPr>
        <w:t xml:space="preserve"> </w:t>
      </w:r>
      <w:r>
        <w:rPr>
          <w:lang w:eastAsia="ko-KR"/>
        </w:rPr>
        <w:t>분리</w:t>
      </w:r>
      <w:r>
        <w:rPr>
          <w:lang w:eastAsia="ko-KR"/>
        </w:rPr>
        <w:t xml:space="preserve"> </w:t>
      </w:r>
      <w:r>
        <w:rPr>
          <w:lang w:eastAsia="ko-KR"/>
        </w:rPr>
        <w:t>원칙</w:t>
      </w:r>
    </w:p>
    <w:p w14:paraId="25E05398" w14:textId="77777777" w:rsidR="00BD12AE" w:rsidRDefault="00000000">
      <w:pPr>
        <w:rPr>
          <w:lang w:eastAsia="ko-KR"/>
        </w:rPr>
      </w:pPr>
      <w:r>
        <w:rPr>
          <w:lang w:eastAsia="ko-KR"/>
        </w:rPr>
        <w:t>주식은</w:t>
      </w:r>
      <w:r>
        <w:rPr>
          <w:lang w:eastAsia="ko-KR"/>
        </w:rPr>
        <w:t xml:space="preserve"> </w:t>
      </w:r>
      <w:r>
        <w:rPr>
          <w:lang w:eastAsia="ko-KR"/>
        </w:rPr>
        <w:t>회사의</w:t>
      </w:r>
      <w:r>
        <w:rPr>
          <w:lang w:eastAsia="ko-KR"/>
        </w:rPr>
        <w:t xml:space="preserve"> </w:t>
      </w:r>
      <w:r>
        <w:rPr>
          <w:lang w:eastAsia="ko-KR"/>
        </w:rPr>
        <w:t>의결권</w:t>
      </w:r>
      <w:r>
        <w:rPr>
          <w:lang w:eastAsia="ko-KR"/>
        </w:rPr>
        <w:t>·</w:t>
      </w:r>
      <w:r>
        <w:rPr>
          <w:lang w:eastAsia="ko-KR"/>
        </w:rPr>
        <w:t>배당</w:t>
      </w:r>
      <w:r>
        <w:rPr>
          <w:lang w:eastAsia="ko-KR"/>
        </w:rPr>
        <w:t>·</w:t>
      </w:r>
      <w:r>
        <w:rPr>
          <w:lang w:eastAsia="ko-KR"/>
        </w:rPr>
        <w:t>잔여재산분배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회사법상</w:t>
      </w:r>
      <w:r>
        <w:rPr>
          <w:lang w:eastAsia="ko-KR"/>
        </w:rPr>
        <w:t xml:space="preserve"> </w:t>
      </w:r>
      <w:r>
        <w:rPr>
          <w:lang w:eastAsia="ko-KR"/>
        </w:rPr>
        <w:t>권리이고</w:t>
      </w:r>
      <w:r>
        <w:rPr>
          <w:lang w:eastAsia="ko-KR"/>
        </w:rPr>
        <w:t xml:space="preserve">, RWAHUB </w:t>
      </w:r>
      <w:r>
        <w:rPr>
          <w:lang w:eastAsia="ko-KR"/>
        </w:rPr>
        <w:t>토큰은</w:t>
      </w:r>
      <w:r>
        <w:rPr>
          <w:lang w:eastAsia="ko-KR"/>
        </w:rPr>
        <w:t xml:space="preserve"> </w:t>
      </w:r>
      <w:r>
        <w:rPr>
          <w:lang w:eastAsia="ko-KR"/>
        </w:rPr>
        <w:t>별도</w:t>
      </w:r>
      <w:r>
        <w:rPr>
          <w:lang w:eastAsia="ko-KR"/>
        </w:rPr>
        <w:t xml:space="preserve"> </w:t>
      </w: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설계와</w:t>
      </w:r>
      <w:r>
        <w:rPr>
          <w:lang w:eastAsia="ko-KR"/>
        </w:rPr>
        <w:t xml:space="preserve"> </w:t>
      </w:r>
      <w:r>
        <w:rPr>
          <w:lang w:eastAsia="ko-KR"/>
        </w:rPr>
        <w:t>약관에</w:t>
      </w:r>
      <w:r>
        <w:rPr>
          <w:lang w:eastAsia="ko-KR"/>
        </w:rPr>
        <w:t xml:space="preserve"> </w:t>
      </w:r>
      <w:r>
        <w:rPr>
          <w:lang w:eastAsia="ko-KR"/>
        </w:rPr>
        <w:t>따른</w:t>
      </w:r>
      <w:r>
        <w:rPr>
          <w:lang w:eastAsia="ko-KR"/>
        </w:rPr>
        <w:t xml:space="preserve"> </w:t>
      </w:r>
      <w:r>
        <w:rPr>
          <w:lang w:eastAsia="ko-KR"/>
        </w:rPr>
        <w:t>디지털자산입니다</w:t>
      </w:r>
      <w:r>
        <w:rPr>
          <w:lang w:eastAsia="ko-KR"/>
        </w:rPr>
        <w:t xml:space="preserve">. </w:t>
      </w:r>
      <w:r>
        <w:rPr>
          <w:lang w:eastAsia="ko-KR"/>
        </w:rPr>
        <w:t>기관투자</w:t>
      </w:r>
      <w:r>
        <w:rPr>
          <w:lang w:eastAsia="ko-KR"/>
        </w:rPr>
        <w:t xml:space="preserve"> Base Case</w:t>
      </w:r>
      <w:r>
        <w:rPr>
          <w:lang w:eastAsia="ko-KR"/>
        </w:rPr>
        <w:t>의</w:t>
      </w:r>
      <w:r>
        <w:rPr>
          <w:lang w:eastAsia="ko-KR"/>
        </w:rPr>
        <w:t xml:space="preserve"> MOIC·IRR</w:t>
      </w:r>
      <w:r>
        <w:rPr>
          <w:lang w:eastAsia="ko-KR"/>
        </w:rPr>
        <w:t>에는</w:t>
      </w:r>
      <w:r>
        <w:rPr>
          <w:lang w:eastAsia="ko-KR"/>
        </w:rPr>
        <w:t xml:space="preserve"> </w:t>
      </w:r>
      <w:r>
        <w:rPr>
          <w:lang w:eastAsia="ko-KR"/>
        </w:rPr>
        <w:t>토큰</w:t>
      </w:r>
      <w:r>
        <w:rPr>
          <w:lang w:eastAsia="ko-KR"/>
        </w:rPr>
        <w:t xml:space="preserve"> </w:t>
      </w:r>
      <w:r>
        <w:rPr>
          <w:lang w:eastAsia="ko-KR"/>
        </w:rPr>
        <w:t>가격</w:t>
      </w:r>
      <w:r>
        <w:rPr>
          <w:lang w:eastAsia="ko-KR"/>
        </w:rPr>
        <w:t xml:space="preserve"> </w:t>
      </w:r>
      <w:r>
        <w:rPr>
          <w:lang w:eastAsia="ko-KR"/>
        </w:rPr>
        <w:t>상승을</w:t>
      </w:r>
      <w:r>
        <w:rPr>
          <w:lang w:eastAsia="ko-KR"/>
        </w:rPr>
        <w:t xml:space="preserve"> </w:t>
      </w:r>
      <w:r>
        <w:rPr>
          <w:lang w:eastAsia="ko-KR"/>
        </w:rPr>
        <w:t>포함하지</w:t>
      </w:r>
      <w:r>
        <w:rPr>
          <w:lang w:eastAsia="ko-KR"/>
        </w:rPr>
        <w:t xml:space="preserve"> </w:t>
      </w:r>
      <w:r>
        <w:rPr>
          <w:lang w:eastAsia="ko-KR"/>
        </w:rPr>
        <w:t>않습니다</w:t>
      </w:r>
      <w:r>
        <w:rPr>
          <w:lang w:eastAsia="ko-KR"/>
        </w:rPr>
        <w:t xml:space="preserve">. </w:t>
      </w:r>
      <w:r>
        <w:rPr>
          <w:lang w:eastAsia="ko-KR"/>
        </w:rPr>
        <w:t>토큰에</w:t>
      </w:r>
      <w:r>
        <w:rPr>
          <w:lang w:eastAsia="ko-KR"/>
        </w:rPr>
        <w:t xml:space="preserve"> </w:t>
      </w:r>
      <w:r>
        <w:rPr>
          <w:lang w:eastAsia="ko-KR"/>
        </w:rPr>
        <w:t>수익분배</w:t>
      </w:r>
      <w:r>
        <w:rPr>
          <w:lang w:eastAsia="ko-KR"/>
        </w:rPr>
        <w:t>·</w:t>
      </w:r>
      <w:r>
        <w:rPr>
          <w:lang w:eastAsia="ko-KR"/>
        </w:rPr>
        <w:t>상환</w:t>
      </w:r>
      <w:r>
        <w:rPr>
          <w:lang w:eastAsia="ko-KR"/>
        </w:rPr>
        <w:t>·</w:t>
      </w:r>
      <w:r>
        <w:rPr>
          <w:lang w:eastAsia="ko-KR"/>
        </w:rPr>
        <w:t>지분연계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증권성이</w:t>
      </w:r>
      <w:r>
        <w:rPr>
          <w:lang w:eastAsia="ko-KR"/>
        </w:rPr>
        <w:t xml:space="preserve"> </w:t>
      </w:r>
      <w:r>
        <w:rPr>
          <w:lang w:eastAsia="ko-KR"/>
        </w:rPr>
        <w:t>문제될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권리를</w:t>
      </w:r>
      <w:r>
        <w:rPr>
          <w:lang w:eastAsia="ko-KR"/>
        </w:rPr>
        <w:t xml:space="preserve"> </w:t>
      </w:r>
      <w:r>
        <w:rPr>
          <w:lang w:eastAsia="ko-KR"/>
        </w:rPr>
        <w:t>부여하는</w:t>
      </w:r>
      <w:r>
        <w:rPr>
          <w:lang w:eastAsia="ko-KR"/>
        </w:rPr>
        <w:t xml:space="preserve"> </w:t>
      </w:r>
      <w:r>
        <w:rPr>
          <w:lang w:eastAsia="ko-KR"/>
        </w:rPr>
        <w:t>경우에는</w:t>
      </w:r>
      <w:r>
        <w:rPr>
          <w:lang w:eastAsia="ko-KR"/>
        </w:rPr>
        <w:t xml:space="preserve"> </w:t>
      </w:r>
      <w:r>
        <w:rPr>
          <w:lang w:eastAsia="ko-KR"/>
        </w:rPr>
        <w:t>별도의</w:t>
      </w:r>
      <w:r>
        <w:rPr>
          <w:lang w:eastAsia="ko-KR"/>
        </w:rPr>
        <w:t xml:space="preserve"> </w:t>
      </w:r>
      <w:r>
        <w:rPr>
          <w:lang w:eastAsia="ko-KR"/>
        </w:rPr>
        <w:t>자본시장법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디지털자산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법률검토를</w:t>
      </w:r>
      <w:r>
        <w:rPr>
          <w:lang w:eastAsia="ko-KR"/>
        </w:rPr>
        <w:t xml:space="preserve"> </w:t>
      </w:r>
      <w:r>
        <w:rPr>
          <w:lang w:eastAsia="ko-KR"/>
        </w:rPr>
        <w:t>선행합니다</w:t>
      </w:r>
      <w:r>
        <w:rPr>
          <w:lang w:eastAsia="ko-KR"/>
        </w:rPr>
        <w:t>.</w:t>
      </w:r>
    </w:p>
    <w:p w14:paraId="29F3BCBF" w14:textId="77777777" w:rsidR="00BD12AE" w:rsidRDefault="00000000">
      <w:pPr>
        <w:pStyle w:val="21"/>
        <w:rPr>
          <w:lang w:eastAsia="ko-KR"/>
        </w:rPr>
      </w:pPr>
      <w:r>
        <w:rPr>
          <w:lang w:eastAsia="ko-KR"/>
        </w:rPr>
        <w:t xml:space="preserve">5. </w:t>
      </w:r>
      <w:r>
        <w:rPr>
          <w:lang w:eastAsia="ko-KR"/>
        </w:rPr>
        <w:t>규제</w:t>
      </w:r>
      <w:r>
        <w:rPr>
          <w:lang w:eastAsia="ko-KR"/>
        </w:rPr>
        <w:t xml:space="preserve"> </w:t>
      </w:r>
      <w:r>
        <w:rPr>
          <w:lang w:eastAsia="ko-KR"/>
        </w:rPr>
        <w:t>검토</w:t>
      </w:r>
      <w:r>
        <w:rPr>
          <w:lang w:eastAsia="ko-KR"/>
        </w:rPr>
        <w:t xml:space="preserve"> </w:t>
      </w:r>
      <w:r>
        <w:rPr>
          <w:lang w:eastAsia="ko-KR"/>
        </w:rPr>
        <w:t>메모</w:t>
      </w:r>
    </w:p>
    <w:p w14:paraId="069CACA7" w14:textId="77777777" w:rsidR="00BD12AE" w:rsidRDefault="00000000">
      <w:pPr>
        <w:rPr>
          <w:lang w:eastAsia="ko-KR"/>
        </w:rPr>
      </w:pPr>
      <w:r>
        <w:rPr>
          <w:lang w:eastAsia="ko-KR"/>
        </w:rPr>
        <w:t>금융위원회는</w:t>
      </w:r>
      <w:r>
        <w:rPr>
          <w:lang w:eastAsia="ko-KR"/>
        </w:rPr>
        <w:t xml:space="preserve"> 2027</w:t>
      </w:r>
      <w:r>
        <w:rPr>
          <w:lang w:eastAsia="ko-KR"/>
        </w:rPr>
        <w:t>년</w:t>
      </w:r>
      <w:r>
        <w:rPr>
          <w:lang w:eastAsia="ko-KR"/>
        </w:rPr>
        <w:t xml:space="preserve"> 2</w:t>
      </w:r>
      <w:r>
        <w:rPr>
          <w:lang w:eastAsia="ko-KR"/>
        </w:rPr>
        <w:t>월</w:t>
      </w:r>
      <w:r>
        <w:rPr>
          <w:lang w:eastAsia="ko-KR"/>
        </w:rPr>
        <w:t xml:space="preserve"> 4</w:t>
      </w:r>
      <w:r>
        <w:rPr>
          <w:lang w:eastAsia="ko-KR"/>
        </w:rPr>
        <w:t>일</w:t>
      </w:r>
      <w:r>
        <w:rPr>
          <w:lang w:eastAsia="ko-KR"/>
        </w:rPr>
        <w:t xml:space="preserve"> </w:t>
      </w:r>
      <w:r>
        <w:rPr>
          <w:lang w:eastAsia="ko-KR"/>
        </w:rPr>
        <w:t>시행</w:t>
      </w:r>
      <w:r>
        <w:rPr>
          <w:lang w:eastAsia="ko-KR"/>
        </w:rPr>
        <w:t xml:space="preserve"> </w:t>
      </w:r>
      <w:r>
        <w:rPr>
          <w:lang w:eastAsia="ko-KR"/>
        </w:rPr>
        <w:t>예정인</w:t>
      </w:r>
      <w:r>
        <w:rPr>
          <w:lang w:eastAsia="ko-KR"/>
        </w:rPr>
        <w:t xml:space="preserve"> </w:t>
      </w:r>
      <w:r>
        <w:rPr>
          <w:lang w:eastAsia="ko-KR"/>
        </w:rPr>
        <w:t>토큰증권</w:t>
      </w:r>
      <w:r>
        <w:rPr>
          <w:lang w:eastAsia="ko-KR"/>
        </w:rPr>
        <w:t xml:space="preserve"> </w:t>
      </w:r>
      <w:r>
        <w:rPr>
          <w:lang w:eastAsia="ko-KR"/>
        </w:rPr>
        <w:t>제도화</w:t>
      </w:r>
      <w:r>
        <w:rPr>
          <w:lang w:eastAsia="ko-KR"/>
        </w:rPr>
        <w:t xml:space="preserve"> </w:t>
      </w:r>
      <w:r>
        <w:rPr>
          <w:lang w:eastAsia="ko-KR"/>
        </w:rPr>
        <w:t>법에</w:t>
      </w:r>
      <w:r>
        <w:rPr>
          <w:lang w:eastAsia="ko-KR"/>
        </w:rPr>
        <w:t xml:space="preserve"> </w:t>
      </w:r>
      <w:r>
        <w:rPr>
          <w:lang w:eastAsia="ko-KR"/>
        </w:rPr>
        <w:t>대비하여</w:t>
      </w:r>
      <w:r>
        <w:rPr>
          <w:lang w:eastAsia="ko-KR"/>
        </w:rPr>
        <w:t xml:space="preserve"> </w:t>
      </w:r>
      <w:r>
        <w:rPr>
          <w:lang w:eastAsia="ko-KR"/>
        </w:rPr>
        <w:t>토큰증권의</w:t>
      </w:r>
      <w:r>
        <w:rPr>
          <w:lang w:eastAsia="ko-KR"/>
        </w:rPr>
        <w:t xml:space="preserve"> </w:t>
      </w:r>
      <w:r>
        <w:rPr>
          <w:lang w:eastAsia="ko-KR"/>
        </w:rPr>
        <w:t>발행</w:t>
      </w:r>
      <w:r>
        <w:rPr>
          <w:lang w:eastAsia="ko-KR"/>
        </w:rPr>
        <w:t>·</w:t>
      </w:r>
      <w:r>
        <w:rPr>
          <w:lang w:eastAsia="ko-KR"/>
        </w:rPr>
        <w:t>유통</w:t>
      </w:r>
      <w:r>
        <w:rPr>
          <w:lang w:eastAsia="ko-KR"/>
        </w:rPr>
        <w:t>·</w:t>
      </w:r>
      <w:r>
        <w:rPr>
          <w:lang w:eastAsia="ko-KR"/>
        </w:rPr>
        <w:t>결제</w:t>
      </w:r>
      <w:r>
        <w:rPr>
          <w:lang w:eastAsia="ko-KR"/>
        </w:rPr>
        <w:t xml:space="preserve"> </w:t>
      </w:r>
      <w:r>
        <w:rPr>
          <w:lang w:eastAsia="ko-KR"/>
        </w:rPr>
        <w:t>인프라를</w:t>
      </w:r>
      <w:r>
        <w:rPr>
          <w:lang w:eastAsia="ko-KR"/>
        </w:rPr>
        <w:t xml:space="preserve"> </w:t>
      </w:r>
      <w:r>
        <w:rPr>
          <w:lang w:eastAsia="ko-KR"/>
        </w:rPr>
        <w:t>단계적으로</w:t>
      </w:r>
      <w:r>
        <w:rPr>
          <w:lang w:eastAsia="ko-KR"/>
        </w:rPr>
        <w:t xml:space="preserve"> </w:t>
      </w:r>
      <w:r>
        <w:rPr>
          <w:lang w:eastAsia="ko-KR"/>
        </w:rPr>
        <w:t>구축하고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lang w:eastAsia="ko-KR"/>
        </w:rPr>
        <w:t>토큰증권은</w:t>
      </w:r>
      <w:r>
        <w:rPr>
          <w:lang w:eastAsia="ko-KR"/>
        </w:rPr>
        <w:t xml:space="preserve"> </w:t>
      </w:r>
      <w:r>
        <w:rPr>
          <w:lang w:eastAsia="ko-KR"/>
        </w:rPr>
        <w:t>본질적으로</w:t>
      </w:r>
      <w:r>
        <w:rPr>
          <w:lang w:eastAsia="ko-KR"/>
        </w:rPr>
        <w:t xml:space="preserve"> </w:t>
      </w:r>
      <w:r>
        <w:rPr>
          <w:lang w:eastAsia="ko-KR"/>
        </w:rPr>
        <w:t>자본시장법상</w:t>
      </w:r>
      <w:r>
        <w:rPr>
          <w:lang w:eastAsia="ko-KR"/>
        </w:rPr>
        <w:t xml:space="preserve"> </w:t>
      </w:r>
      <w:r>
        <w:rPr>
          <w:lang w:eastAsia="ko-KR"/>
        </w:rPr>
        <w:t>증권이므로</w:t>
      </w:r>
      <w:r>
        <w:rPr>
          <w:lang w:eastAsia="ko-KR"/>
        </w:rPr>
        <w:t xml:space="preserve"> </w:t>
      </w:r>
      <w:r>
        <w:rPr>
          <w:lang w:eastAsia="ko-KR"/>
        </w:rPr>
        <w:t>해당되는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금융투자업</w:t>
      </w:r>
      <w:r>
        <w:rPr>
          <w:lang w:eastAsia="ko-KR"/>
        </w:rPr>
        <w:t xml:space="preserve">, </w:t>
      </w:r>
      <w:r>
        <w:rPr>
          <w:lang w:eastAsia="ko-KR"/>
        </w:rPr>
        <w:t>공시</w:t>
      </w:r>
      <w:r>
        <w:rPr>
          <w:lang w:eastAsia="ko-KR"/>
        </w:rPr>
        <w:t xml:space="preserve">, </w:t>
      </w:r>
      <w:r>
        <w:rPr>
          <w:lang w:eastAsia="ko-KR"/>
        </w:rPr>
        <w:t>유통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증권규제를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적용받는다는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점을</w:t>
      </w:r>
      <w:r>
        <w:rPr>
          <w:lang w:eastAsia="ko-KR"/>
        </w:rPr>
        <w:t xml:space="preserve"> </w:t>
      </w:r>
      <w:r>
        <w:rPr>
          <w:lang w:eastAsia="ko-KR"/>
        </w:rPr>
        <w:t>투자구조에</w:t>
      </w:r>
      <w:r>
        <w:rPr>
          <w:lang w:eastAsia="ko-KR"/>
        </w:rPr>
        <w:t xml:space="preserve"> </w:t>
      </w:r>
      <w:r>
        <w:rPr>
          <w:lang w:eastAsia="ko-KR"/>
        </w:rPr>
        <w:t>반영해야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 xml:space="preserve">. </w:t>
      </w:r>
      <w:r>
        <w:rPr>
          <w:lang w:eastAsia="ko-KR"/>
        </w:rPr>
        <w:t>따라서</w:t>
      </w:r>
      <w:r>
        <w:rPr>
          <w:lang w:eastAsia="ko-KR"/>
        </w:rPr>
        <w:t xml:space="preserve"> RWAHUB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유틸리티</w:t>
      </w:r>
      <w:r>
        <w:rPr>
          <w:lang w:eastAsia="ko-KR"/>
        </w:rPr>
        <w:t xml:space="preserve"> </w:t>
      </w:r>
      <w:r>
        <w:rPr>
          <w:lang w:eastAsia="ko-KR"/>
        </w:rPr>
        <w:t>토큰과</w:t>
      </w:r>
      <w:r>
        <w:rPr>
          <w:lang w:eastAsia="ko-KR"/>
        </w:rPr>
        <w:t xml:space="preserve"> </w:t>
      </w:r>
      <w:r>
        <w:rPr>
          <w:lang w:eastAsia="ko-KR"/>
        </w:rPr>
        <w:t>증권형</w:t>
      </w:r>
      <w:r>
        <w:rPr>
          <w:lang w:eastAsia="ko-KR"/>
        </w:rPr>
        <w:t xml:space="preserve"> RWA </w:t>
      </w:r>
      <w:r>
        <w:rPr>
          <w:lang w:eastAsia="ko-KR"/>
        </w:rPr>
        <w:t>상품은</w:t>
      </w:r>
      <w:r>
        <w:rPr>
          <w:lang w:eastAsia="ko-KR"/>
        </w:rPr>
        <w:t xml:space="preserve"> </w:t>
      </w:r>
      <w:r>
        <w:rPr>
          <w:lang w:eastAsia="ko-KR"/>
        </w:rPr>
        <w:t>법적</w:t>
      </w:r>
      <w:r>
        <w:rPr>
          <w:lang w:eastAsia="ko-KR"/>
        </w:rPr>
        <w:t xml:space="preserve"> </w:t>
      </w:r>
      <w:r>
        <w:rPr>
          <w:lang w:eastAsia="ko-KR"/>
        </w:rPr>
        <w:t>성격과</w:t>
      </w:r>
      <w:r>
        <w:rPr>
          <w:lang w:eastAsia="ko-KR"/>
        </w:rPr>
        <w:t xml:space="preserve"> </w:t>
      </w:r>
      <w:r>
        <w:rPr>
          <w:lang w:eastAsia="ko-KR"/>
        </w:rPr>
        <w:t>권리를</w:t>
      </w:r>
      <w:r>
        <w:rPr>
          <w:lang w:eastAsia="ko-KR"/>
        </w:rPr>
        <w:t xml:space="preserve"> </w:t>
      </w:r>
      <w:r>
        <w:rPr>
          <w:lang w:eastAsia="ko-KR"/>
        </w:rPr>
        <w:t>명확히</w:t>
      </w:r>
      <w:r>
        <w:rPr>
          <w:lang w:eastAsia="ko-KR"/>
        </w:rPr>
        <w:t xml:space="preserve"> </w:t>
      </w:r>
      <w:r>
        <w:rPr>
          <w:lang w:eastAsia="ko-KR"/>
        </w:rPr>
        <w:t>구분하는</w:t>
      </w:r>
      <w:r>
        <w:rPr>
          <w:lang w:eastAsia="ko-KR"/>
        </w:rPr>
        <w:t xml:space="preserve"> </w:t>
      </w:r>
      <w:r>
        <w:rPr>
          <w:lang w:eastAsia="ko-KR"/>
        </w:rPr>
        <w:t>구조를</w:t>
      </w:r>
      <w:r>
        <w:rPr>
          <w:lang w:eastAsia="ko-KR"/>
        </w:rPr>
        <w:t xml:space="preserve"> </w:t>
      </w:r>
      <w:r>
        <w:rPr>
          <w:lang w:eastAsia="ko-KR"/>
        </w:rPr>
        <w:t>전제로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43983E29" w14:textId="77777777" w:rsidR="00BD12AE" w:rsidRDefault="00000000">
      <w:pPr>
        <w:rPr>
          <w:lang w:eastAsia="ko-KR"/>
        </w:rPr>
      </w:pPr>
      <w:r>
        <w:rPr>
          <w:i/>
          <w:color w:val="646464"/>
          <w:sz w:val="16"/>
          <w:lang w:eastAsia="ko-KR"/>
        </w:rPr>
        <w:t>검토</w:t>
      </w:r>
      <w:r>
        <w:rPr>
          <w:i/>
          <w:color w:val="646464"/>
          <w:sz w:val="16"/>
          <w:lang w:eastAsia="ko-KR"/>
        </w:rPr>
        <w:t xml:space="preserve"> </w:t>
      </w:r>
      <w:r>
        <w:rPr>
          <w:i/>
          <w:color w:val="646464"/>
          <w:sz w:val="16"/>
          <w:lang w:eastAsia="ko-KR"/>
        </w:rPr>
        <w:t>기준일</w:t>
      </w:r>
      <w:r>
        <w:rPr>
          <w:i/>
          <w:color w:val="646464"/>
          <w:sz w:val="16"/>
          <w:lang w:eastAsia="ko-KR"/>
        </w:rPr>
        <w:t>: 2026</w:t>
      </w:r>
      <w:r>
        <w:rPr>
          <w:i/>
          <w:color w:val="646464"/>
          <w:sz w:val="16"/>
          <w:lang w:eastAsia="ko-KR"/>
        </w:rPr>
        <w:t>년</w:t>
      </w:r>
      <w:r>
        <w:rPr>
          <w:i/>
          <w:color w:val="646464"/>
          <w:sz w:val="16"/>
          <w:lang w:eastAsia="ko-KR"/>
        </w:rPr>
        <w:t xml:space="preserve"> 9</w:t>
      </w:r>
      <w:r>
        <w:rPr>
          <w:i/>
          <w:color w:val="646464"/>
          <w:sz w:val="16"/>
          <w:lang w:eastAsia="ko-KR"/>
        </w:rPr>
        <w:t>월</w:t>
      </w:r>
      <w:r>
        <w:rPr>
          <w:i/>
          <w:color w:val="646464"/>
          <w:sz w:val="16"/>
          <w:lang w:eastAsia="ko-KR"/>
        </w:rPr>
        <w:t xml:space="preserve"> 19</w:t>
      </w:r>
      <w:r>
        <w:rPr>
          <w:i/>
          <w:color w:val="646464"/>
          <w:sz w:val="16"/>
          <w:lang w:eastAsia="ko-KR"/>
        </w:rPr>
        <w:t>일</w:t>
      </w:r>
      <w:r>
        <w:rPr>
          <w:i/>
          <w:color w:val="646464"/>
          <w:sz w:val="16"/>
          <w:lang w:eastAsia="ko-KR"/>
        </w:rPr>
        <w:t xml:space="preserve"> | </w:t>
      </w:r>
      <w:r>
        <w:rPr>
          <w:i/>
          <w:color w:val="646464"/>
          <w:sz w:val="16"/>
          <w:lang w:eastAsia="ko-KR"/>
        </w:rPr>
        <w:t>회사</w:t>
      </w:r>
      <w:r>
        <w:rPr>
          <w:i/>
          <w:color w:val="646464"/>
          <w:sz w:val="16"/>
          <w:lang w:eastAsia="ko-KR"/>
        </w:rPr>
        <w:t xml:space="preserve"> </w:t>
      </w:r>
      <w:r>
        <w:rPr>
          <w:i/>
          <w:color w:val="646464"/>
          <w:sz w:val="16"/>
          <w:lang w:eastAsia="ko-KR"/>
        </w:rPr>
        <w:t>제공</w:t>
      </w:r>
      <w:r>
        <w:rPr>
          <w:i/>
          <w:color w:val="646464"/>
          <w:sz w:val="16"/>
          <w:lang w:eastAsia="ko-KR"/>
        </w:rPr>
        <w:t xml:space="preserve"> </w:t>
      </w:r>
      <w:r>
        <w:rPr>
          <w:i/>
          <w:color w:val="646464"/>
          <w:sz w:val="16"/>
          <w:lang w:eastAsia="ko-KR"/>
        </w:rPr>
        <w:t>자본구조</w:t>
      </w:r>
      <w:r>
        <w:rPr>
          <w:i/>
          <w:color w:val="646464"/>
          <w:sz w:val="16"/>
          <w:lang w:eastAsia="ko-KR"/>
        </w:rPr>
        <w:t xml:space="preserve"> + </w:t>
      </w:r>
      <w:r>
        <w:rPr>
          <w:i/>
          <w:color w:val="646464"/>
          <w:sz w:val="16"/>
          <w:lang w:eastAsia="ko-KR"/>
        </w:rPr>
        <w:t>금융위원회</w:t>
      </w:r>
      <w:r>
        <w:rPr>
          <w:i/>
          <w:color w:val="646464"/>
          <w:sz w:val="16"/>
          <w:lang w:eastAsia="ko-KR"/>
        </w:rPr>
        <w:t xml:space="preserve"> 2026.9.4 </w:t>
      </w:r>
      <w:r>
        <w:rPr>
          <w:i/>
          <w:color w:val="646464"/>
          <w:sz w:val="16"/>
          <w:lang w:eastAsia="ko-KR"/>
        </w:rPr>
        <w:t>토큰증권</w:t>
      </w:r>
      <w:r>
        <w:rPr>
          <w:i/>
          <w:color w:val="646464"/>
          <w:sz w:val="16"/>
          <w:lang w:eastAsia="ko-KR"/>
        </w:rPr>
        <w:t xml:space="preserve"> </w:t>
      </w:r>
      <w:r>
        <w:rPr>
          <w:i/>
          <w:color w:val="646464"/>
          <w:sz w:val="16"/>
          <w:lang w:eastAsia="ko-KR"/>
        </w:rPr>
        <w:t>정책방향</w:t>
      </w:r>
    </w:p>
    <w:sectPr w:rsidR="00BD12AE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6983801">
    <w:abstractNumId w:val="8"/>
  </w:num>
  <w:num w:numId="2" w16cid:durableId="1994941598">
    <w:abstractNumId w:val="6"/>
  </w:num>
  <w:num w:numId="3" w16cid:durableId="1287421382">
    <w:abstractNumId w:val="5"/>
  </w:num>
  <w:num w:numId="4" w16cid:durableId="19091676">
    <w:abstractNumId w:val="4"/>
  </w:num>
  <w:num w:numId="5" w16cid:durableId="1667391600">
    <w:abstractNumId w:val="7"/>
  </w:num>
  <w:num w:numId="6" w16cid:durableId="266085065">
    <w:abstractNumId w:val="3"/>
  </w:num>
  <w:num w:numId="7" w16cid:durableId="662590743">
    <w:abstractNumId w:val="2"/>
  </w:num>
  <w:num w:numId="8" w16cid:durableId="1016885247">
    <w:abstractNumId w:val="1"/>
  </w:num>
  <w:num w:numId="9" w16cid:durableId="121034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C0BDD"/>
    <w:rsid w:val="004C72B1"/>
    <w:rsid w:val="00AA1D8D"/>
    <w:rsid w:val="00AC6A94"/>
    <w:rsid w:val="00B4193C"/>
    <w:rsid w:val="00B47730"/>
    <w:rsid w:val="00BD12AE"/>
    <w:rsid w:val="00BF6820"/>
    <w:rsid w:val="00CB0664"/>
    <w:rsid w:val="00DA1F65"/>
    <w:rsid w:val="00F90B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B6A77"/>
  <w14:defaultImageDpi w14:val="300"/>
  <w15:docId w15:val="{BA1AEB35-30C0-4224-94C9-8A27A756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bimyo8681@naver.com</cp:lastModifiedBy>
  <cp:revision>5</cp:revision>
  <dcterms:created xsi:type="dcterms:W3CDTF">2026-09-19T06:06:00Z</dcterms:created>
  <dcterms:modified xsi:type="dcterms:W3CDTF">2026-09-19T06:16:00Z</dcterms:modified>
  <cp:category/>
</cp:coreProperties>
</file>